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يا الله سبحان يا الله والحمد لله الله يا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الى المقصد السادس في بحث الامامة فلا ابالغ اذا قلت في مقام قوس الصعود في مقام الهداية واجمل بحث واخطر بحث واصعب بحث واروع بحث لان في قوس الصعود الملاك هو الامامة ولهذا النبي قال اقاتل على التنزيل وانت تقاتل على التأويل. مشكل التأويل لانك انت في وسط اسلامي والفتنة الى الان لا زالت موجودة الناس لازالت توالي صفين توالي النهروين وتوالي حرب الجمل مع الاسف الشديد نعم المقصد الخامس في الامامة يعني وصلنا الى بحث امام الامامة مثل النبوة من حيث الجعل جعل الهي جعل الهي. فاذا قلت جعل الاله يعلي فيه مقام الهي للامام ومعصوم يعني هو متن الصراط المستقيم منصب الهي هذا المنصب الالهي يجعله في متن الصراط المستقيم ثم يأخذ بيد غيره نعم جعلناهم ائمة يهدون بامرنا هداية واوحينا اليهم فعل الخيرات يعني العصمة نعم جيد ندخل في هذه المطالب القيمة. مع ان المسائل الكلامية والامامة لا ليست كلامية الامامة فوق الكلام يعني العقل الكلامي لا يصل الى مغزاها الى عمقها. هي صحيح مسألة عقدية. الا ان العقل الكلامي لا يصل الى عمقها اعمق بكثير مين عقل المتكلم الامامة لطف. هذه الامامة العامة. وليس الامامة الخاصة. امامة علي عليه السلام. لا اماما بالمعنى الاعم يعني الامامة العامة نعم والامامة العامة تنتمي الى الالهيات الطبيعية وليس الى الالهيات الوحيدانية الإلهية الوحيانية لا يمكن ان تثبتوا ان تثبت الامامة العامة. نعم. مسألة عقلية الامامة لطف فيجب نصبه على الله تعالى اكتب تحتها بمقتضى حكمته الواسعة تحصيله للغرض الهداية نعم تحصيل المعارض الهداية. نعم يعني هكذا لو لم ينصب الامام لانتفى انتفت الهداية والهداية لا تنتفي ابدا آآ وجبات تنصيب الامام نعم اقول في هذا المقصد يعني مقصد الامامة مسائل المسألة الاولى في ان نصب الامام واجب على الله تعالى من باب الحكمة. وليس الوجوب التشريعي فالله تعالى لا يخضع للقوانين هو مصدر القوانين كيف يخضع للقوانين اختلف الناس يعني العلماء هنا فذهب الاصم من المعتزلة وجماعة من الخوارج الى نفي وجوب نصب الامام نعم وذهب الباقون الى الوجوب لكن اختلفوا فالجبائيان واصحاب الحديث والاشعرية قالوا انه واجب سمعا لا عقلا يلزم الدور اذا وجب شرعا يلزم الدور نعم وقال ابو الحسين البصري والبغداديون والامامية خليلا من ابو الحسين البصري. من يقول بتحريف القرآن اه كثير من اه من من من طرفين يقولون بتحريف القرآن نعم لا ادري عقولهم معهم ام لا? مجانين انت اذا تقول بتحريف القرآن يعني النبوة لا معنى له لان القرآن هو حجة النبي والاعجاز وتنتفي النبوة فينتمي اسلامك اسلامك ينتفي لا معنى له يعني انت اللي شوف نعطيك قاعدة اذا كنت تناقش في العقائد تناقش بعقلية ليبرالية. بعقلية علمانية. حتى لا تدخل الاحساسات الدينية في نقاشك. يعني انت الان امام علماني احمر ليبرالي احمر لا يوما لا بالسماء ولا بالله ولا بالدين ولا بالنبوة تقول له آآ انا مسلم لكن اؤمن بان القرآن محرف. يقول اكبر غبي انت. يعني هذا الليبرالي يقول اكبر غبي رأيته في حياتي انت لماذا? لان نبوة نبيك لا تثبت الا بالقرآن. واذا كان القرآن محرفا فنبوة نبيك تنتفي من الاساس فاسلامك لا معنى له. حماقة وغباء نعم مع الاسف الشديد هكذا الناس ويلتذون بهذه الاقوال نعم وقال ابو الحسين البصري من من منظري المعتزلة والبغداديون والامامية انه واجب عقلا وهذا هو الصحيح. واجب عقلا يعني الامامة العامة تثبت في الالهات الطبيعية وليس في الالهات الوحيانية. لا معنى ان تثبت في الالهيات الوحي  ثم اختلفوا فقالت الامامية ان اه نصبه واجب على الله تعالى. وقال ابو الحسين والبغدادي انه واجب على العقلاء اي بابا واجب على العقلاء. شو هداك الغباء العلمي حقيقة غباء علمي. انت اذا قلت تنصيب الامام واجب عقلي ماذا تخلو العقلاء فيه واجب عقلي ما معناه? يعني سي ملاك واقعي جعل الله تعالى ينصب هذا الامام. وهذا الملاك الذاتي هداك الملاك الذاتي لا يكشفه الا الله هذا معنى منطق الكلام هذا هو اذا العقلاء اذا العقلاء ما دخل العقلاء هنا هل العقلاء يكشفون هذا الملاك الذاتي؟ وانت تقول عقلي عقلي ما معناه يعني فيه ملاك ذاتي واقعي ليس كما يدعي الاشعري انه باعتباطية الهية لا ملاك ذاتي ملاك الذات يعني انت لا تدرك والعقلاء لا يدركون والملك الذاتي ما هو? العصمة يعني هذا في متن الواقع بمتن الواقع الالهي لا ادري والله عندهم عقول نعم  وقال ابو الحسين البصري والبغداديون انه واجب على العقلاء هذا ليس بحثا علميا هذا اه تبرير التراث لان السقيفة تأسست والسقيفة عندهم عقلاء فهم ينصبون. المسألة مسألة تاريخانية وليست مسألة عقلية علمية نعم تصويب التراث على التراث المخربط هم يأتون وينظرون له واستدل المصنف رحمه الله المحقق الطوسي على وجوب نصب الامام على الله تعالى بان الامام لطف ولطف واجب لطف ما معناه? يقرب الى الله تعالى لكن ليس بالإلجاء بجمال اختيار الانسان. نعم الامام يقرب الى الله تعالى حتما من فعل بصيرته وحرك اختياره الجميل لا يحرك وليس له بصيرة وهذا شأنه هو هذا شأن نعم لما مر امير المؤمنين عليه السلام والزهر راكبة على اه دابة فيريد من من الانصار النصرة بعد السقيفة تمام ما مشوا معه الانصار في صحابي جليل انا احترمه كثير من هذا الصحابي من لم يمشي مع الامير يعني لم يسند الامير والزهراء فجاء ابنه ابنه لم يدرك الغدير لم يكن في الغدير والد هذا الصحابي كان في الغدير فقال له هذا ابنه ولده قال انت كنت في الغدير? قالوا نعم قال وبايعت الامير في الغدير. نعم. وبايعت مع النبي؟ قالوا نعم قالوا لا تنصرهم يعني ولا تنصر اهل البيت قال هذا فراق بيني وبينك. يعني انت ما تصلح يعني انت ما تصلح هذا الابن اعطاه الله البصيرة احسن من والده من والدي بصيرته ارقى من بصيرتي والده نعم البرودة في كل شيء سيئة البرودة في كل شيء سيئة نعم مع الاسف نحن نريد الحرارة مع الحكمة حرارة دم حار ولكن بحكمة وليس بي اه بغباء نعم واستدل المصنف رحمه الله على وجوب نصب الامام على الله تعالى بان الامام لطف ولطف واجب. اذا هذه امامة عامة وليست امامة خاصة. ما عندها علاقة بالمصاديق الشريفة واما الصغرى فمعلومة للعقلاء الصغرى ما هي اه الإمام لطف لأنها تقرب الى الله اذا كان هناك بصيرة واختيار جميل الى العلم واما الصغرى فمعلومة للعقلاء اذا العلم الضروري حاصل بان العقلاء متى كان لهم رئيس</w:t>
      </w:r>
    </w:p>
    <w:p>
      <w:r>
        <w:t>يمنعهم عن التغالب والتهاوش ويصدهم عن المعاصي ويعدهم على فعل الطاعات وهو يبعثهم على التناصف والتناصف والتعادل كانوا الى الصلاح اقرب ومن الفساد ابعد وهذا امر ظروري لا يشك فيه العقل نعم. امر الضروري يعني الشهودي. شهودي. لكن الناس تريد الدنيا امير المؤمنين خير الخلق بعد النبي. يعني الله ثم النبي محمد ثم امير المؤمنين سلام الله عليه وما اتبعوا بدون دنيا الناس هكذا تصور ان انت صاحب الزمان يأتي والناس كلهم يكونوا ملائكة لا هذا اشتباه. دنيا حتى المتدينين اذا جلس مع الامام الرضا عليه السلام او الامام الحسن ينسي الامام فقط مصالحه. اعطيني اعطيني زوجني كذا كذا. وين الامام اصلا منسي الامام? منسي الامام الشيخ المسكيني كان من كبار علماء قوم معروف وكان رجل في غاية التقوى في غاية التقوى يحدثني استاذي الشيخ رمضاني الله يحفظه قال كنا في مكان ما مع بعض في غرفة نادرة مؤتمر هكذا قال كنت في غرفة الشيخ المسكيني يقول لما صلى العشاء بقي ساجدا الى قريب الفجر يعني في غاية التقوى والاخلاص والصفاء معروف في الحوزة ان العلمية يقول دخلت على ضريح الامام علي عليه السلام في النجف يقول ما تركت دعاء لي ولاهلي واقاربي واصدقائي الا ودعوت به يقول تدخل عجوزة امرأة كبيرة عراقية لا دراسة عندها ولا علم ولا يحزنون دخلت وسلمت على المولى. ماذا قالت؟ اللهم زده عزا وشرفا، وكرامة، وعلوا، وراحة وراحت الله تعالى ارسلها للمسكين قال والله علمتني هذه العجوز علمتني هذا الادب يعني انا دعوت للكل لكن لم ادعو للمولى اذن هنا بزنس مع الأئمة نحن نبزنس مع الأئمة مصالح فقط قد تكون هذه المصالح عقلائية لا بأس تكون عقلائية لكن الأئمة هم اولى من انفسنا يعني انت ادخل على المولى وقل اللهم زده عزا وشرفا وعلوا وكرامة او اللهم زده عزا وشرفا وكرامة وعلوا ثم ادعو لنفسك لا بأس اما انت تلغي الامام لاجل مصلحتك ثم تقول انا موالي اين الولا? اين الولاء? انت جعلت الامام وسيلة فقط لمصالحك الدنيوية والاخرى ويا نعم مع الاسف الشديد هذه الحالة نعيشها مع ائمتنا مع ائمتنا مع ائمتنا عليهم السلام نعم اذا يقول هذا امر ضروري لا يشك فيه العقل يعني امر شهودي ظياء الهي ضياء الهي. انتم ايها الامم والشعوب دائما تستشكلون على حكامكم. ما هو الاشكال? لم تجيدون العدالة الاقتصاد خرمان وكذا كذا جيد اذا الله تعالى ابتلاكم بامام عادل تتغيرون. تريدون الدنيا والله نحن محترمون فيكم والله محترمون فيكم نعم امير المؤمنين كان يدعو الله تعالى ان يستبدله هؤلاء نعم يقول الله غير استبدلني بما هو خير منهم واستبدلهم بما هو شر مني والامام لم يكن شرا. فاستبدلهم بماذا بمعاوية. ها بن معاوية تفضلوا تفضلوا نعم اذا هم يؤمنون بهذه القاعدة لكن لا يطبقونها نعم ها شوف انت النبي النبي كم ربى وكم تعب وغزوات وو بعدما توفى اول شيء فعلوه هم دمروا اهل بيته. عليهم السلام. والقرآن صريح لا اسألكم عليه اجرا الا المودة في القربى والله شي حير والله شي يحير نعم  واما الكبرى الكبرى كل لطف واجب واضحة جدا فقد تقدم بيانها في بحث اذا الامامة العامة واجبة في الحكمة الالهية بمعنى ان الله تعالى في نظام القيم هناك مفردة اساسية جوهرة اساسية رائعة جميلة بهية معطلة هي الامام نعم. فالنبي محمد صلى الله عليه واله نبي وامام والامامة افضل من النبوة في عقيدتي انا على الاقل اني جاعلك للناس اماما. يعني ابراهيم كان نبيا ثم بعد الإبتلاءات الإبتلاءات الكبيرة واذ ابتلى ابراهيم اه اه واذ ابتلى ابراهيم ربه بكلمات فأتم هنا يعني ربه ابتلى ابراهيم فتمهن قال اني جاعلك للناس اماما. ابراهيم طمع. شيء جميل. الامامة هذه كنز فارادها لذريته فالله تعالى قال ها توقف هنا عهدي عهدي لا ينال الظالمين. يعني عهدي عهد يعني الامامة عهد الله. يعني بعد الغيب الهي. لا يتسلل لا يصل لا يمس الظالمين. نعم نعم اذن الظالمون خارج تخصص من من الامامة ابدا. والظلم ظلم يعني الانسان اذا تلطخ ثانية بالظلم. هذا الظلم يبقى في التكوين. نعم قد يباد بالتوبة وكذا وكذا. الا انه ثابت فلا يمكن ان يتلبس بعهد الله ابدا الا من كان بهذه المواصفة وتقلبك في الساجدين نعم اذا اثبتنا الامامة العامة. وهي تنتمي الى الالهيات الطبيعية ولا تنتمي الى الالهيات الوحيانية مستحيل مستحيل تثبتها بالروايات لأنه يلزم الدور او بالقرآن قال والمفاسد معلومة الانتفاء وانحسار اللطف فيه معلوم للعقلاء ووجوده لطف وتصرفه اخر يعني لطف اخر وعدمه منا اه تقول هذه اعتراضات نعم هادي كلها اعتراضات من? اعتراضات الأشاعرة. نعم وجاء بها من الفخ الرازي. كل هذه موجودة في كتب الفخ الرازي اذا اردت ان تتعمق في بحث الامامة فعليك بعالمين اساسيين. السيد المرتفع الشافي شفي في الامامة وكتب الفخر الرازي تخليك من الاخرين. كل الاشكالات الفخرة اتى بها هذه هي الاشكالات اقول هذا اعتراضات على دليل اصحابنا يعني الدليل الامامية من الاشارة الى الجواب عنها هادي كلها كلها موجودة في كتب الفخ الرسمي الاول قال المخالف كون الامامة قد اشتملت على وجه اللطف لا يكفي في وجوبها على الله تعالى بخلاف المعرفة التي كفى وجه الوجوب فيه علينا لانتفاء المفاسد في ظننا. اما في حقه تعالى فلا يكفي وجه الوجوب ما لم يعلم انتفاء المفاسد ولا يكفي الظن بانتفائها فلما لا يجوز اشتمال الامام على مفسدة لا نعلمها فلا تكون واجبة على الله تعالى. يا الله هذا هو الفخر هذا كلام الفخر وممكن الفقر اخذه من المتقدمين كذلك يعني يقول يحتمل ان تكون الامامة اه فيها مفسدة مبنانا ما هو هنا النقاش ليس في البناء في المبنى نحن نؤمن بان الامام جعل الهي وجعلناهم ائمة يهدون بامرنا. جعل الهي والجعل الالهي انتم تقولون على مبناكم في الحسن والقبح كل ما فعله الله تعالى حسن ارجع الاله يكون حسنا. يعني ليس فيه مفسدا مطلقا. ولهذا يقول في المتن والمفسدة معلومة الانتفاع سنن الامام لا يتسلل اليها الفساد مطلقا نعم يقول والجواب ان المفاسد معلومة الانتفاع عن الامامة. لان المفاسد محصورة معلومة بينها الله تعالى في المحرمات يجب علينا اجتنابها اجمع. وانما يجب علينا اجتناب اجتنابها اذا علمناها لان التكليف بغير المعلوم محال وتلك الوجوه منتفية عن الامام. فيبقى وجه اللطف خاليا من على المفسدة فيجب عليه تعالى نعم مادام هي تجعل الهي خلاص انت انت تستشكل في المبنى انت هذا يرد عليك انت اذا قلت ان العقلاء هم الذين ينصبون الامام لان العقلاء لا يشخصون الواقع والمصلحة الواقعية فقد يشخصون المفسدة كما حصل في السقيفة اذا هذا الاشكال على من يقول بمبنى العقلاء يعني الشورى اما بمن يقول بالجعل جعل الهي جعل الهي كله خير وكله صفاء. نعم</w:t>
      </w:r>
    </w:p>
    <w:p>
      <w:r>
        <w:t>ولان المفسدة لو كانت لازمة للامامة لم تنفك عنها. يعني تكون في ابراهيم تكون في النبي وتكون في نوح. وبالتالي والتالي باطن قطعا ولقوله تعالى اني جاعلك للناس امام كيف يجعل ما هي فيه مفسدة لابراهيم عليه السلام بعد نبوته يعني الامام اعلى من النبوة فكيف يجعل الامام في ابراهيم وفيها مفسدة? ايها الفخر الذي لا يفهم نعم وان كانت مفارقة جاز انفكاكها عنها فيجب على تقدير الانفكاك يقول وان كانت مفارقة يعني هنا يتنزل العلام الحلي اه هذه المفسدة ليست اه هذه المفسدة ليست لازمة لا تنفك. تنفك فيتعين الامام. نحن نقول لا لا لازم ولا منفكة. لانك بنيت على ان الامام جعل الهي. وانت جئت بالاية واني جاعلك للناس اماما يعني فيه جعل ومجعول جعل الهي خالص المجعول يتبع الجهل المجعول هو هو الإمام يعني ابراهيم عليه السلام والنبي وعلي وعليه السلام والحسنين وو الثاني قالوا يعني هذا الاشكال جدا سف تافه. لان الجعل الالهي كله خير واني جاعلك للناس اماما. يعني هذا جعل الهي فكيف يتسلل اليه الفساد? الثاني قالوا الامامة انما تجب لو انحصر اللطف فيها نعم اللوت قد يتجلد في موارد اخرى ما نحتاج الى الامامة فلما لا يجوز ان يكون هناك لطف اخر يقوم مقام الامامة فلا تتعين الامام للطفية للطفية فلا يجب على التعيين يعني المهم لا يكون اهل البيت لا يكون اهل لا يكون اهل البيت ائمة اه انجيب كل الأدلة حتى انفي امامتهم واثبت السقيفة نعم يعني يقول آآ مما آآ يعني هذا الفخ الرازي اه بديل الإمامة ما هو فالله تعالى يجعل كل كل شخص اه اه يجعل كل شخص اماما وها هو امام او لا في العقيدة والعمل يجعل له نورا هذا النور يجعله ماذا? هو في حكم الامام كلها خزعبلات وخر فيما بعده خرطي. الجواب ان انحسار اللطف الذي ذكرناه في الامامة معلوم للعقلاء. ولهذا يلتجئ العقلاء في كل زمان وكل صقعا الى نصب الرؤساء دفعا للمفاسد الناشئة. منع الاختلاف يعني الليبرالية الان الليبرالية التي تحرر من كل القيم الالهية لم تتخلى عن هذه القيمة عندهم انتخابات ومرة يخرج ترامب ومرة يخرج بايدن مرة اوباما لماذا? لانه لا يستغنون عن هذا الامر يجب ان يكون هناك قائدا يجب ان يكون هناك قائد وحاكمون ولهذا العلامة الحلي ماذا يقول? يقول ان انحسار اللطف الذي ذكرناه في الامامة معلوم للعقلاء. ولهذا يلتجأ العقلاء حتى الليبرالية في كل زمان وفي كل صقع امريكا مثلا الى نصب الرؤساء لماذا? الغاية ما هي? دفعا مفعول اجله. دفعا للمفاسد الناشئة من الاختلاف والا امريكا تتقطع تتقطع اوصالها اذا لماذا هذا الوعي والبصيرة لان مسألة ماذا? مسألة ضياء الهي في الانسان يجب ان ان يكون هناك اه امام قائد طبعا هم ليبرالية لا يؤمنون بالقيم الالهية بداية القيم الالهية نحن نؤمن بالجهل فداء من لا يؤمن بالجعل هو يؤمن بالليبرالية لكن فداءة الدين ولهذا تجد اخوانا يعني المخالفين في سيرتهم ليبرالية بثوب ديني يعني هذه مفارقة عجيبة وغريبة مفارقة عجيبة غريبة. ولهذا الليبيراليون لا يؤمنون لا يؤمنون بالإسلام هكذا يعني انت تتجلى بالليبرالية في سلوكك السياسي والاجتماعي وتدعي الغيب فانت منافق. تكذب على نفسك نعم الثالث قالوا الامام انما يكون لطفا اذا كان متصرفا بالامر والنهي وانتم لا تقولون بذلك فما تعتقدونه تعتقدونه لطفا لا تقولون بوجوبه وما تقولون بوجوبه ليس بالغوط يعني الأمر والنهي هنا نقطة مهمة جدا انتهى الوقت ولكن انا اشير اليها واكمل البحث ان شاء الله في الحصة القادمة مسألة عندها علاقة بالعقيدة. يعني هذا العراقي الفلاح البسيط الذي لا يدرك الاشياء العلمية الدقيقة لم يدرس لا في الجامعة ولا في الحوزة. فلاح مهتم بشؤونه الحياتية ويروح الى الامام الحسين عليه السلام يزور المولى فيقول له يا مولى ساعدني في هذا الامر نعم او حتى ارزقني ولدا هنا الوهابي والليبرالي الوهابي يدعي المقدس ومن احسن من الوهابي في هذا والليبرالي لا يعتقد به الله تعالى ولا بالامام الحسين عليه السلام ولا بالقيم فيقول انت تعطي الالوهية لهذا المولى هو يرزقه ويساعده كذا لكن انا اسأل الوهابي والليبرالي. هذا الفلاح البسيط ذهب الى الامام حسين عليه السلام بعنوان بشريته ام بعنوان امامته اسأل هذا الفلاح يعني انت لماذا لماذا لم يذهب الى غامدي قبر غاندي وطلب منه هذا الامر هم او قبر هارون الرشيد هارون الرشيد ما متفل مع الإمام اطيب من هارون الرشد. لماذا طلب من امام الرضا الفلاح يجيبك. يقول هذا امام لا تفهم لا تفهم يا الوهابي الحمار هذا امام ما معنى امام يعني عنده عنوان الهي فانا اتعامل مع العنوان الالهي. اذا هنا عمق التوحيد لا علاقة له بالشرك ابدا. عمق التحويل التوحيد. يعني هذا الفلاح قلبه متعلق بعنوان الإلهي للإمام الحسين عليه السلام ثم ابرز ولاءه لله تعالى اكثر من غيره بهذا الطلب بانه يتعامل مع العنوان الالهي مع الامامة. عنوان الهي فلم يخرج من من التوحيد بل في عمق التوحيد. بل العكس من حركه من البصرة الى كربلاء او من الفاو الى الى كربلاء او من الناصيرية الى كربلاء. لاجل هذا الامر هذا العنوان الالهي هذا العنوان ويبتهج في قلبه لماذا? لانه يتعامل مع عنوان الهي. يعني يتعامل مع الله تعالى من خلال ماذا? وليه المولى سلام الله عليه. وانتم تعرفون ان تجليات العبادة وتجليات العلاقة مع الله تعالى. الله تعالى نزلها الى مرتبة الخيال. طواف بالكعبة. مقابلة الضريح. هذه امور مهمة جدا في خيال الناس الناس لا تفهم المجردات تقولها الولاية الولاية الولاية هكذا بحث فلسفي وعلمي لا يفهم. يجب ان يتحدد في ظريح هذا الضريح رمز لتلك الولاية الالهية. لكن الوهابي احمق ليثم في العقلانيات. والليبرالي احمق لانه نفى القيم الالهية. فنعيش نحن بين احمقين. احمق مقدس واحمق غير مقدس. وضاعت الحقيقة بينهما. نعم. يقول اه الثالث قالوا الامام انما يكون لطفا اذا كان متصرفا بالامر والنهي. عنده عنوان الالهية جعل الاله كيف لا يتصرف بالامر والنهي? واذا تصرفا هذا التصرف في دائرة الاذن الالهي المسيحي يحيي الموتى. لكن ما قال انا احيي يحيي باذن الله. اذا الامام اذا عرفنا انه جعل الهي وعنوان الهي ومقام الهي كيف لا يتصرف بالامر هذا خلاف الملزوم الملزوم يستدعي اللازم. منصب الهي يأمره وينهي باذن الله تعالى لماذا لا اين الاشكال المنطقي والاشكال العقلي والاشكال الشرعي? يأتي ان شاء الله بيانه بالتفصيل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