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ونحن في خير كبير وهو اه بحث الامامة. دققوا جيدا في هذه الاشكالات لان هذه الاشكالات لازالت الى الان نعم المعاند معاندون والجاهل جاهلون فقط يبقى هذا القاصر مسكين فانتم ساعدوه في العالم الاسلامي كثير من يعشق اهل البيت خصوصا المغرب العربي السودان مصر ليبيا تونس الجزائر مراكش موريطانيا آآ الصحراء الغربية زدها والشمال المالي والشمال تشاد صدقوني هاذو اقرب لاهل البيت من غيرهم من غيرهم يعني من من المخالفين عندهم عشق لاهل البيت عجيب لكن القدرات وظلمات فوقها ظلمات من هذا التراث العجيب والغريب سنحتاج فقط الى الصبر معهم لكن مع الاسف الشديد جماعة من العراقيين بعضهم حتى اه بعضهم اه معممون وبعضهم غير يتناقشون مع المغاربة وانا عندي خبر بالعنف تأتي وتشتم وتشتم لو انت رموزه وكيف يقبل بك؟ قالوا اشتكوا اشتكوا الي من هذه الوسائل البائسة لا انت طبق مبنى العرفاء التخلية ثم التحلية خرج لهم هذه المفاهيم الخاطئة وظع لهم المفاهيم الصحيحة ليس بالعنف نعم تتصور ان جزائرية ناشئة في البصرة ناشئة في النجف وكربلاء تربت على هذه الثقافة الولائية. لا هي ما تعرف مسكينة بحب اهل البيت ولكن لا تعرف الرموز عندها خدما للاسلام خدم للاسلام خدم النبي وخدموا القضية هكذا يفهمون الامر ولكن انتم لا تفهمون مع الاسف الشديد عقلية المغاربة وتفسدون اكثر ما تحسنون قالوا الامام انما يكون لطفا متى اذا كان متصرفا بالامر والنهي بيناها. لانه هو عنده مقام الهي نعم اذا سألتني انت ما الفرق بين الامامية وغيرهم? اقول لك في مسألة واحدة والباقي كلها فروع. سواء كانت اصولا او فروعا كلها فروع. ما هو? انك اذا امنت ان الائمة عليهم السلام عندهم منصب الهي. فانت امامك. غير هذا لا قالوا الامام انما يكون لطفا اذا كان متصرفا بالامر والنهي نعم يعني يأمر ويمهل وانتم لا تقولون بذلك. فما تعتقدونه لطفا لا تقولون بوجوبه. وما تقولون بوجوبه ليس بلطف. الجواب ان وجود الامام نفسه لطف لوجوه احدهما انه يحفظ الشرائع ويحرسها من عن الزيادة والنقصان. نعم يعني هو عنده العلم وثانيها ان اعتقاد المكلفين لوجود الامام وتجويز انفاذ حكمه عليهم في كل وقت سبب لردعهم عن الفساد ولقربهم الى الصلاح وهذا معلوم بالظرورة وثالثها ان تصرفه لا شك انه لوط ولا يتم الا بوجوده الشريف. فيكون وجوده الشريف نفسه لطفا وتصرفه لطفا اخر. وبالتالي يأمرنا يعني عنده المنصب المنصب الالهي اذا المسألة ليست في ما هو كما يقول السيد عنده مقولة جميلة. يقول مشكلة العلوم ليس فيما هو. يعني في الاستدلالات المشكل فيما هو يعني في التصورات هذا الذي يشكل عنده تصور عن الامامة تصور سقيفي نعم وانت عندك تصور عن الامامة تصور الهي اذا اذا ما نقحت التصور النقاش كله يكون عبثا نعم والتحقيق ان نقول لطف الامامة يتم بامور يعني ملاكات لطف الامامة منها ما يجب على الله تعالى وهو خلق الامام وتمكينه بالقدرة والعلم والنص عليه باسم و نسبي يعني هذه وظيفة الهية نعم خلق الامام هنا اكتب تحتها خلق شخص الامام لان الامام قيمة تقع في قرص الصعود وليس في قوس الخلق اذا هنا يقصد شخص الامام بقرينة ما هو? تمكينه بالقدرة والعلم والنص عليه باسمه. والنص عليه باسمه ونسبه هذا ليس في باب الخلق هذا في باب القوس الصعود في باب في باب الهداية وهذا قد فعله الله تعالى. نعم في الغدير وغيره ومنها ما يجب على الامام يعني وظيفة الامام هو تحمله للامامة وقبوله لها. وهذا قد فعله الامام ومنها ما يجب على الرعية وهو مساعدته والنصرة له وقبول اه اوامره وامتثال قوله وهذا لم تفعله الرعية فكان منع اللطف الكامن منهم لا من الله تعالى ولا من الامام المحقق التونسي في كتابه الفصول المصيرية وهو كتاب جدا رائع. احسن من باب الحداش الباب الحادي عشر بدرجات انا درست هذا المتن الفصول المصيرية طناش المرة نعم اثنا عشر مرة فكتاب جدا نفيس اه هو مقدمة لشرح التجريد وفيه نقط هناك ليست موجودة في التجريد نقاط نفيسة ليست موجودة في التجهيز. الكتاب فارسي ترجمه التلميذ المحقق الطوسي الى اللغة العربية وفي شروح متعددة. من شروحها شرح العلامة الحلي المهم هناك يقول ما سبب ما سبب الغيبة الكبرى للامام سلام الله عليه. يقول ثلاث احتمالات الله تعالى هو سبب الغيبة. الامام هو سبب الغيبة الامة فيقول الله تعالى لا يكون هو سبب الغيب. لماذا? لانه نقض الغرض. وجعل الامام الهداية ثم الناس فكيف يغيبه خلاف الحكمة والامام كذلك لا يمكن ان يكون هو سبب الغيبة. لماذا? لما خلاف وظيء فته نعم وظيفته هداية الناس. فيبقى الاحتمال ما هو الناس. الناس ليسوا في المستوى. لو ظهر الامام شريحة من الشيعة تحاربه. ناهيك اخرين. يا الله لطفك الكبير يا رب ومنها ما يجب على الراعية وهي مساعدته والنصرة له. وقبول اوامره وامتثال قوله وهذا لم تفعله الرعية السقيفة وغير السقيفة. فكان منع اللطف الكامل منهم. يعني من الرعية لا من الله تعالى ولا من الامام. الدليل نفسه على سبب الغيبة الكبرى كما جاء في الفصول الناصيرية المسألة الثانية في ان الامام يجب ان يكون معصوما العصمة العامة التحليل هو التحليل النبوة العامة عصمة عامة امامة عامة ثم العصمة العامة. جيد العصمة ما هي? العصمة هي ان هذا المقام الالهي يجعل الامام علي السلف في متن الصراط المستقيم. بل هو الصراط المستقيم افهم هذه القاعدة هذه القاعدة انا تعلمتها تعلمتها في فلسفة الاخلاق وليس في الحوزة العلمية الله تعالى مصدر القيم والقانون الإمام الإمام يعني هنا بالمعنى الأعمى النبوة النبي والوصي والامام متن القانون يعني القانون نراه فيه الله منبع القانون لأنه الكمال المطلق ويتعين بحكمة تسمى القيم والقانون حتى يهتدي الانسان فالانسان الكامل الخليفة الامام هو  متن القانون. اما انا وانت لا قرب وبعد من القانون. قد قد اه ان نستجيب وقد لا نستجيب. واذا استجبنا ربك يعلم اذا هذه الاستجابة صحيحة ام لا نعم فقهيا قد تكون صحيحة ولكن في منطق القبول تكون مرفوضة. انا اصلي الله اكبر اصلي بنية القربى. بعد اه دقيقة واحدة فقط فاجد خيالي في السوق وفي الكتب وو من الامور. مع فقه هي مبرئة للذمة لكن القبول كيف اما الإمام لا يعيش هكذا الإمام متن القانون متن القانون نعم  فهذه العصمة انه متن القيم متن القيم نعم متن القيم ففي النبي معصوم في اخذ الوحي معصوم في حفظ الوحي</w:t>
      </w:r>
    </w:p>
    <w:p>
      <w:r>
        <w:t>معصوم في فهم مقتضيات الوحي معصوم في اداء مقتضيات الوحي معصوم في تبليغ هذا الوحي كامانة للناس عن المراتب كل ها هو متن القانون فيها اقول وامتناع التسلسل يوجب عصمته نعم هذا حكمة طبيعية بمجرد يقول وامتناع التسلسل حكمة حكمة طبيعية بغينا استدلال يعني الكشف العقلي للملاك الواقعي للعصمة طبعا هذا كشف اه كشف اه اثبات نعم والا الثبوت والعلم يعني المقام الالهي يعطيه العلم العلم يجعله ماذا في متن الصراط المستقيم بل هو متن الصراط المستقيم وامتناع التسلسل يوجب عصمة الامام هذا الدليل الأول ولأنه حافظ للشرع. الدليل الثاني ولوجوب الإنكار عليه اذا اخطأ لو اقدم على المعصية فيظاد امر الطاعة ويفوت الغرض من نصبه وهو الهداية وللانحطاط درجته على اقل العوام. يعني الذي اخطأ فصار منحطا اقول ذهب الامامية والاسماعيلية الاسماعيلية انتم اذا لاحظتم الاسماعيلية في زيارة الاربعين تجد الاسماعيلية. ولا تجد لهم اثرا في الكاظمين ان لا يؤمنون بالامام الكاظم عليه السلام بالامام الرضا بالامام الجواد بالامام الهادي بالامام الحسن العسكري وبالامام المهدي عليه السلام جعلنا يتوقفون عند الامام الصادق عليه السلام. وبالتالي يزورون يزورون الامام الحسين عليه السلام. لانه امامهم الا ان الكاظم لا نعم اذ ذهبت الامامة يعني من الكاظم الى تحت ما في امام لا الامام والرضا عليه السلام ولهذا لا ترى اسماعيليا في مشهد ابدا ابدا. هم مميزون بهذا اللباس الابيض نعم ذهبت الامامة الامامية والاسماعيلية الى ان الامام يجب ان يكون معصوما وخالف فيه جميع الفرق والدليل على ذلك وجوه يخالف الفرق لماذا? لانه ودينه بني على السقيفة والسقيفة كلها خطأ حتما هو لا يقبل بهذا الأمور هو السر لا تذهب بعيدا هذا هو السر. السقيفة يجب ان نؤمن بها والسقيفة صاحبها قال فلت وقا الله شرها. اذا يجب نقبلها. اذا هذه العصمة ما تتكلم لي عنها. نعم اذا تكلمت كاع العصمة السقيفة تفضح. آآ تكشف عورتها. هذا هو الامر. نكون صرحاء نعم واستدلوا على ذلك بوجوه الاول ان الامام لو لم يكن. قياس استثنائي لو لم يكن معصوما لزم التسلسل يعني حتى يستقر على الحق يحتاج الى غيره. ذلك الغير معصوم ثبت المطلوب. ليس بمعصوم يحتاج الى غيره والا لا يستقر على الصراط المستقيم والتالي باطل التسلسل باطن تسلسل في الحكمة الطبيعية ما هي? ما هو? يعني الوجود لا يستقر. يعني الوجود ليس له استقرار. يعني نفي الواقعية اصلا نفي للواء كهيئة اصلا. معنى الوقية ثابتة بالشهود فيلزم اجتماع النقيب هذا هو نعم من كان خبيرا بالحكمة يكون خبيرا بالعقائد وبقوة بقوة. نعم ولهذا انا ارى بعض الكبار مرة يتكلمون في العقيدة اتعجب والله اتعجب والتالي باطل فالمقدم مثله يعني اذا كان التسلسل اه باطلا فالامام لا يكون معصوما بعض اه بيان الشرط هي ان المقتضي لوجوب نصب الامام هو تجويز الخطأ على الرعية يعني الخطية الرعية تخطئ. لا تعرف المصالح الواقعية اه يجب ان يكون في وسطهم امام محيط بالمصالح الواقعية والامة لا تهتدي نعم فلو كان هذا المقتضي ثابت في حق الامام وجب ان يكون له امام اخر اذا كان يخطئ مثله مثل الرعية شأنه شأن الرعية يحتاج الى امام اخر ويتسلسل او ينتهي الى امام لا يجوز عليه الخطأ فيكون هو الامام الاصلي يعني الامام المعصوم دليل عقلي على اثبات العصمة العامة ليس العصمة الخاصة. العصمة الخاصة لا يمكن اثباتها بالدليل نعم يعني يأتي التنصيص من النبي يأتي التنصيص. النبي اثبتنا نبوته من خلال معجزة اثبتنا عصمتهم من خلال النبوة العامة فكل ما يفعله حق. فنصب عليا فيكون حقا. فالامام فعلي الامام. الثاني الدليل الثاني ان الامام حافظ للشرع في المثقل ولأنه حافظ للشرع نعم فيجب ان يكون مع الصومال قد يقول قائل ما من قال انه يحفظ الشرع يكون خليفة كالخليفة الاول وليس بالضرورة يحفظ الشرع. شيء عجيب وغريب شيء عجيب وغريب انا لم ارى لم ارى في حياتي في حياة الدينية حياتي غير الدينية. لم ارى عدو للعقل كالمتدين لا ليست قاعدة كلية لكن شريحة كبيرة منهم اعداء العقل. يعني انت تنصب خليفة تنصب الخليفة لمن? يقول خليفة لرسول الله يعني الملاك ما هو? يعني الدين وهو مولان يخرب الدين العقل هنا يقبل العقل يقبل هنا لكن هوما ما عندهم عقول ماذا نفعل? نعم ان الامام حافظ للشرع سيجب ان يكون معصوما. يعني الحكمة تجعله معصوما بالضرورة. اما المقدمة الاولى فلان الحافظ للشرع ليس هو الكتاب لعدم احاطته بجميع الاحكام التفصيلية بالكتاب عن القرآن الكريم نعم ولا السنة لذلك ايضا ولا اجماع الامة لان كل واحد منهما على تقدير عدم المعصوم فيهم يجوز عليه الخطأ فالمجموع كذلك. ولان اجماعهم ليس لدلالة والا لاشتهرت ولا لامارة اذا اذ يمتنع اتفاق الناس في سائر البقاع على الامارة الواحدة. نعم هذا مستحيل كما نعلم بالضرورة عدم اتفاقهم على اكل طعام معين في وقت واحد كما نعلم بالظرورة عدم اتفاقهم. اتفاق الناس الراعية على اكل طعام معين في وقت واحد اولى لهما فيكون باطلا اولا لهما ماذا قال? ولهذا الحسن زاد هنا شعر بالارباك باتفاق النسخ كلها والضمان راجع الى الدلالة والامارة او لهما او الدلالة والامارة ليست واضحة مذبكة العبارة. حتى العلماء حسن زاد امولي يقول باتفاق باتفاق النسخ كلها والضمير راجع للدليل يعني العبارة مربك مربك فيكون باطنا? نعم ولا القياس لبتران القربه على ما ظهر في اصول الفقه وعلى تقدير تسليم القياس فليس بحافظ للشرع بالاجماع ولا البراءة الاصلية لانه لو وجب المصير اليها لما وجد بعثة الانبياء وللاجماع على عدم حفظها للشرع يعني البراءة البراءة الاصلية فلم يبقى الا الامام الامام المعصوم فلو جاز الخطأ عليه على الامام لم يبقى وفوق بما تعبدنا الله تعالى به وما كلفنا وذلك مناقض للغرض من التكليف وهو الهداية وهو الانقياد الى مراد الله عليه الهداية  الى مراد الله تعالى يعني الهداية اذا حفظ الشرع يستدعي قائدا يسالخ ذلك الشرع يعني الشرع مندك فيه بتمامه وهذه هي العصمة غير هذا القائد لا يدعي انه ماذا? يمثل الله تعالى. كذبة في كذبة خرطي في خرطي اذا حفظ الشرع ملاك واقعي لتعين العصمة في الامام. طبعا هنا يتكلم عن العصمة العامة دليل صحيح دليل صحيح نعم احد ادلة اه اه الخميني رحمه الله على اه على ولاية الفقيه من يقول بها من لا يقول بها انا فقط انقل يقول هذا هذه الشريعة هذه الشريعة لا تسانخوا قائدا او القائد لا يصارخ هذه الشريعة الا اذا كان متخصصا فيها الا اذا كان فقيها هو الذي يصانخ ويتناغم مع هذه الشريعة في مساندة ومناسبة تامة بين القائد الفقيه وهذه الشريعة لا تأتيني بقائد لا يفقه اسرار هذه الشريعة ثم تريد ان يقود الامة. يقودها الى اين</w:t>
      </w:r>
    </w:p>
    <w:p>
      <w:r>
        <w:t>هذه احد الادلة العقلية على ما يدعيه الخميني رحمة الله عليه. نعم. قال الثالث انه لو وقع هنا جاء في ولوجوب الانكار عليه. لو اقدم الامام على المعصية لو تفيده الامتناع هو لا يقدم لكن اه فرضية انه لو وقع منه الخطأ لو وقع منه الخطأ لوجب الانكار عليه. وذلك يظاد امر الطاعة له بقوله تعالى واطيعوا الله واطيعوا الرسول واولي الامر منكم  انظر هذه الاية الكريمة لم تقيد باي قيد. يعني طاعة اولي الامر من طاعة الله والرسول. من? من هذا الذي له هذا المقام مقام الاطاعة التي هي من صلح طاعة الله والرسول. يا ايها الأمة التي لا تفهم ولا تتأمل ولا تعقل من من يجب ان تكون هناك وجودات مقدسة امرها من امر الله ومن امر الرسول. نهيها من نهي الله ونهي الرسول. والا يجب الاشكال على الله. لماذا لم تقيد? يعني تقول هكذا. اطيعوا الله واطيعوا الرسول. سلمنا. الرسول رسول. واولي الامر منكم حين فلا يخطئون. قيدها قيدها يا الله والا نقع في الظرر لم يقيدها الله تعالى حتى يبين لنا ان هذه الوجودات امرها من امر الله والرسول ونهيها من نهي الله ونهي الرسول هذه هي الامامة هكذا نفهم الامامة. نعم  الرابع لو وقع منه المعصية لازم نقض الغرض من نصب الامام. يقول في المتن اه ويفوت الغرض من نصبه ويفوت الغرض من نصبه اذا اخطأ والله والله نصبك للهداية يعني الهداية لم تتحقق فالله ليس بحد اذا جعل الامام جعل الامام وهذا الامام يخطئ فان الهداية. فالله يعبث والله حكيم حكيم بالحكمة المطلقة حكيم بالحكمة المطلقة. والعرف يدرك هذا مع الاسف الشديد. يعني الرئيس اذا نصب وزيرا وهذا الوزير اخطأ. فالرئيس يقول احسنت اذا كان رئيسا حكيما عنده اليتان. الية الاولى عزل هذا الوزير ما يصلح. او لا يصححه بحكمة لانهم بشر اما الله تعالى الله تعالى ينصب وزيرا مثل وزير الرئيس العادي ام هو حكيم مطلق تنصبه يكون حكمة مطلقة? فيكون الامام معصوما. هاي القصة نعم الرابع لو وقع من الامام المعصية لزمان نقض الغرض من نصب الامام. ما هو الغرض? الهداية والتالي باطل نصب الغرض خلاف الحكمة الالهية فالمقدم مثله يعني يصدر منه معصية لا. بيان الشرطية ان الغرض من اقامته يعني من جعله انقياد الامة له لاجل الهداية وامتثال امتثال اوامره واتباعه فيما يفعله فلو وقعت المعصية منه انتفى الوثوق لم يجب شيء من ذلك ومنافي للنصب للهداية هذا هو الوفوق فتنت في الغاية لو لم يكن الامام النبي والامام معصوما لنتفه الوثوق تنتفي الغاية. هذا الذي بينته انا على قناة الكونثر على المباشر امام هذا الازهري بجنبي العصمة البوط لقى نعم العصمة المطلقة نعم الخامس ونختم انه لو وقع منه المعصية في المتن ماذا قال? والانحطاط درجته لا قدر الله ابدا على اقل العوام هذا هو هذا هو الخامس. انه لو وقع منه المعصية لزم ان يكون اقل درجة من لان عقله اشد ومعرفته بالله تعالى  ثوابه وعقابه اكثر فلو وقع منه المعصية كان اقل حالا من رعيته. وكل ذلك آآ وكل ذلك باطن قطعا نعم ضابط كبير لواء كبير يرسل مجموعة ويضع عليها ماذا قبطان هو قائد لهذه المجموعة في مهمة نعم ثم جندي من الجنود يخرب كل العملية وتفشل الظابط يعاقب من الضابط الكبير يعاقب هذا الجندي يعاقب هذا الظابط الذي جعله قائدا عليه. لماذا? لانه اعقل وعنده مرتبة واعلم وو هكذا الامور هكذا الامور نعم هكذا الامور. قال ولا تنافي العصمة اي القدرة. لا تقف على متحرك يعني تقول هكذا ولا تنافي العصمة القدرة انا اقول القدرة حتى تفهم جيدا العبارة ولا تنافي العصمة القذرة. يعني هل الله تعالى اذا جعل الامام معصوما يعني هو عجز فقط يعني يتحرك مجبورا مسلوب القدرة ام لا العصمة يعني ذلك المقام الالهي والمقام العلمي يضع القدرة فدائرة الحاقة في دائرة القيم الالهية يعني هذه العصمة تجمل القدرة وتجمل الارادة وتجمل الفعل. يأتي ان شاء الله بحثه بالتفصيل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