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يا الله سبحان يا الله والحمد لله الله يا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واياكم لكل خير وصلنا الى هذه الفقرة قال ولا تنافي العصمة القدرة هل المعصوم مسلوب القدرة مسلوب الاختيار لا هذا غير صحيح لان المعصوم في دائرة القيم والقيم بدون قدرة وبدون اختيار لا معنى لها الانسان دائما له الاختيار ان يفعل او لا يفعل وعنده القدرة عن يفعل الحسن ولا يفعل الحسن هذا هو الإنسان في ذات الهداية مسؤوليته تقتضي ذلك القيم تقتضي ذلك كماله النوراني يقتضي يقتضي ذلك فالمعصوم لا يخرج من هذه القاعدة الكلية الى ان المعصوم لانه له الكاشفية للقبيح فلا يتحرك نحوه باختياره. دائما يتحرك في الصراط المستقيم وهذا اه نهيا في القدرة ولا ينفي الاختيار ولا ينقص من قيمة المعصوم مطلقا يعني لا نرى كيف الناس تتحير في هذه النقطة نعم اقول اختلف القائلون بالعصمة في ان المعصوم هل يمكن من يتمكنوا من فعله اه المعصية ام لا فذهب قوم منهم الى عدم تمكنه من ذلك وذهب اخرون لتمكني منها ان يمكن ان يعصي ولكن لا يعصي اما الاولون الذي لا يتمكن فمنهم من قال ان المعصوم مختص في بدنه او نفسه بخاصية تقتضي امتناع عائق دمه على المعصية خاصية معنى يعني العصمة وهذا عصمة والعصمة قلنا لا تنافي القدرة والاختيار ومنهم من قال ان العصمة هو القدرة على الطاعة وعدم القدرة على المعصية من اين جئت بهذا يعني مجبور وهو قول ابي الحسين البصري المعتزلي. واما الاخرون الذين لم يسلبوا القدرة فمنهم من فسرها بانه الامر الذي يفعله الله تعالى بالعبد من الالطاف المقربة الى الطاعة التي يعلم معها انه لا يقدم على المعصية بشرط الا ينتهي ذلك الامر الى الالجاء. يعني لا يكون مجبورا فلا يمكن قبوله يعني اه عناية خاصة بالله تعالى بالمعصوم وجعلناهم ائمة ويهدون بامرنا واوحينا اليهم فعل الخيرات يمكن كنور ضياء الهي دائما يسددهم للخير هذا معقول ومنهم من فسرها يعني العصمة بانها ملك نفسانية ملك نفساني له ملك ما ورائيه ملكة الهية نعم لا يصدر عن صاحبها مع المعاصي مقبول هذا كذلك لكن ليست ملكا نفسانيا ليست من صنخ الملكات النفسانية هادي ملاكة الهية نعم واخروا قالوا العصمة لطف يفعله الله تعالى بصاحبها لا يكون له معهم معها داع الى ترك ترك الطاعة وارتكاب المعصية. نعم هذه الدعوة هذه الدعوة هي نفس الدعوة. تأمل جيدا واخرون قالوا العصمة لطف. هذه عرفناها في العصمة العامة يفعله الله تعالى هذا اللطف بصاحبها لا يكون له معه دعا الى ترك الطاعة وينفيك من المعصية هذا تعريف للعصمة الدعوة واسباب هذا اللطف امور اربعة احدها ان تكون ان يكون لنفسه او لبدنه خاصية تقتضي ملكة ملكة مانعة من الفجور وهذه الملكة مغايرة للفعل نعم ممكن هذا مقبول. الثاني ان يحصل له علم بمثالب المعاصي ومناقب الطاعات. قلنا العصمة هي ملاك العلم الكاشفية. هذا مقبول. الثالث تأكيد هذه العلوم بتتابع الوحي والانهاء من الله تعالى. هذا مقبول. يعني التسديد الالهي. الرابع مؤاخذته على ترك الاولى بحيث يعلم انه لا يترك مهملا بل لا يترك مهملا بل يضيق عليه الامر في غير الواجب من الامور الحسنة. هذه فيها نقاش هل المعصوم يترك الاولى ام لا هو دائما في متن الصراط فاذا اجتمعت هذه الامور كان الانسان معصوما والمصنف رحمه الله اختار المذهب الثاني وهو ان العصمة لا تنافي القدرة نعم هذا هو الصح بل المعصوم قادر على فعل المعصية والا لما استحق المدى هذا هو دائرة القيم. نحطو والا لما استحق المادح على ترك المعصية والثواب هذا دليل على ان العصمة واعمال العصمة في دائرة القيم يعني قوس الصعود والتكامل الاختيار ضروري والقدرة ضرورية. يعني يمكن ان يفعل الامكان الذاتي يمكن ان يفعل او لا يمكن يفعل. اما الإمكان الوقوع الى لا. لماذا? لأن عنده النورانية ولا بطل الثواب والعقاب في حقه فكان خارجا عن التكليف. نعم. وذلك باطل بالاجماع وبالنقل في قوله تعالى قل انما انا بشر مثلكم يوحى اليه نعم هذا هو المبنى الصحيح يعني بالامكان العام يمكن ان يعصي ويمكن ان يطيع. بالايميكان الموقعي لا يعني اذا جينا الى السياق العملي هذه النورانية تمنح النورانية للعلم الكاشفية المطلقة لمفاسد الامور ومصالح الامور يبقى دائما في الصراط المستقيم المسألة الثالثة في ان الامام يجب ان يكون افضل من غيره. هذه كما عبر الشيخ حسن زاد املي في موطن اخر ليس في هذا الموطن يقول هذا الكلام غير صحيح لانك انت اذا قست الامام بغيره وقلت هذا افضل يعني في الغير فضل لا يقاس بنا احد نعم قال وقبح تقديم المفضول معلوم ولا ترجيح في المساوي آآ المعتزلة يقولون آآ يجوز تقديم المفضول على الفضل حتى ينظرون للسقيفة يبررون السقيفة وهذا خلاف العقل في العقل النظري ويعني تقديم النقص على الكامل وهذا محال عقلا وكذلك قبيح عمليا وقبح تقديم المفضول معلوم هذا رد على المعتزلة مثل اه شارح نهج البلاغة بن الحديد بن الحديد المعتزل يؤمن بهذا يجوز تقديم المفضول على الفضل. تقول لهم ملاك التقديم ما هو؟ والى في التقديم والكمال امام النقص يقول الكمال اذا لماذا تقدم النقص على الكامل اذا قال ملاك التقديم هو النقص خلاف العقلاء بل ليس خلاف العقل خلاف العقلاء حتى نعم ولا ترجيح في المساوي نعم قال اه اقول الامام يجب ان يكون افضل من رعيته لانه اما ان يكون مساويا لهم او انقص منهم او افضل هذه قضية شرطية منفصلة. كم شق عنده? ثلاثة اما انقص يعني اتعس من رعيتي او موساوي لا او افضل والثالث هو المفطور المطلوب هو الافضل. يعني يجب ان تبطل الشقين والام المحال يبدأ ابطال التساوي لانه مع التساوي يستحيل ترجيحه على غيره بالامامة نعم. فكيف رجح بالامامة الثاني يعني انقص والثاني ايضا محال. انظر محال محال يعني حكم العقل لان المفضول يقبح عقلا تقديمه آآ يقبح عقلا تقديمه على الفاضل. ويدل عليه ايضا قوله تعالى الحكمة الوحيانية. افمن يهدي الى الحق احق ان يتبع ام من لا يهد الى ان يودع فما لكم كيف تحكمون ويدخل تحت هذا الحكم كون الامام افضل في العلم والدين والكرم والشجاعة وجميع الفضائل النفسانية والبدنية حتى كلمة افضلها اذا قلنا لا تليق لا يقاس بنا احد جيت جليل مع المعتزلة نقول انه لا يمكن تقديم المفضول على الفضل المسألة الرابعة في وجوب النص على الامام هنا يدخل في الامامة الخاصة كيف نكشف الامامة الخاصة? لا يمكن لان انت لا تعلم بالمنصب الالهي ولا تعلم بالاسماء</w:t>
      </w:r>
    </w:p>
    <w:p>
      <w:r>
        <w:t>هادي امور خاصة بالله تعالى فيأتي ويكشف المصداق اذا كشفنا المصداق نفهم الموقع الإلهي يعني المقام الإلهي في الغدير مثلا المقام الإلهي لأمير المؤمنين عليه السلام عصمة الامام اذا تم المقام الالهي والعصمة تأتي الحجية. يعني وجوب الاتباع والولاء نعم والعصمة تقتضي النص وسيرته عليه السلام. والعصمة يعني لا يمكن كشفها في الامام الشخصي يعني في الامامة الخاصة وسيرة عليه السلام نعم سيرته العطلة اه تدل على ذلك بالسجال مع المخالفين اذا لم يقبل الادلة التي تدل على اماماته والعصمة رحل السيرة الا تجد من يرقى الى اهل البيت عليهم السلام ابدا الا المتعصب هذا المتعصب والله لو الله تعالى تجسد له لا يصدق خذها مني هذي نعم اقول ذهبت الامامية خاصة هذا مبنى الامامية الى ان الامام يجب ان يكون منصوصا عليه وقالت العباسية ان الطريق الى تعيين الامام النص او الميراث حتى يدخنون يدخلون فلسفتهم الميراث بالله عليك وقالت الزيدية تعيين الامام بالنص او بالدعوة الى نفسه والدعون الى نفسه لا ادري كيف ما ادري كيف هذي يعني كيف يشخص الناس انه امام وقال باقي المسلمين عن السنة الطليق انما هو النص او اختيار اهل الحل والعقد النص حتى يوجهون فعلة ابي بكر مع عمر نص عليه الحل حتى يبررون الشورى نعم والدليل على ما ذهبنا اليه وجهان الاول ان قد بينا انه يجب ان يكون الامام معصوما والعصمة امر خفي. لاحظت ويأتي التنصيص نعم لا يعلمها الا الله تعالى فيجب ان يكون نصبه من قبله تعالى لان العالم بالشرط دون غيره لانه العالم لان الله تعالى العالم بالشر دون غيره هذه نقطة مهمة جدا ان الامامة الخاصة تكون بالنص تكشف لنا الامامة يعني المقام الإلهي وتكشف لنا العصمة ان النبي صلى الله عليه واله كان اشفق على الناس من الوالد على ولده حتى انه عليه السلام ارشدهم الى اشياء لا نسبة لها الى الخلافة بعده كما ارشدهم في قضاء الحاجة الى امور كثيرة مندوبة وغيرها من الوقائع وكان عليه السلام اذا سافر عن عن المدينة يوما او يومين استخلف فيها من يقوم بامر المسلمين ومن هذه حاله? كيف ينسب اليه اهمال امتي? وعدم ارشادهم في اجل الاشياء. واسماها اجل وعدم ارشادهم في اجل الاشياء واسماها واعظمها قدرا واكثرها فائدة واشدهم حاجة اليها وهو المتولي لامورهم بعده وجب من سيرته عليه السلام نصب امام بعده والنص عليه وتعريفهم اياه وهذا برهان لمي نعم برهان من المعلة الى معلول نعم ام اذا كان النبي امام فاذا نص فالمنصوص عليه يكون اماما هذه نقطة مهمة جدا تتصل بالامامة الخاصة فالامامة الخاصة لا يمكن كشفها لا بالدليل العقلي ولا باي شيء فقد فقط بالتنصيص الالهي كالغدير غير هذا ما في طريق نعم سهلة المسألة اذا العصمة الخاصة بالتنصيص يعني اذا مثل المعجزة المعجزة في النبي النبوة الخاصة نحتاج الى المعجزة. اذا احرزنا انه الصادق صادق في دعواه يعني متصل بالله يعني نبي تأتي العصمة مباشرة كلازم اللي هينفك عن النبوة هنا كذلك الامام بمجرد ياتي التنصيص من الله من خلال نبيه تأتي الامام وهل تأتي عصمة نعم المسألة الخامسة في ان الامام بعد النبي عليه السلام بلا فصل اه بلا فصل يعني دفعا دفعا الخلافة السابقة في الاشخاص اه المعروفين بلا فصل علي ابن ابي طالب عليه السلام قال وهما مختصان بعلي عليه السلام نعم يعني العصمة والنص معصوم ومنصوص عليه اقول العصمة والنص مختصة بعلي عليه السلام. اذا الامة بين قائلين احدهم لم يشترطهما والثاني مشترطون وقد بين بطل القول الاولين فانحصر الحق في قول الفريق الثاني وكل من اشترطها قال ان الامام عليه السلام ان الامام هو علي عليه السلام. نعم يعني من يشترط العصمة فلا يبقى الا علي الباقي لا لماذا? لان الظلم قد مسهم في طهرة من حياته. زمان من حياتهم لا يطال اعطالهم هذا العهد نعم قال والنص جلي في قوله سلموا عليه بامرة المؤمنين يعني كانه هذا الدفع دخل مقدر دفع اشكال اين اللص نعم قال والنص جلي واضح جدا لقوله سلموا عليه بامرأة امرة المؤمنين حكومة وانت الخليفة من بعدي وغيرها كالغدير كما سيأتي اقول هذا دليل ثان على ان الامام امامه علي عليه السلام وهو النص الجني من رسول الله صلى الله عليه واله في مواضع تواتر بها الامامة ونقل غيره نقلا شائعا جائعا مشهور. منها لما نزل قوله تعالى وانذر عشيرتك الاقربين. هذا حديث الضهر امر رسول الله صلى الله عليه واله ابا طالب ان يصنع له طعاما. امر رسول الله صلى الله عليه واله ابي طالب? لا. امر علي بن ابي طالب ان يصنع له طعاما وجمع بني عبد المطلب فقال لهم ايكم يؤازرني ويعينني فيكون اخي ويعني الأخوة مختصة به وخليفته ووصي من بعدي كم عنوان عناوين اه ثلاثة الاخوة والخلافة والوصية من بعدي نعم فقال عليه السلام انا ابايعك اوازرك فقال عليه السلام هذا اخي ووصي وخليفتي من بعدي ووارثي فاسمع له واطيعه وبقوله صلوات الله عليه انت اخي ووصي وخليفتي من بعدي وقاضي ديني ومنها لما اخى بين الصحابة ولم يتخلف سوى علي عليه السلام فقال يا رسول الله اخيت من الصحابة دوني فقال له عليه السلام الم ترضى ان تكون اخي وخليفتي من بعدي واخيب واخى بينه وبينه يعني بين النبي وبين الامير ومنها ان رسول الله صلى الله عليه واله تقدم الى الصحابة بان يسلموا عليه بامرة المؤمنين وقال له انت سيد المسلمين وامام المتقين وقائد القرى المحجلين وقال في هذا ولي كل مؤمن ومؤمنة والنصوص في ذلك كثيرة اكثر من ان تحصى ذكرها المخالف والمؤلف الى ان بلغ المجموع والتواتر نعم هذا هو التنصيص لا طريق اليه الى النص قال ولقوله تعالى هنا يتلقى الى القرآن الكريم انما وليكم الله ورسوله. الاية وانما اجتمعت الاوصاف في علي عليه السلام اقول هذا دليل اخر على امامة علي عليه السلام وهو قوله تعالى انما وليكم الله تعالى ورسوله الذين امنوا الذين يقيمون الصلاة ويؤتون الزكاة وهم راكعون نزلت لمن في امير المؤمنين برواية ابي ذر والاستدلال الاستدلال بهذه الاية يتوقف على مقدمات احداهما ان لفظة انما للحصر ويدل عليه المنقول والمعقول. اما المنقول فلإجماع فلاجماع على العربية عليه. واما المعقول فان لفظة ان للاثبات وما للنفي نعم قيل للتركيب فيكون كذلك بعد التركيب عملا بالاستحباب وللاجماع على هذه الدلالة. ولا يصح تواردهما على معنى واحد ولا صرف الإثبات الى غير ذلك غير غير المذكور والنفي الى المذكور للإجماع فيبقى العكس وهو الصف الاثبات في المذكور والنفي الى غيره. وهو معنى الحصر. يعني انما وليكم الله يعني غير الله ورسوله يعني غير رسول الله والامير المؤمنين كمصداق وغيره لا هذا هو معنى انما</w:t>
      </w:r>
    </w:p>
    <w:p>
      <w:r>
        <w:t>هذا الذي بينه بالتفصيل هنا نعم والرواية رواها ابو ذر وغيره ان امير كان متصدقا فاعطى ختمه لي احد الفقراء فنزلت هذه الايات جيد بعض الحمقى من من الوهابية يقول ان الامير اذا تصدق في صلاته صلاته تكون مختلة وصرف آآ خشوعه الى اداء الزكاة او الصدقة والله لا تفهم هذه العقول حقيقة نطفتهم فاسدة والا هذا العمل في قمة القربى الى الله تعالى يزيد الصلاة جمالا وبهاء لكن هذه العقول النجسة ماذا تفعل معها اتكلم عن الوهابية نعم تانية ان الولي يفيد الاولى بالتصرف والدليل عليه نقل اهل اللغة واستعمال اه لهم كقولهم السلطان ولي من ولي من ولي له. يعني هو حق التصرف في السلطة وكقولهم ولي الدم وولي الميت وكقوله عليه السلام ان ايما امرأة نكحت بغير اذن وليها فنكاحها باطل الثالث ان المراد بذلك اه ان المراد بذلك بعض المؤمنين لانه تعالى وصفهم بوصف مختص ببعضهم ولانه لولا ذلك لزم اتحاد الولي والمتولي. هذا دليل عقلي جميل جدا اه الله تعالى هنا يقول انما وليكم يعني يخاطب الامة وليكم الله الله واضح الرسول واضح امير المؤمنين يعني الأمة في جهة وأمير المؤمنين في جهة فالله تعالى يقول هذا وليكم نعم ولا يمكن ان الامير يكون من من الامة في الخطاب والا صار اتحاد الولي والمتولي. هذا هو الدليل ودليل عميق جدا عميق جدا. فيجب ان ينصرف ويتميز امير المؤمنين عن غيره حينها يأتي هذا الخطاب الصحيح. نعم واذ قد تمهدت هذه المقدمات فنقول المراد بهذه الاية هو علي عليه السلام للاجماع الحاصل من ان من خصص بها بعض المومنين قال انه علي عليه السلام فصرف الى غيره خرق الاجماع فصرفها فصرفها الى غيره يعني غير امير المؤمنين خرق الاجماع ولانه عليه السلام اما كل المراد او بعض للاجماع. وقد بينا اه اه عدم العمومية فيكون هو كل المراد. عدم العمومية لانه يتحد الوالي والمتولي نعم لا يمكن ان يكون الامير في الامة ثم يقول انما وليكم الله ورسوله الذين امنوا يعني كيف يجب ان يتميز هو والعجيب ان الولاية هنا غير مقيدة يعني ولاية الله ولاية الرسول وولاية النبي الأمير واحدة فقط ولاية الله ولاية ذاتية وولاية الرسول والأمير ولاية اعطائية مجازية نعم يعني تابعة للولاية الالهية هذا المجاز في الاعطاء تعيين الولاية في النبي والامير يفسر يفسر لنا كثيرا من المعضلات. التوسل مثلا التوسل الذي يعتقدها الكثير الان نعم ان اهل السنة في الاعم الاغلب صارت وهابية بكثرة التبليغ نعم فقدوا هذا الحس الصوفي القديم. الان فاقوا يريدون ان يسترجعون مذهبهم الاشعري نعم الان بعد داعش وهذه داعش كانت من جهة نعمة علينا كثيرا نعم ولدت لنا وعيا سياسيا جهاديا ايمانيا وقدمنا شهداء ووعد السنة كذلك انهم لا بلعتكم الوهابية ووضعتم في في قعرها انتبهوا والان يعودون يؤسسون مرة ثانية الاشعرية ويعتمدون على آآ كثير من من المعارف الامامية نعم وقد بينا عدم العمومية فيكون هو كل المراد يعني الامير عدم العمومية لماذا? لأنه لو كان الأمين منهم لاتحد الولي والمتولي نعم فاذا كان الامير من الامة والخطاب انما وليكم الله ورسوله الذين امنوا من الذين امنوا? مجموع من يتولى من يتولى من نعم فالمسألة عقلية رائعة جدا ولان المفسرين اتفقوا على ان المراد بهذه الاية علي عليه السلام لانه لما تصدق بخاتمه على حالة حالتها ركوعه نزلت هذه الاية ولا خلاف في ذلك الا للمتعصبين من الخوارج او السلفية قال ولحديث الغدير المتوتر ولدخل في حديث الغدير نعم نعم قاصمة الظهر بالنسبة للمخالف وواقعة الغدير كيف يتعامل مع هذا هذه الواقعة ليست حديثا فقط. واقعة عظيمة ومتواترة لا يجد لها حلا نعم حتى لو اول ما اول ما ينفع اقول هذا دليل اخر على امامة علي عليه السلام وتقريره ان النبي صلى الله عليه واله قال في غديركم وقد رجع من حجة الوداع معاشر المسلمين الست اولى بكم من انفسكم قال قالوا بلى قال عليه السلام من كنت مولاه فعلي مولاه. اللهم والي من والاه وعادي من عداه وانصر من نصره واخذل من خذله نعم وقد نقل المسلمون كافة هذا الحديث نقلا متواترا. نعم لكنهم اختلفوا في دلالته على الامام ووجه الاستدلال به ان لفظ المولى تفيد الاولى لان مقدمة الحديث تدل عليه. من كنتمهو لكم نعم ولان عرف اللغة يقتضيه وكذا الاستعمال لقوله تعالى النار هي مولاكم يعني اولى بكم يعني اولى بهم. وقول الاخطر فاصبحت فاصبحت مولاهم من الناس كلهم وقولهم مولى العبد اي الاولى بتدبيره والتصرف فيه ولانه مشتركة بين معان غير مراد هنا الا الاولى ولانه اما اما كل المراد او اه بعض ولا يجوز خروجه عن الارادة استخدامها لانه حقيقة فيه ولم يثبت ارادة غيري نعم حديث غدير ثابتون نعم انا سمعت احد آآ علماء السنة بلبنان يتكلم عن الغدير امام امام في المسجد في جلس مع اهل السنة قال ما عندنا نقاش في هذا الامر يعني صريح صريح في اثبات خلافتي واثبات امامتي علي عليه السلام نعم قال ولحديث المنزلة المتواتر يأتي ان شاء الله. اللهم صل على محمد وال محمد  آل محمد 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