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سبحان الله الله يا الله والحمد لله اعوذ بالله من الشيطان الرجيم بسم الله الرحمن الرحيم وبه تعالى نستعين والصلاة والسلام على محمد واله الطيبين الطاهرين اللهم صلي على محمد وال محمد اعزائي الطلاب السلام عليكم ورحمة الله وبركاته وفقنا الله واياكم لكل خير وصلنا الى حديث المنزلة قال ولحديث المنزلة المتواضع قبل الدخول في حديث المنزلة نعود الى واقعة الغدير واقعة الغدير صحيح فيه خطبة للنبي صلى الله عليه واله الا انها الواقع ملفوفة بامور جميلة جدا وتقوي النص. تقوي الخطبة منها هذا هذه المنطقة صيفية حارة والرسول يعيد الحد الحجيج الى هذه المنطقة. بعضهم يقولون البعض يقول انهم تفرقوا يتحركوا مني كيلومتر لا ادري فارجعهم النبي الى واقعة الغدير مما يدل على ان المسألة خطيرة جدا حتى يبلغ الشهيد الغائب ثانيا انها الواقعة محفوفة بايتين يا ايها الرسول بلغ ما انزل اليك نعم هادي تحثه على تبليغ امر مهم ماذا يبلغ وهو في نهاية حياته ما بقي شيء ثم يتوفى النبي صلى الله عليه واله. يعني المسألة في حد ذاتها قرينة قوية جدا على ان المسألة خطيرة يعني الاية جاءت تحثه توجب عليه ابلاغ الرسالة نعم يا ايها الرسول بلغ ما انزل اليك نعم وان لم تفعل فما بلغت رسالة رسالته والله يعصمك من النص شوف شوف هادي والله يعصمك من الناس ما تخاف النبي كان بلغ في بمواطن ثلاثة في اه عرفة في مناطق متعددة اراد ان يبلغ خلافة امير المؤمنين ثم جماعة من المنافقين يرفعون اصواتهم حتى الامة لا تسمع الخطاب. مع هذا سمع الخطاب الخطاب بعض الصحابة ونقله هناك قال ان الخلافة آآ لبني هاشم مع باثنا عشر اماما كلهم من بني هاشم. هذه كل من قريش هذه فيها بها نعم تحريف بني هاشم  سيرفوضها حين الخطاب بان بك انه يعني خاف من هذه الامة لا تستجيب والله تعالى قال له لا لا تخف والله يعصمك من الناس ثم لم القرينة الاخرى البسه العمامة السوداء السحابة اسمها السحاب ما كان يلبسها النبي الا في المواقع المهمة والخطيرة في الاسلام كفتح مكة مثلا ثم البيعة التي دامت ثلاث ايام بسنت ليالي لماذا يبايع حتى النساء بايعن لماذا علمت على المحبة كما يؤول الغير نعم البيعة على الولاء يعني هذه بيعة بيعة على الخلافة نعم اه هذه القرائن كلها تدل على ماذا? بالدليل القطعي على خلافة امير المؤمنين عليه السلام. ثم تنزل الاية الاخرى اليوم اكملت لكم دينكم واتممت عليكم نعمتي ورضيت لكم الاسلام دينا يعني تمام النعمة يعني الولاية هي نعمة تامة نعم اليوم اكمال الدين يعني الدين بدون ولاية يبقى ناقصا نعم والله تعالى لا يرضى بأي اسلام من اي احد بدون هذه الولاية مسألة خطيرة جدا ومهمة هذه القرائن اذا جمعناها مع النص مع الخطاب الصريح في تنصيص امير المومنين خليفة للامة هذا يورثنا اليقين الذي لا يمكن ان ينقذ اليقين القطعي بان الخلاف لامير المؤمنين عليه السلام. نعم وكتب كثيرة تكلمت عن هذا الموضوع بالتفصيل خصوصا كتاب الغدير للشيخ الاميني رحمة الله عليه والمراجعات و الشافي في الامامة لسيد المرسل قال ولحديث المنزلة المتواتر اقول هذا دليل اخر على امامة علي عليه السلام وتقريره ان النبي صلى الله عليه وقال انت مني بمنزلة هارون من موسى من موسى الا انه لا نبي بعدي يعني نزع النبوة من الامير واعطاها ماذا? الوصية لان هارون كان هو الوصي لكنه توفى قبل موسى وتواتر وتواتر المسلمون وتواتر المسلمون بنقل هذا الحديث لكنهم اختلفوا في الدلالة على الامامة وتقرير الاستدلال بانه ان علي علي عليه السلام له جميع جميع منازل هارون من موسى بالنسبة الى النبي صلى الله عليه واله. لان الوحدة منفية هنا لاستثناء المشروط بالكثرة وغير العموم ليس المراد الاستثناء المخرج ما لولاه لوجب دخولك العدد لا لا لا يعني الا انه لا نبي بعدي يعني موسى هارون كان نبيا لكن هنا المقصود ماذا? المقصود الوصية الى خروج الامير من النبوة هذا خروج قطعي بدلالة الخاتمية النبي النبوة ختمت اه بالنبي صلى الله عليه واله بالنبي محمد صلى الله عليه واله. اذا الرواية تدل على ماذا? تدل على الوصية يعني على المقام الالهي بعد النبي نعم وتقرير الاستدلال به يعني بهذه الرواية الجميلة بان علي عليه السلام له جميع منازل هارون من موسى بالنسبة الى النبي صلى الله عليه واله نعم ولان الوحدة منفية لان الوحدة منفية لان الوحدة منفية لا يمكن ان يكون علي هو النبي لان النبي له مقام النبوة اه ارقى من مقام الامير هنا للاستثناء او تقول للاستثناء آآ يعني النبوة يعني ملاك ملاك الاستثناء هو النبوة. الاستثناء المشروط بالكثرة يعني كثرة يعني امير غير النبي وغير العموم نعم وغير العموم ليس بمراد نعم للاستثناء نعم المخرج ما لولاه لوجب دخوله كالعدد. والاصل عدم الاشتراك نعم لان الخاتمية تمنع الاشتراك ولإنتفاء القائل بالكثرة من دون العموم ولعدم الفهم المراد من الخطاب الحكيم لولاه ومن جملة منازل الخلافة بعده ولو عاش لثبوتها له في حياته. يعني لو عاش من? لو عاش هارون نعم لن هارون توفى قبل آآ موسى عليه السلام. اذا الرواية في لبابها تريد ثبت الوصية. يعني الخلافة لامير المؤمنين وكلمة الا انه لا نبي بعدي يعني النبوة لا النبوة ما هو النبوة ما هي? الاتصال الوحياني. اتصال الوحياني بالله تعالى وهذا لا يعني ان امير المؤمنين ليس له هذا المقام الالهي الكبير لا لا هو هذا المقام ان هذا الاتصال احياني فقط نعم والا المقام الإلهي موجود نعم. وانفسنا نعم قال والاستخلافه على المدينة فيعمني الاجماع هذا الاستخلاف فيه نكتة مهمة جدا لماذا لم يستخلف النبي شخصا اخر لاستخلف الامير هذا يدل على ان المدينة لا يقودها الا النبي او من كان من النبي. يعني الامير سلام الله عليه هذا هو الدليل يعني النكتة هنا ان الذي يقود المدينة وهي عاصمة الامة نعم وبالتالي قيادة المدن الاخرى من باب اولى لان اذا قلت العصيبة خلاص فهذا دليل على ان القيادة لا تكون الا لمن هو من النبي وهو الامير سلام الله عليه اقول هذا دليل اخر على امامته عليه السلام وتقريره ان النبي صلى الله عليه واله استخلف الامير على المدينة وارجف المنافقون وارجف المنافقون. هذا هؤلاء المنافقون بعد وفاة النبي اكلتهم الارض وبلعتهم نعم كلهم صاروا اولياء كلهم يدخلون الجنة والله هذه المعادلة كلما فكرت فيها لا اجد لها حلن عند المخالفين اين ذهب المنافقون بعد وفاة النبي نعم نزل جبرائيل ومسح على قلوبهم عجيب والله! اين بلعتهم الارض ام هم الذين اسسوا للسقيفة نعم وارجف المنافقون بامير المؤمنين عليه السلام فخرج الى النبي وقال يا رسول الله ان المنافقين زعموا انك</w:t>
      </w:r>
    </w:p>
    <w:p>
      <w:r>
        <w:t>خلفتني استثقالا وتحرزا مني يعني لا يحبك ولا يريدك فقال عليه السلام كذبوا انما خلفت كلمة تركت ورائي فارجع فاخلفني فلا ترضى يا علي انت الا ترظى يا علي ان تكون مني بمنزلة هارون موسى الا انه لا نبي بعدي واذا كان خليفة على المدينة في تلك الحال يعني عاصمة الدولة ولم يعزله قبل موته ولا بعد بعده استمرت ولاية هذه النكتة جدا جميلة يعني لم يثبت من النبي انه عزل الامير على المدينة. يا الله! كم رائعة جدا! هذه النقطة نعم لم يثبت نعم ولا بعده استمرت ولايته عليها فلا يكون غيره خليفة عليها ابدا واذا انتفت خلافة غيره عليه انتفت خلافته على غيرها للاجماع فثبتت الخلافة له عليه السلام يعني ثبت ان النبي قال له خلاص يا علي انت لست اميرا على المدينة ابدا. لا يقال اشكال. قد استخلف النبي صلى الله عليه واله جماعة على المدينة وعلى غيرها. ومع ذلك فليسوا ائمة عندكم لان نقول ان بعضهم عزله عليه السلام والباقون لم يقل احد باماماتهم. نعم قال ولقوله عليه السلام انت اخي ووصيتي وخليفتي من بعدي وقاضي ديني بكسر الدال. نعم اه وقاضي ديني. اه بكسر الدال هنا مودين. جيد. هذه حديث الضار المشهور كبداية الدعوة لما رتب صفرة لبني هاشم خاصة ومنهم اه ابو لهب هو الذي اعترض نعم فكانت المعجزة في الاكل والشراب كما تعرفوا تعلمون ثم الامير هناك نعم هو الذي نصر النبي وكان مع النبي وغيره لا بعض ما عدا ما عدا ابو لهب التحق الاخرون بالركب فقال النبي في حقه في هذه الواقعة واقعة الدار انت اخي ووصي وخليفتي من بعدي الاخوة والوصية والخلافة نعم وقاضي ديني بكسر الدال هنا اقول هذا دليل اخر على امامة علي عليه السلام وتقريره ان النبي عليه السلام قال انت اخي ووصي وخليفتي من بعدي وقاضي ديني بكسر الدال. وهذا نص صريح على الولاية والخلاف على ما تقدم. جيد هذه كلها نصوص وحياة وهنا هنا نسأل الطلاب الاعزاء الدليل الدليل دائما يكون عقليا ما عندنا دليل تأتي بالنصوص نعم اين هنا الملاك العقلي قلت لكم كلشي ارجعوه الى ملاك عقلي يعني تكشفون الملاك الواقعي الملاك الواقعي ان النبي لا ينطق من عنده مع كل ما يقوله هو وحي اذا النبي اذا قال الامير وهو يعني علي هو خليفتي ووصي واخي يعني لملاك واقعي. نعم هذا لملاك الواقعي احنا لا نكشفه هو المقام الالهي نحن نكشف اين نكشفهم في مقام الاثبات. يعني في جهاده في علمه في قضائه في حكمته في خطبه في كثير من الأمارات ما في هذه الصفات في الآخرين نقول نعم هذا يملك مقاما لكن هذا المقام مقام الهي لا يمكن الا بماذا? الا بنص نصوص. نعم نصوص صادرة من النبي او من القرآن الكريم اذا هذه النصوص كاشفة عن الملاك الواقعي. العقل يقول ملاك واقعي حتما وقطعي هو الملاك. نعم. وهذه الروايات كاشفة. اذا ادلة بهذا المعنى لانها كاشفة لملاكات واقعية فتكون عقلية نعم نعم قال ولانه افضل وامامة المفضول قبيحة عقلان اقول هذا دليل اخر على امامتي عليه السلام وتقريره انه افضل من غيره على ما يأتي فيكون هو الامام. نعم هنا الامامة بمعنى القيادة نعم. اما بالامامة بالمعنى المنصب الالهي زائد القيادة فلا لا يمكن ان يكون هذا دليل لماذا? لان نحن عمارات فقط لا نعرف الملاك الواقعي الملاك الواقعي حددهن حدده آآ النبي. نعم هذا يعضد الادلة اما ما يعطي للامير المقام الالهي يعطيه فقط القيادة وذي القيادة اه قيادة عادية. يعني حتى الصحابة في ازمة حكومة عثمان اكتشفوا هذه اللياقة وبايعوه بايعوه نعم اذا هذه تدل على القيادة يعني الامير اولى بالقيادة بغض الطرف عن المقام الالهي اما انها تثبت المقام الالهي فهذا الذي يثبت المقام الالهي هو هذا القول. انت اخي ووصي وخليفتي لان الخلافة والوصية لا تكون الا من سلخ النبوة يعني المقام الالهي انا هذا الذي افهمه آآ في دائرة العقائد. نعم هذا دليل اخر على امامة علي عليه السلام وتقريره انه افضل من غيره على ما يأتي فيكون هو الامام. الافضلية آآ الافضلية بالرؤية العرفية قطعية لا شك في ذلك نعم فيكون هو الامام. الامام هنا يكتب الامام القيادة يعني الحكومة. حاكميا والحكومة لان تقديم المفضول على الفاضل قبيح عقلا. وللسمع على ما تقدم كذلك جيد قال ولظهور المعجزة على يده كقلع باب خيبر ومخاطبة الثعبان معروف الكوفة مع اه معاوية حتى يمحي هذه من مخيال الامة جاء بفيل. وهذا الفيل بقي هناك لا ادري كم سنة يقولون عند هذه الباب والفيل راح ومعاوية راح ورجعت الباب والان معروفة باب الثعبان مع من زار الكوفة ومن لم يضره الله يوفقه ان شاء الله من المغرب العربي من مصر من السودان من مناطق اخرى من كان قلبه عاشقا لامير المؤمنين عليه السلام نعم ورفع الصخرة العظيمة عن القريب ومحاربة الجن ورد الشمس وغير ذلك وادعى الامام فيكون صادقا. هو ادعى الامام نعم عدة مرات ادعها خطبة الشرق الشرقية هناك يفضح كل شيء نعم اقول هذا دليل اخر على امامة امير المؤمنين عليه السلام. معتقلينه انه قد ظهر على يده معجزات كثيرة. وادعى الامام له دون غيره فيكون صادقا اما المقدمة والاولى فلما فلما تواطن عنه انه فتح باب خيبر وعجز عن اعادته سبعون رجلا من اشد الناس قوة وخاطبه الثعبان على منبر الكوفة يقولون هذا من من الجن كان فسئل عنه فقال انه من حكام الجن اشكل عليه اه مسألة اجبتها عنها الامين سلام الله عليه اه خليني هنا اشير الى مسألة عندها علاقة بالنفس وليس لها علاقة بالحكمة والعقل تصور انت المخالف لا يعرف ان الامير هو الاولى هو الخليفة هو لا ابدا يعرفون تعرفوا الوهابية تعرف المخالف يعرف كل الفرق تعرف. المشكلة اين المشكلة القطار تحرك القطار تحرك بنيت بنيت عقائد وبنيت مدارس ودكاكين لا يمكن التخلي عن هذه الدكاكين وهذه العقائد. لا يمكن لا يمكن تعرف من يحرك الناس خذها قاعدة لا يحركها العقل الناس تتحرك بالعواطف الذي يحرك الناس العواطف ولا يحركها العقل فلا تنتظر ان الناس تنصف امير المؤمنين عليه السلام والله الا اذا وصلوا الى المحكمة العليا يوم القيامة. او يأتي الامام سلام الله عليه فيخظعهم لاخضاعهم للحق. والا لا يعترفون لا يعترفون بمجرد ان يسمع اسم علي يتشنج كيف تفسر هذه المسألة يعني ايه مسألة عقلية ام مسألة عاطفية? مسألة عاطفية عندها علاقة بالبغض والحب نعم الميل لامير المؤمنين اولى نعم ليس جزافا اذا ركز النبي صلى الله عليه واله في كثير من اقواله لا يحبك يا علي الا مؤمن ولا يبغضك الا منافق مسألة خطيرة جدا اه ابن حجر العسقلاني لما تأمل في هذه</w:t>
      </w:r>
    </w:p>
    <w:p>
      <w:r>
        <w:t>الرواية وهي ثابتة عند الجميع يا علي لا يحبك الا مؤمن ولا يبغضك الا منافق فالصحابة كانوا يأتون باولادهم صبيان ففي طريق امير المؤمنين وهو مار اذا اظهروا البغض لامير المؤمنين يعرفون انه من ابناء الزنا هادي واقعيات هادي موجودة نعم لما تأمل في هذه الاية فاكتشف كارثة كارثة في علم الحديث الأغلب من يعتمدون عليهم في علم الحديث يبغضون أمير المؤمنين عليه السلام نعم وبدلا من يتوب ويعترف بالحق راح يؤول هذا الفهم يؤول هذا الفهم لعنة الله على المنافقين الى يوم القيامة. نعم ولما توجه الى صفين اصابهم عطش عظيم فامرهم بي فحفروا بئرا قريبا من دير فوجدوا صخرة عظيمة عجزوا عن قلعها فنزل عليه السلام فاقتلعها ودحى بها مسافة بعيدة فظهر الماء فشربوا ثم اعادها فنزل صاحب الدين واسلمه فسئل عن ذلك فقال اه بني هذا الدين على اه قالع هذه الصخرة ومضى من قبلي ولم يدركه ادركوه يعني مضى من كان من من قبلي ولم يدركوه واستشهد معه عليه السلام في الشام طوبى له والله طوبى له ان تستشهد مع امير المؤمنين طوبى لك نعم نحن ممكن هذه الأعمال التي نتقرب الى الله تعالى بها من صلاة وصوم. ممكن تمانين بالمئة بالمية بقانون القيم لا تقبل. نعم فقهيا اه ملزية انها ممكن لها تقبل الإنسان يقول الله اكبر ثم يتحرك في الأسواق يتحرك في مقامات متعددة اصلا ليس مع الله حتى يسلم لكن قمنا لامير المؤمنين عليه السلام وولاءنا لامير المؤمنين عليه السلام ممكن هذا يوم القيامة يشفع لنا يمكن يشفع لنا ان شاء الله نعم انا كل ما ازور الاربعين اين اعرف ان زيارتي مقبولة قد تتعجب عند امير المؤمنين عليه السلام اذا نزلت الدمعة باخلاص امام امير المؤمنين نعرف ان الزيارة مقبولة دائما اجربها ولم يخيبني امير المؤمنين دائما هناك الدمعة تنزل باخلاص بمقابل الامير سلام الله عليه فاعرف ان الزيارة مقبولة واذا قبلت زيارة واحدة للحسين عليه السلام ماذا اقول? نعم وحالب الجن وحارب الامير سلام الله عليه الجنة والجن وقتل منهم جماعة كثيرة مما ارادوا وقوع الظرر بالنبي عليه السلام حيث صار الى بني المسترق المصطلق وردت له الشمس مرتين و آآ غير ذلك من الوقائع المشهورة الدالة على صدق فاعلها واخلاص فاعلها ومقام فاعلها. واما المقدمة الثانية فظاهرة منقولة بالتواتر اذ لا شك لا يشك احد في انه عليه السلام ادعى الامام بعد رسول الله  وانشقاق الامة الى موالين او غير موالين وامير المؤمنين سلام الله عليه هو الذي بين والزهراء سلام الله عليه بينوا الحق بينوا الحق المسألة ليست خفية. نعم قال ولسبق كفر غيره. هنا يدخل في ابعاد من زاحم الامير في هذا المنصب الالهي صلى الله عليه وسلم هم لم يزاحموا في المنصب الالهي سلبا من انتفاء الموضوع. زاحموه في القيادة يحبون الدنيا. قيادة نعم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