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نزلنا معكم ومع الادلة النقلية عن على امامتي امير المؤمنين عليه السلام. انتم تعلمون ان الامامة الخاصة لا يمكن التذليل عليها اه بالعقل. لماذا? لان امر جزئي واذا كان ملاك كشف الامامة هي العصمة والعصمة امر خفي لا يمكن الوصول الى امامة المعصوم الخاص بالدليل العقلي يجب ان نحرز امامته بالجعل فهناك تكون روايات اما قرآنية يعني اما دليل قرآني واما من الروايات حينها اذا احرزنا امامة الامير سلام الله عليه وباقي الائمة اه نحرز العصمة هذا هو السياق المنطقي للامور نعم تقول شيخنا العزيز فضائل الامير اليس امارة على امامته وعلى عصمته امارة نعم اما دليل نعم الدليل بأن العصمة تبقى دائما اه امرا خفيا وبهذا الأمر نحن نشكر على السقيفة. لماذا نشكل على السقيفة انتم كيف نصبتم هذا الشخص على اي اساس نعم على اساس فقط هذا الاساس يعلمه الله تعالى. فانتم وضعتم انفسكم في مكان الله تعالى اخبث شيء حدث في تاريخي الاسلام هو السقيفة. صدقوني وضررها الى يومنا هذا لا زال مستمرا نعم لا زال مستمرا الى يومنا هذا نعم قال ولسبق كفر غيره فلا يصلح للامامة ذلك الغير فتعين هو علي عليه السلام نعم اقول هذا دليل اخر على امامة علي عليه السلام وهو ان غيره ممن ادعى لهم الامامة كالعباس وابي بكر كانا كافلين قبل ظهور النبي صلى الله عليه واله فلا يصلحان الامام لقوله تعالى لا ينال عهدي الظالمين هذه لا ينال عهدي الظالمين مهمة جدا. مهمة جدا عندنا هذه المصاديق الصحيحة والمصاديق الزائفة في الخلافة والامام الزائفة يعني التي وصلت الى الخلافة من غير عهد الله تعالى. فهي زائفة والمصادق الصحيحة يعني علي عليه السلام والائمة الى الحجة عليه السلام لا ينال عهدي الظالمين اولا عهدي عليه امر الهي فمن تدخل فيه فقد تدخل في امر الهي لا ينال لا ينال عهدي الظالمين فالعهد هو الذي ينال او لا ينال نعم هو يعني الملاك هو انه يطال ينال هنا يعني يطال يعني ينطبق او لا ينطبق اذن الملاك هو الجعل الالهي تمه العهد الالهي هو يطال او لا يطال. نعم. يعني لا تنظر الى المصاديق. انظر الى العهد الملاك هو العهد تحقق العهد تحققت الخلافة والامامة اذن الملاك ليس المصداق الملاك هو العهد اذا احرزنا العهد في مصداق فاعلم ان ذاك المصداق هو الامام غير هذا فلا. نعم تلاين فلا ينال عهدي الظالمين. يعني كل من ظلم والشرك ظلم كبير باي مرحلة من مراحل حياته لانه لم يقيد لم يقل ولا ينعاه لا ينال عهدي الظالمين وكذا وكذا وبدأ بالقيود نعم هو الا من تاب وكذا وكذا وحسن تدينه كذا هذه كلها ممنوعة هنا نعم ولا ينال عهد الظالمين. هذه هذا جواب الله تعالى لابراهيم لما ترقى في الابتلاءات واذ ابتلى ابراهيم ربه بكلمات فاتمهن قال اني جاعلك للناس ايمان هنا بحث مهم جدا عالجته انا من من زمان لا ادري هاد المقاربة مقاربة عرفانية لا ادري تستذبقونها ام لا انا اقولها. اكررها وانتم اه لكم الاجتهاد تقبلون تقبلون ترفضون ترفضون هذه حرية الفكر وحرية الرأي اه ابراهيم عليه السلام اراد الله تعالى بحكمته المطلقة ان يرقيه الى مستوى الامامة التي تفوق مستوى النبوة. لماذا? لان الاية نزلت وهو في كبر السن يعني بعد النبوة سنين فابتلاه بهذه الابتلاءات ذبح اسماعيل وترك هاجر مع اسماعيل وهو رضيع في ذلك القطار لا زرع فيه ولا ماء ويرجع الى فلسطين والله ما يسويها الا الا شخص كابراهيم في ذلك الزمان ابتلاءات عظيمة والاكبر الابتلاءات هو ذبح ذبح اسماعيل عليه السلام تجاوز هذه الابتلاءات كل كلها فترقى الى مستوى الإمامة يعني مسه العهد الإلهي ما معنى? يعني كل حيثيات الظلم في ابراهيم في مساقه وفي مساره الحياتي ما فيه لم يمسه الظلم مطلقا. لماذا اذا مسه الظلم لا قدر الله? تصل العبارة متناقضة لا لا ينال عهدي الظالمين. وبالتالي ابراهيم يقول يا الله انا كنت ظالما في لحظة من حياتي يقول ابدا ابدا لا ينال عهدي الظالمين. كان هذا ملاك كبروي في الاستدلال المقاربة مقاربة انفارية. كيف عندنا ابراهيم عليه السلام وعندنا الابتلاءات وعندنا الامامة كم مفردة يا مفردة ثلاث مفردات ابراهيم وهو نبي الابتلاءات ثم منصب الامامة الامامة الكبرى. جيد هل لان ابراهيم لان ابراهيم امام تجاوز الابتلاءات ام لا لانه تجاوز الابتلاءات صار اماما القراءة المشهورة يعني الفهم المشهور اه مقام الامامة ملاكه ما هو? ملاكه على الأقل ملكه القابلي هو هذه الإبتلاءات. تجاوز إبراهيم عليه السلام لتلك الإبتلاءات يعني هذا العلة القابلية يعني ابراهيم مارس مجموعة من من الامور جاءه الفيض الالهي وهو منصب الامامة ورقه الفاعل هو الله تعالى لكن الأرضية من اوجدها ابراهيم. اذا الإمامة معلولة ولو بالعلة القابلية يعني كعلل معدة وهي الابتلاءات جعلت ابراهيم يرقى الى كمال الهي وهو الامامة هذا هذه القراءة المشهورة اذا الامامة متأخرة على الابتلاءات. هذا العطاء الالهي اه متأخر على الابتلاءات مرة نقول لا والله تعالى اراد ان يبين لنا هذه المسألة ابراهيم لانه امام تحمل تلك الابتلاءات وبمعنى ان تلك الابتلاءات لا يتحملها الا من كان اماما نعم اذا الامامة هي التي جعلت هذه جعلت ابراهيم يتحمل هذه  بالابتلاءات فتعود المسألة هكذا هذه الابتلاءات فروع الامامة وليست الامامة فروع تلك الابتلاءات هذه مقاربة عرفانية. بمعنى ان الله تعالى يريد يبين لنا ابراهيم امام تعرفون لماذا? لانه تجاوز الابتلاءات اذن الابتلاءات متفرعة على الامامة وليست الامامة متفرعة على الابتلاءات. اذا عندنا قراءة مشهورية ان الامامة متوقفة على نجاح ابراهيم في هذه الابتلاءات الخطيرة برا نقول لا لانه امام تعالى كذلك وطبقتها على كربلاء نعم كربلاء العزيزة التي بنعمتها نحن نعيش الولاء الجميل نعم يعني هل كربلاء نتاج امامة الامام الحسين عليه السلام ام لا? كربلاء رقته في مراتب الجميع هكذا يفكر ان الامام الامام الحسين عليه السلام صنعته كربلاء في درجة من الدرجات نعم صحيح صنعته في درجة من الدرجة صحيح لكن هل من انتج كربلاء? الامامة ام الامامة ام آآ الامام ما عنده علاقة بالامامة كربلاء رقته نحن نقول لا انا قراءتي هكذا ان كربلاء نتاج الامامة يعني الامامة هي التي تنتج كربلاء وبالتالي ضاع الامام الصادق عليه السلام. ضاع الحجة عليه السلام. ضاع الامام الهادي عليه السلام. ضاع الامام الحسن في مكان الامام الحسين عليه السلام ينتج كربلاء اذن كربلاء نتاج ماذا? الامامة الامام الحسين عليه السلام يعني غير الامام لا ينتج كربلاء ابدا</w:t>
      </w:r>
    </w:p>
    <w:p>
      <w:r>
        <w:t>ثم تقول وماذا زادت كربلاء للامام الحسين عليه السلام زادته تفاصيل الامام الحسين عليه السلام تميز عن جميع الائمة بهذه التفاصيل الامام حسني الامام الحسن لم يوضع في سياق كربلاء. هذه التفاصيل لم تبرز في برزت في الامام الحسين عليه السلام. فنحن نعيش نعمة هذه التفاصيل ببركتي الامامة. اذا كربلاء نتاج الامامة نتاج والامامة. اذا الامام الحسين عليه السلام قبل كربلاء كان كربلاء بالاجمال بالاجماع هنا بمعنى الشدة وليس بمعنى الابهام الاجمال الفلسفي وليس الاجمال الاصولي او الاجمال العرفي شدة يعني كل مقتضيات صنع كربلاء وامثال كربلاء موجودة في مطلق الامام لكن العناية الالهية الحكمة الالهية تسميه القضاء والقدر. سمي كما تشاء من كان المصداق لإبراز الإمامة في دائرة كربلاء يعني في دائرة التفاصيل هو الامام حسين العريس ولهذا تتعلق قلوبنا به اكثر من الائمة في هذه الجهة نعم قال اه فلا يصلح للامام لقوله تعالى هذا هو الدليل هذه هي الكبرى لا ينال عهدي الظالمين فكل المصاديق تجيبها ليس فقط للعباس  ابو بكر لا كل المصاديق يصدق عليهم الظلم نعم ما عدا الائمة عليهم السلام والمراد بالعهد هنا عهد الامام لانه جواب دعاء ابراهيم عليه السلام. نعم ومن ذريتي يعني اعطي المقام هذا لذريتي. الله تعالى قال ولا لم يسلب كليا. قالوا له نعم واعطيه لكن الظالم له بأي نوع من انواع الظلم والشرك ظلم كبير قال ولقوله تعالى وكونوا مع الصادقين. كونوا مع الصادقين لم يقيدها في حالة النوم في حالة يقظة في حالة حرب في حالة اه عدم الحرب يعني في هدنة نعم كونوا مع الصادقين لم يقيده نعم من الصادق بالله عليك اقول هذا دليل اخر على امامة علي عليه السلام وهو قوله تعالى يا ايها الذين امنوا اتقوا الله وكونوا مع الصادقين. امر تعالى بالكون مع الصادقين. اي المعلوم منهم الصدق. ولا يتحقق ذلك الا في حق المعصوم. اذ غيروا اذ غيره لا لا يعلم صدقه ولا معصوم غير علي عليه السلام بالاجماع نعم وكونوا مع الصادقين نعم يعني هنا اتى بالاجماع ان الصادق هو الامين سلام الله عليه. يعني الاجماع يثبت المصداق وكونوا مع الصادقين اه يثبت ماذا? يثبت الإمامة يثبت الإمامة قال ولقوله تعالى واولي الامر منكم. هذه كذلك اية عجيبة وغريبة لانها لم تقيد. نعم الله تعالى ماذا قال? يا ايها الذين امنوا اطيعوا الله امر به طاعة الله واطيعوا الرسول فهمناها يا الله اطيعوا الله واطيعوا الرسول فمنها واولي الامر منكم كيف نطيع? لم تقيدها? على الاقل قيد هكذا واولي الامر من الامر منكم العدول اه المعصومين قيدها لم يقيدها. بمعنى ان اطاعة اولي الامر من اطاعة الله تعالى ومن اطاعة رسول الله بالله عليك اي مصداق انت تجد لهذه الاية اي مصداق نعم الا في شخص هو فنى في رسول الله صلى الله عليه واله امر بالاتباع. نعم. قال هذا دليل اخر على امامة علي عليه السلام وهو قوله تعالى يا ايها الذين امنوا خطاب للامة اطيعوا الله واطيعوا الرسول واولي الامر منكم. يعني اذا استثنينا الله تعالى عز وجل. والنبي مجمع عليه الامة هنا المجموع يعني ما عدا الرسول فيأتي هذا الامر اذا تطيع نفسها فحتما هناك فرض مميز مشخص الامة تعود اليه واذا لا معنى لي هذا الكلام لا معنى ان ان الامة آآ تطيع نفسها امر بالاتباع والطاعة لاولي الامر والمراد منه المعصوم اذ غيره لا اولوية له تقضي وجوب طاعته ولا معصوم غير علي عليه السلام بالاجماع اه العلامة الحلي لم يبين عدم القيد هذا عدم القيد مهم جدا في الآية يعني اطاعة الائمة عليهم السلام من اطاعة الرسول ومن اطاعة الله ولا يكون هذا الا اذا كان هذا آآ اولي الامر بمسالخ للرسول ومسانقا لله تعالى ولا يكون هذا الا للمعصوم مجعول من الله تعالى نعم المسألة السادسة في الادلة الدالة على عدم امامة غيره عليه السلام. هنا يدخل في نسف كل الادلة الواقعة او المقدرة على خلافتي غير الامير سلام الله عليه. نعم يعني دخلنا في ضرب الوحدة الاسلامية نعم. قال ولان الجماعة غير علي عليه السلام اه غير غير صالح يعني هذا الغير غير صالح للامامة نعم يعني نفي الامامة مطلقا عن غير علي عليه السلام دليل ما هو مبدأ السبب الكافي هنا يدخل لظلمهم بتقدم كفرهم وشركهم ان الشرك لعظم عظيم تقول تابوا كذا تابوا لم يتوبوا حسن اسلامهم نعم هذا الظلم اثاره تبقى على الشرك اثره تبقى روح اسأل علماء الاجتماع علماء علم النفس والطارئ وخير شاهد على هذا الأمر ما هو? بعد وفاة النبي الجاهلية رجعت القبلية رجعت يعني انت الان تهجم على بيت فاطمة عليه السلام وتأتي بهذه القبيلة اسلم اسلم هذه جاءت اه تشتري القوت نعم القمح والتمر هذه الأمور  الخليفة الثاني شاف هنا ما يقدر هو للهاشميين وعلى رأسهم الأمير سلام الله عليه يزفه نسفا يدمره تدميرا فدخلت هذه القبيلة هو راح اتفق معه انها عندها هذه مدة سنة هذا يؤمن لها هذه الغلة وهذه البضاعة فقد تأتي معي وانتم تعرفون ان العرب في ذلك الزمن عرب لا لا ثقافة ولا معنويات ولا هم هم بطونهم وفروجهم فمشوا لمصلحتهم في مقابل من? الولي في مقابل الامام سلام الله عليه. نعم. فقال الرجل آآ ما تيقنت او معنى كلامه ليس في ذهني ما تيقنت بالنصر حتى رأيت اه قبيلة اسلم. يعني لما جاءت اسلم هكذا لا ادري كم اه شخص تعد بالمئات فهو اطمئن ان الغلبة له نعم هذه خلق الاسلام ام خلق القبلية فهموها لي قبلية رجعت بظلامها وبظلمها وبتخلفها وبتقهقرها. هذا لظلمهم بتقدم كفرهم قل لي ما معنى الظلم? الظلم من مصادق الظلم للكفر والشرك اقول هذه ادلة تدل على ان غير علي عليه السلام لا يصلح للامامة. الاول ان ابا بكر وعمر وعثمان قبل ظهور النبي عليه السلام كانوا كفرة. نعم فلا ينالوا عهد الامامة للاية وقد تقدمت. لا ينال عهدي الظالمين. مصديق الظلم. فالعهد لا يمسه قلت لكم ملاك ملاك وصول العهد. العهد فيض الهي يسري يسري ويمس المصاديق الطاهرة. فقط نعم قال وخالف ابو بكر كتاب الله تعالى في منع ارث رسول الله رسول الله عليه السلام بخبر رواه هو ولم يرويه المدققين في في الاحداث واتحير مع فاطمة ادلة قوية عميقة بالقرآن الكريم وانتم تعرفون من هي فاطمة عليه السلام. ليس هذا البدوي الاعرابي يعلمها الدين. فهو تحير فجاءه صوت من من هناك قل لها هذا الحديث صورة من? تعرفون انتم من بنته البنت المدللة او الزوجة المدلل الزوجة يعني الزوجة هنا الزوج المدلل كما يدعون هما  لقنته هذه الرواية هيا اخرج منها اخرج منها قل قل نحن معشر الانبياء اه نانو ورسم ما تركناه صدقة</w:t>
      </w:r>
    </w:p>
    <w:p>
      <w:r>
        <w:t>للسيد شرف الدين نقاش عميق في هذه المسألة. في كتابه عن الزهراء عليه السلام اقول هذا دليل اخر على عدم صلاحية ابي بكر للامامة وتقريره انه خالف كتاب الله تعالى في منع ارث رسول الله صلى الله عليه واله ولم يورث فاطمة عليها السلام مستندة الى خبر رواه هو عن النبي في قوله نحن معاشر الانبياء لا نورث ما تركناه صدقة نعم وعموم الكتاب يدل على خلاف ذلك  آآ آآ عمر اين? عمر يقول حسبنا كتاب الله. اين كتاب الله اول من خالف هذه هذه المقولة التعسة وعمر ها اول ابتلاء الله تعالى ابتلاه طول الابتلاء. ما عندهم علاقة لا بالقرآن الكريم ولا بالسنة ولا بالنبي ناس عايشين في جاهلية قبلية ارادوا ان هذه القبلية هي تسود العرب وتسود العجم ويعيشون الخيرات وميراث النبي نعم نحن معاشر الانبياء لا نورث ما تركناه صدقة. يعني نعم وعموم الكتاب يدل على خلاف ذلك وايضا قوله تعالى وورث سليمان داوود وقوله في قصة زكريا يرثني ويرث من ال يعقوب ينافي هذا الخبر. اذا هذا الخبر اولا احد. اصلا ما منقول من جهة اخرى وآآ يخالف صريح القرآن الكريم ثم هو بهت امام امام الزهراء سلام الله عليه وقالت له فاطمة عليه السلام اترث اباك ولا ارث ابي لقد جئت شيئا فريا. ومع ذلك فهو خبر واحد لم نعرف احدا من الصحابة واوفقه على نقله. فكيف يعارض الكتاب المتواتر? وكيف بين رسول الله صلى الله عليه واله هذا الحكم لغير ورثته واخفى عن وراء ورثته. نعم يعني انت عندك كنز هذا كنز رائع جدا ثم تروح تخبر البعيد وتترك الورثة حماقة وسفه. نعم والنبي احكم الحكماء مع الأسف الشديد ولو كان هذا الحديث صحيحا عند اله لم يمسك امير المؤمنين عليه السلام سيف رسول الله صلى الله عليه واله وبغلته وعمامته لماذا هذه الأمور ورثها الامام سلام الله عليه ونازع العباس علي عليه السلام بعد موت فاطمة عليه السلام ولو كان هذا الحديث معروف عندهم لم يجز لهم ذلك نعم. كيف الامير يخالف الحديث. هذه حطها في بيت المال. مال المسلمين نعم وروي ان فاطمة عليه السلام قالت يا ابا بكر انت ورثت رسول الله ام ورثه اهله? قال بل ورثه اهله. فقالت ما بالى ما بال سهم رسول الله رسول الله صلى الله عليه واله وقال سمعت رسول الله يقول ان الله تعالى اذا اطعم نبيا رغم كانت لولي الامر بعده وذلك يدل على انه لا اصل لهذا الخبر. لم يستدل به هنا آآ ابو بكر اذا لماذا تخلى عنه جاء بهذه الكلمة اذا اطعم ان الله اذا اطعم نبيا طاله قال ومن سياقيف وخالف ابي بكر اللي هو خالف منع فاطمة عليه السلام فدا كان مع ادعاء النحر لها وشهد علي عليه السلام وام ايمن وصدق الازواج في ادعاء اه الحجرة لهن يعني اه عائشة وحفصة ولهذا ردها عمر بن عبدالعزيز نعم عمر بن عبد العزيز حسنته هذه انه كان المرسوم الرسمي يعني الامر رسمي من السلطان لعن امير المؤمنين عليه السلام على المنابر هو منعها ولكن بقيت متداولة بين الناس منعها على المنبر ولم يمنحها بين الناس لأنه ما يقدر يقدر نعم لكن انا لا اعتقد ان هذا الرجل طاهر. ابدا نعم لو كان حقيقة مخلصا لله تعالى واعرف حق اهل البيت كان يعطي الخلافة لاهلها في زمانه اما لزي العبد عليه السلام او للامام البقر اقول هذا دليل اخر على امير المؤمنين على الطانسي ابي بكر. هذا دليل اخر على الطعن في ابي بكر وعدم صلاحيته للخلافة للامام عن الخلافة وهو انه اظهر التعصب على امير المؤمنين عليه السلام وعلى فاطمة بنت رسول الله صلى الله عليه واله لانها ادعت فذكاء وذكرت ان النبي عليه السلام انحلها اياها فلم يصدقها في قولها مع انها معصومة ومع علمه بانه من اهل الجنة واستشهدت علي عليه السلام ام ايمن فقال يا لعل من حله المسألة ليست انها سيدة شباب اهل الجنة والناس كلها تعرف حتى الشيطان يعرف ان ما فيه افضل من الزهرة نعم كمل من كمل عقل العقل من النساء في اربعة او رواية هكذا تقول نعم او كمل عقل النساء في اربع خديجة اسيا مريم والزهراء والزهري افضل الجميع. يعرفون هذه الامور. الشيطان يعرف. ابو بكر يعرف. فلان يعرف. الطرمب يعرف الكل يعرف الكل يعرف المشكلة لا مشكلة حب الدنيا حب الدنيا حب المناصب حب القيادة حب هذه الربوبية الامر والنهي. نعم. او فقط في فقط في ابي بكر وعمر حتى في اصحابنا اذا وصلوا الى الاحزاب والقيادة تغيروا وغرتهم الدنيا. دنيا صعبة الدنيا ما يقودها الا اشخاص مثل امير المؤمنين عليه السلام نعم الامير يقود الدنيا ولا تقوده. نعم يطلقها ثلاثا نعم. هاي المسألة الادلة كلها صدقني في الظاهر. ما يريدون الدنيا ذهنية قبلية قبلية تفكر بالقبلية ما تفكر بالتوحيد والمعنويات. فجاء الامام الحسين عليه السلام وجد ان القبلية غرقت في في وحل وتعمقت وتجذرت مرة ثانية في الامة فقام بهذه النهضة الاصلاحية العظيمة جدا لعل الامة تنتبه وتفيق من من سبتها وتعود الى الصلاح. نعم نكمل البحث ان شاء الله في الحصة القادمة. والسلام عليكم ورحمة الله وبركاته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