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الله يا الله سبحان الله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في بحث الامامة الخاصة مع الادلة التي تنفي الامامة والخلافة عن غير مصداقها الحقيقي الذي هو علي عليه السلام قال ومنع وقرأت الحصة السابقة ومنع ومنع. الفاعل هو الف الأول ابو بكر ومنع فاطمة علي سلم فدكا مع ادعاء نحلة هي نحلها النبي اصلنا حتى لا لا تنتمي الى الميراث وشهد علي علي عليه السلام وام ايمن انظر هذه الشهادة الامين سلام الله عليه الذي طهره الله تعالى كما جاء في اية التطهير وصدق الازواج يعني هو لا يصدق لعلي عليه السلام وام ايمن دعك منها مسكينة هي اذا كان الامير لا وزن له امام هذا الرجل فكيف بام ايمن وصدق الازواج يعني ما الفارق بين ايمن وعائشة وحفصة وصدق الازواج في في الداعي الحجرة. الحجرة يعني يعني البيت التي كان للنبي اصلا هذا البيت اللي بقيت فيه عائشة هذا كان النبي يرتقي به الناس وكذا لم يكن لعائشة وليس من سهم عائشة وهي اذا ورثت تورث كم تورث اه توسع من الثوم ولهذا ردها يعني رد فدك عمر بن عبد العزيز. اقول هذا دليل اخر على الطعن في ابي بكر وعدم صلاحياته للامامة وهو انه اظهر التعصب على امير المؤمنين عليه السلام وعلى فاطمة بنت رسول الله صلى الله عليه واله لانها ادعت فداك وذكرت ان النبي عليه السلام انحلها اياها فلم يصدقها في قولها مع انها معصومة ومع علمه بانه من اهل الجنة واستشهد واستشهدت عليا يعني هي طلبت من علي ان يشهد لها. وام وام ايمن فقال رجل مع رجل او امرأة مع امرأة. لا اله الا الله لا اله الا الله والله يا الله الله يرزق الصبر تبقى بقلب امير المؤمنين عليه السلام مع هاد الأوباش حقيقة اوباش دقيقة اوبش نعم. وصدق ازواج النبي عليه السلام يعني حفصة و وعائشة في ادعية ان الحجرة لهن ولم يجعل الحجرة صدقة انظر هذا التناقض هذا التناقض هذه الذهنية الجاهلية نعم ولما عرف عمر عبد العزيز كون فاطمة عليه السلام مظلومة رد او لا على اولادها فدكا ومع ذلك فان فاطمة عليها السلام كان ينبغي لابي بكر ان حالها فدكا ابتداء لو لم تدعيه او يعطيها اياها بالميراث يعني لا تستحق بنت النبي هذا الامر هذا النبي الذي ضحى ثلاثة وعشرين سنة وانت كنت نائما مع زوجتك تتنعم وهو كان يقاسي مع قريش بداية الدعوة وقدم الشهداء وانت كنت تفور في المعارك يعني هذه بنته ما تستحق الاكرام يوم القيامة سنرى كل هذا الامر. قال واوصت لان الا يصلي عليها. ابو بكر فدفنت ليلا نعم هذه المسألة صدقوني تهز كل غيور على الحقيقة وعلى الدين قال اقول هذا وجه اخر يدل على الطعن في ابي بكر وهو ان فاطمة عليه السلام لما حضرتها الوفاة اوصت الا يصلي عليها ابو بكر غيظا عليه ومنعا له عن ثواب الصلاة علي فدفنت لينا والى الان ما معلوم آآ قبرها ولم يعلم ابو بكر بذلك واخفى قبرها ليلا لان لا يصلي على القبر ولم يعلم بقبرها الى الان. نعم اذا كانت في قلب ابي بكر ذر من ايمان كان يستقيل كما الان العادة في النظام الليبرالي والديمقراطي واللهم اشرف من كثير من هؤلاء يعني انت وزير اول وما عنده علاقة بتقصير وزير يعني انحنى فيها قطار لاسباب موضوعية اسباب موضوعية حتى الوزير ما عنده تقصير مسكين تجد الوزير الأول يستقيل نعم لكن هؤلاء اجلاف حقيقة اجلاف. نعم قال ولقوله تعالى اعتراف على المنبر اقول هذا وجه اخر في الطعن على ابي بكر وهو انه قال يوم السقيفة اقلوا لي فلست بخيركم وعلي فيكم مع اذا اذا كان انت تعترف بعلي انه هو الاحق بالخلافة بملاكات الهية بملكات غير الهية يعني اللي عطاه الكبير في الاسلام الاسلام قام بمال خديجة وسيف علي فانت تستقيم تستقيل حقيقة ما تنتظر وهم اه يقيلوك. اه قيلوني لماذا? يوقيلوك. انت تتخلى عنها مهما حدث مهما حدث حتى لو ادى الامر بي الى قتلك. تموت شهيدا عزيزا مكرما يعني صدقني معاوية الثاني اشرف من ابي بكر اشرف من ابي بكر بكثير بكثير معاوية الثاني وصل الى الخلافة وايخاء اي خلافة يعني العالم الاسلامي كله تحت يده قال لا لا هذه الخلافة كلها كذب يكفي الاثام التي ارتكبها اه جدي وابي يعني معاوية ويزيد. فتخلى عنها. والله هذه العملية اذا درستها انت من جميع الحيثيات لا تفهم مغزاها الا آآ شي واحد ما هو انه حقيقة تربى من صغره على الولاء هذا هو الملاك نعم اقول هذا وجه اخر في الطعن على ابي بكر وهو انه قال يوم السقيم اقيلوني يوم السقيفة اقيلوني فلست بخيركم وعلي فيكم. اخرج اخرج روح. روح هاجر. روح هاجر الى اليمن هاجر الى البحرين وتخلى من هذا الاثم الكبير وهذا الاخبار ان كان حقا ان كان حقا هنا العلامة حسن زاد الأمولي يأتي ب الاخبار بالكسر اخبار ابي بكر عن نفسه بانه ليس بخير من عليه السلام ان كان حقا اي صدقا ومطابق للواقع نعم لم ياتي نعم يقول هذا هو قول ابي بكر في او في اوله ومثله او العمر في اخره كما رواه البخاري في مقتل عمر بن الخطاب نعم المهم موجودة في في التاريخ لا يمكن اخفاؤها. وهذا الاخبار ان كان حقا لم يصلح للامامة لاعترافه بعدم الصلاحية مع وجود علي عليه السلام. وان لم يكن حقا يعني هذا الاخبار فعدم صلاحية الامامة حينئذ اظهر. نعم قال ولقوله ان له الشيطان شيطانا يعتريه. نعم حول ولا قوة الا بالله اقول هذا دليل اخر على عدم صلاحية الامامة وهو ما روي عن عنه انه قال مختارا يعني لم يجبره احد على هذا القول ليس تحت الظغط والتعذيب نعم صدام لا لا لا انت مرتاح وقلت هذا الكلام ماذا قال ووليتكم ولست بخيركم فان استقمت فاتبعوني وان اعوججت فقوموني فان لي شيطانا عند غضبي يعتريني فإذا رأيتموني مغضبا فاجتنبوني لئلا اوثر في اشعاركم و ابشاركم لئلا اؤثر في اشعاركم وابشاركم وهذا يدل على اعتراض الشيطان له في كثير من الأحكام نعم ومثل هذا لا يصلح للامامة اه عجيب يعني انت تنتظر من الامة آآ تقومك وانت القيادة الالهية لا حول ولا قوة الا بالله. نعم قالوا ولقول عمر كانت بيعة ابي بكر الله شرها فمن عاد الى مثلها فاقتلوه نعم يعني قياس من الحمل الأولى هنا تستخرجه انت? نعم</w:t>
      </w:r>
    </w:p>
    <w:p>
      <w:r>
        <w:t>نعم يعني هذه آآ البيعة آآ اه نعم سلكة وكل من على ما فعل هذه الفلتة اقتلوه فهذا اقتلوه. اذا الان كان الاولى بالقتل انت اه ابو بكر لماذا تجعلها فقط على المستقبل تطال حتى نعم كانت بيعة ابي بكر ثلتة وقال الله شرها فمن عاد الى مثلها فاقتلوه. نعم. لماذا انت لا تقتل ملاك واحد والفساد وانت افسد الفاسدين. اقول هذا دليل اخر يدل على الطعن فيه لان عمر كان اماما عنده وقال في حقه كانت بيعة ابي بكر سلتى وقال الله المسلمين شرها فمن عاد الى مثلها فاقتلوه تعرفون انتم السقيفة وتفاصيل السقيفة المهندس لها هو عمر بغلظته وبشدته وبوقاحته. فبين عمر ان بيعته كانت خطأ على غير الصواب. وان مثله مما يجب فيه المقاتلة. وهذا من اعظم من اعظم ما يكون من الذم والتخطئة. نعم هو هو اولى به بالقتل اه صاحبه اولى بالقتل قال وشكوا وشك عند موته اه في استحقاقه للامامة يقولون في التاريخ انا لم احقق في هذه المسألة ولكن سمعتها من شيخ قدير محقق يقول عمر كان على الفراش فزاره امير المؤمنين فقال له يا يا علي او يا امير المؤمنين يا علي اه كيف ارد لك حقك يعني انا واشتبهت واخذت حقك يعني الخلافة والامامة فالأمير قالوا سهلة جدا نصعدوك على المنبر وتخاطب الأمة انا اشتبهت وانا اخطأت. الخلافة هي في الأصل لعلي فتسقط خلافة ابي بكر وخلافة عمر وتستقر الامة على الخير فماذا اجابه? قال النار النار ولا العار. النار ولا العار ولهذا تعلم انت مغزى كلام الامام الحسين عليه السلام وهو في طريق كربلاء او في كربلاء قال العار اولى من النار يعني واحد يرتكب العار في هذه الدنيا ولا يدخل النار العار الاكبر ان يدخلوا النار. هنا ممكن يتوب وممكن يعود اشارة الى تلك المقولة فقال للامير بل الوقاحة الله النار ولا العار يعني ندخل النار ولا هذا العار نصعد على المنبر واعترف بخطئي وبزيفي خلافة ابي بكر وخلافة عمر نعم اقول هذا وجه اخر يدل على عدم امامة ابي بكر وهو انه قال لما حضرته الوفاة ليتني كنت سألت رسول الله عن هل للانصار في هذا الامر حق وقال ايضا يا ليتني كنت في ظل بني سعادة آآ ظربت بيدي على يد احد الرجلين فكان هو الامير وكنت الوزير انظر حتى في سكرات الموت يطمع في الدنيا وزير لا اله الا الله فيه سفاهة وحماقة اكثر من هذا؟ فيه خبث اكثر من هذا لا لا ارى خبث اكثر من هذا نعم ومن من الشخسر? عمر حفار القبور اه ابو عبيدة من الجرة. نعم  انا اكره ما اكره هذه الامور. هذه الخلافيات والوهابية درس المسألة جيدا فرأوا اننا نحن اقوياء اذا انطلقنا من الامامة انطلقنا من النصوص الوحيانية جرونا وين جرونا للخلاف لماذا? حتى يبرزوا لاهل السنة ان المتخندقون ها المتخندقون يضربون في اصل سنة النبي في اصل الاسلام. ونجحوا ونحن غفلنا الى الان ما زال بعض القنوات تصر على الخلاف صدقني انا اعرف مستبصرين في العالم. وفي الجزائر خاصة يتقن هذه الخلافيات اتقانا عجيبا ولا يعرف يتوضأ. الوضوء الامامي وممكن نلاقي حتى لا يعرف الصلاة وعشر سنوات عشرين سنة ولا يعرف حتى الامام ولا حتى زار اماما واحدا نعم انظر هذا المرظ ومع الاسف اسقطونا فيه بذكاء وخبث ونحن ذبنا في هذا الامر نعم وقال ايضا يا ليتني كنت في ظل بني ساعدة يعني السقيفة ظربت يد على يدي على يد احد الرجلين يعني عمر او ابو عبيدة ابن الجراح فكان هو الامير وكنت الوزير يعني حتى في سكرات الموت قلبه متعلق بالقيادة والحكومة وهذا كله يدل على تشككه في استحقاقه للامامة واضطراء اه واضطراب امره فيها وانه كان يرى ان غيره اولى بها منه ويتشبت الوزارة الوزارة الوزارة يا الله يا الله يا الله اذا قال الامام الصادق عليه السلام اخر ما يخرج من قلوب الاولياء حب الزعامة هادو الاولياء فكيف هؤلاء السفهة نعم الاولياء نعم وصدقوني انا رأيت حب الزعامة حتى بالحوزة العلمية نعم ويدعي انه يخدم صاحب الزمان سلام الله عليه وهو لا يخدم صاحب الزمان. يخدم دكانه ويخدم اتجاهه ويخدم جماعته وهكذا ما عنده اصلا علاقة بصاحب الزمان سلام الله عليه نعم تقول شيخنا هذه قاسية قاسية لكن هذا هو الواقع لكن تبقى الحوزة هذه مصونة باوليائها وبرجالها الربانيين قال وخالف الرسول صلى الله عليه واله يعني هو خالف ابو بكر الرسول صلى الله عليه واله في الاستخلاف عندهم في تولية من عزله النبي صلى الله عليه واله نعم فقط هذه مولانا هو هجم على على فاطمة على دار فاطمة اقول هذا طعن اخر في ابي بكر وهو انه خالف الرسول صلى الله عليه واله في الاستخلاف عندهم لانهم زعموا ان النبي صلى الله عليه واله لم يستخلف يعني لم ينص احدا فباستخلافه يكون مخالف للنبي عليه السلام عندهم ومخالفة النبي عليه السلام توجب الطعام اه نعم وايضا فانه خالف النبي صلى الله عليه واله في استخلاف من عزله النبي عليه السلام لانه استخلف اه عمر بن الخطاب وكان وقد كان النبي لم يوليه عملا سوى انه بعثه في خيبر فرجع عام هزمان. فارا يجبر جماعته وجماعته تجبنه آآ حسب علمي انه فر في ثلاث مواطن البعض يقول اربعة نعم انا الذي في ذهني ثلاثة حنين وهذه فراجع منهزما وولاه امر الصدقات فشكاه العباس الى النبي عليه السلام فعزله. وانكارات الصحابة على ابي بكر ذلك حتى قال له طلحة وليت علينا فظا غليظا نعم في احد المعارك او الغزوات لأن النبي كان حيا هو الذي هندسها وارسله الى محاربة الروم فخرج النبي فولى المدينة امير المؤمنين جعله وليا يعني حاكما ولم يثبت عزله الى الان الى الان هذا يحارب والذي انتم هذا شأنه لم يوله النبي الا في مسألة صغيرة جدا و اه شكاه العباسي من النبي عليه السلام فعزله نعم قال وفي التخلف عن جيش الأسامة هذا التخلف هذا التخلف استراتيجية استراتيجية ماذا حدث اه هذا الطابور الطابور الخامس من المنافقين آآ بعد فتح مكة الطلقاء عددهم ضخم ما بقوا في في مكة اغلبهم هاجر الى المدينة فصاروا هم الاكثرية وكان التخطيط ان الخلافة تعود لمن? تعود للمنافقين فقضية الفرار من جيس اسامة كلها تهيئة لهذا الامر حتى اه يعزلون الأمير سلام الله عليه وأهل البيت عن الخلافة وتعود إلى جاهليتها الاولى قال وفي التخلف عن جيش اسامة مع علمهم بقصد البعد وولى اسامة عليهم يعني وولى الرسول صلى الله عليه واله اسامة عليهم فهو افضل يعني افضل منهم. وعلي عليه السلام لم يولي عليه احدا وهو افضل من اسامة. اقول هذا دليل اخر على الطعن في ابي بكر وهو انه خالف النبي عليه السلام حيث امره هو وعمر بن الخطاب وعثمان في تنفيذ جيش اسامة. لانه عليه السلام قال في</w:t>
      </w:r>
    </w:p>
    <w:p>
      <w:r>
        <w:t>مرضه حالا بعد حال نفذوا جيش اسامة. يعني التزموا به وتحركوا. وكان الثلاثة في جيشه وفي جملة من يجب عليه النفوذ معه. فلن يفعلوا ذلك مع النوم عرفوا قصد النبي عليه السلام. يعني النبي كان يمهد لخلافة امير المؤمنين. التنصيب الرسمي كقائد في المدينة فبقي هناك الهاشميون غاضو المدينة تخلو من المنافقين ينصب الامير اه امام الامة فهم ادركوا هذا الامر في الليل تسللوا الى المدينة. نعم والنبي كان يعلم بذلك نعم فلم يفعلوا ذلك مع انهم عرفوا قصد النبي عليه السلام يريد ابعادهم عن المدينة. لان غرظه بالتنفيذ من المدينة اه بعد الثلاثة عنها بحيث لم يثبتوا على الامامة بعد موت النبي عليه السلام. ولهذا جعل الثلاثة في الجيش ولم يجعل علي عليه السلام او هو البطل هو بطل قريش نعم وجعل النبي عليه السلام اسامة امير الجيش وكان فيه ابو بكر وعمر وعثمان. يعني تحت امارة الشاب اسامة يا الله يا الله انت لا تصلح ان تكون امير اه سارية فكيف تكون امينا على الامة? فهو افظل منهم يعني اسامة. وعلي عليه السلام افظل من اسامة اصلا لمقايسة ولم يولي علي احدا الرسول على علي فيكون هو عليه السلام افضل الناس كافة قال ولم يتولى عملا في زمانه واعطاه صورة براءة فنزل جبرائيل فامره برده نعم لا اله الا الله لا اله الا الله واخذ الصورة منه والا يقرأها الا هو او احد من ال بيته بعث بي علي عليه السلام هنا في نكتة جميلة جدا تخيل انت الان جاء هذا الامر امر البراءة يعني يرسل آآ شخصا الى مكة يتبرأ من في من المشركين في موسم الحج. يعني العرب متواجدون هنا بمثابة الاشهار كبير على قناة مشهورة يتابعها كل كل العالم في عصرنا  النبي كان بامكانه ان يرسل عليه عبده علي عليه السلام وانتهى الامر لماذا ارسل ابا بكر حتى يبين الامة انظر انظروا الان بالمشاهدة وبالمصداق ان الوحي ينزل ينسفه نسفا يمنحه من الذهاب الى الحج فهذه قاعدة في في السياسة اذا كنت قائدا كنت حاكما كنت اميرا على الدولة او في قطاع من قطع من الدولة وانت رأيت شخصا ليس كفئا في ادارة الامر فلا تبرز رأيك مباشرة مع الناس لا يفهموك فاعطيه فرصة حتى يبرز عدم كفاءته فالناس بعضهم يحكمون عليه. ليس انت والا في البداية يقولون هذا حسد هذا اقصاء وتعرف الناس يتحركون بخيالهم وبعواطفهم القليل من يتحرك بعقله. يعني هذه الانسانية فاقت اربع ملايير ولا ادري كم ممكن نقول خمسة بالمئة يتحركون بالعقل والباقي كله بالعواطف مع انا اوصي الطلاب الاعزاء ان يقرأوا كتب آآ كتب آآ مترجم تقريبا بالعربية وانا شفت الترجمة راقية جدا اي نعم عادل زعيتر لبناني ترجم مجموعة من الكتب اه بيستغربوا صدقني كتب ممتعة اه تشرح نفسانية الناس يكون عندك رؤية رائعة جدا عن النفسانية الناس. هناك يبين ان ديكارت آآ لم يفهم في تأسيسه لقواعد في المنهج. يعني قواعد يسري عليها العقل فيصل الى الحقيقة. يقولوا لم تفهم نفسانيات الناس الناس تحركهم العواطف ولا تحركهم العقول في الاعم الاغلب. يعني تسعين بالمية الا ان لم اقل خمسة وتسعين بالمية الامم تحركها العواطف ولا يحركها العقل اصلا العقل غير غير موجود. نعم اقول هذا دليل اخر على الطعن في ابي بكر وهو انه خالف النبي عليه السلام حيث اه نعم هذه قرأناها. قال ولم يتولى عملا اقول هذا طعن اخر على ابي بكر وهو انه لم يوليه النبي عليه السلام عملا في حياة الصوام. لا اله الا الله. انظر هذه النكت كم جميلة جدا لن يعطيك انت اه حتى تولي الصدقة يعني الزكاة تناهيك عن ولاية من الولايات سوى انه اعطى صورة براءة وامره بالحج بالناس فلما مضى بعد الطريق نزل جبرائيل عليه السلام ونزول جبرائيل ليس جزافا بالحق جبرائيل ينتمي الى الحكمة المطلقة نعم تجلي من تجليات الحكمة المطلقة لا ينزل الا بالحق ولا يصعد الا بالحق نعم على النبي وامره برده برد ابي بكر واخذ الصورة منه الا يقرأها الا هو. يعني النبي عليه السلام او احد من اهل بيته يعني ابو بكر ليس منه يعني بيته تبعث بها علي عليه السلام وولاها الحج بالناس وهذا يدل على ان ابا بكر لم يكن اهلا لامارة الحج. فكيف الامة نعم فكيف يكون اهل الامامة بعده بعد النبي نعم ولان من من لم يؤمن على يؤمن على اداء صورة في حياة النبي عليه السلام كيف يؤمن على الامامة بعد النبي عليه السلام جمع كل علماء المخالفين وتأتي بكل هذه الادلة لا يستجيب لك احد. واذا استجاب اعرف ان هذا ضميره حي وطيب ومؤمن ونطفته الطاهرة السياق تأسس ربعطاشن قرن. مصالح مصالح احكي لكم قصة واقعية داعية كبير بلسان بلسان المخالفين نحن نقول مبلغهم يقولون الداعية داعية كبير في العاصمة داعية كبير مكتبته ضخمة ضخمة له مكتبة ضخمة وله صوت وله جماعة ظخمة تتبعه. في نقاش مع شباب في العاصمة شباب ما يتجاوزون ثلاثين سنة في نقاش شديد عن حقانيته اهل البيت عليهم السلام. فتوقف توقف ماذا قال اعجزوه اوقفوه. ماذا قال? قالوا ماذا افعل بهذه المكتبة ما معنى هذا الكلام? كناية عن اربعتاشر قرن هذا ماذا افعل به رميت الزبالة لان الحق ولا بالاتباع. ارميه في الزبالة اذا كنت حقيقة مؤمنا واصلك طاهرا واصلك صافيا ارميها في الزبالة هذه المكتبة. ماذا تفعل ماذا تفعل بربعطاشن قرن كله ديكتاتوريات وكله حكومة الحريم وو من معاوية ونزل الى اخر خليفة من خلفاء اه الدولة العثمانية لا نتكلم عن الخلافة بقولهم الراشدة. خلينا من هذا. من معاوية والامة تعيش فقط الديكتاتورية الى يومنا هذا الديكتاتورية الحالية صدقني فراخ الديكتاتورية الكبيرة التي مرت على الامة الاسلامية. قال ولم يكن عارفا بالاحكام حتى قطع يسار سارق واحرق بالنار ولم يعرف الكلالة ولا ميراث الجدة واضطرب في احكامه ولم يحد خالدا ولا اقتص منه. قصة خالد تعرفون مع ملك بن النويرة نعم انا شفت سلفي يفتخر ويبتهج بفعلتي خالد اذا لا تستغرب اذا ظهرت داعش والنصرة وفراخ داعش والنصرة ويذبحون ويقتلون اه نعم جهاد النكاح صدقني صدقني الصهيونية متغلغلة في ديننا من ربعطاش القرن نعم لماذا يبغضون الامير سلام الله عليه? لان الايمان الامير سيرته العطرة فاضحة لهؤلاء وفاضحة لكل ديكتاتور في العالم هذا الألماني في اسطنبول في الحرب العالمية الثانية ظاهرا تركيا كانت مع المانيا فهذا الالماني احد الزعماء الالماني الكبار يخاطب الخليفة الصدر الاعظم لا ادري قال نحن يجب علينا ان نبني تمثالا من ذهب لمعاوية العاصمة من العواصم الكبيرة في اوروبا. يعني باريس آآ برلين او لندن فتعجب هذا السني هذا التركي العثماني لماذا يعني هذا عمل عجيب وغريب? قال لولا معاوية لعم العدل العلوي كل العالم. فما تبقى لنا نحن مكان</w:t>
      </w:r>
    </w:p>
    <w:p>
      <w:r>
        <w:t>على المانيا هذا الألماني يفهم هادي السيرة العطرة هي ملاكي فليس جزافا اذا قال النبي صلى الله عليه واله انا اقاتل على على التفسير وانت تقاتل على التأويل المشكلة في التأويل المشكلة في التأويل يعني انه المرض يتسلل الى الامة ولا تعرف الحق من الباطل. فانت يا علي هو الحق نعم اقول هذا طعن اخر في ابي بكر وهو انه لم يكن عارفا بالاحكام فلا يجوز نصبه للامامة. اما المقدمة الثانية فقد مرت. واما الاولى فلانه قطع سارقا من يساري. وهو خلاف الشرع واحرق الفجاعة بالنار وقد نهى النبي عليه السلام عن ذلك وقال لا يعذب بالنار الا رب النار. وسئل عن الكلالة فلم يعرف ما يقول فيها ثم قال اقول فيها برأيي. فان كان صوابا فمن الله وان كان خطأ فمني. ليش الصواب من الله? من اين? منين جبتها هادي نعم وان كان خطأ فمني ومن الشيطان ماذا دخل الشيطان في احكام الله تعالى نعم والحكم بالرأي باطنون وسألته جدة عن ميراثها فقال لا اجد لك شيئا في كتاب الله ولا سنة نبيه ارجعي حتى اسأل فاخبره المغيرة ابن شعبة ومحمد ابن سلمة ان النبي صلى الله عليه وسلم اعطاها السدس واضطرب في كثير من الاحكام وكان يستفتي الصحابة فيها وذلك يدل على قصور علمه وقلة معرفته وقتل خالد بن الوليد ما لك بن نويرة لاجل زوجته الجميلة نعم وواقع امرأته ليلة قتله انظر هذه الغلظة هذه الغلظة يا الله هذه لو تأتي باكبر محلل نفساني فرويد تأتي بفرويد بذاته مؤسس التحرير النفسي او الطب الطب العيادي النفسي يحتار فيها. يقول انا لم ارى لهذه آآ الفعل نظيرا عن هذه الزوجة آآ زوجها مقتول يعني هي تعاين هذه العملية البشعة ثم يواقعها. يعني هذه النفسانية التي كانت عليها هذه المرأة  يا الله يا الله ماذا اقول ماذا اقول هذا كله في تراثنا هذا التراث الزبالة تراث الزبالة نعم نعم وآآ وقتل خالد بن الوليد ما لك بن نويرة ووقع امرته جمعها لانه قتله لاجلها ليلة قتله وضاجعها فلم يحدوا على الزنا ولا قتله بالقصص واشار عليه عمر بقتل وعزله. عمر لم يشر اليه غيرة على الدين. لا لا لا ابدا اياك ان تشتبه ان عمر عندو غيرة على القصاص لا لا ابدا لان خالد بن الوليد كان يقول ويصرح ان خالد ليس من من قبيلته نعم لانه هو يدعي ان اه ابا جهل خال يعني امه تنتمي الى ماذا? الى قبيلة خالد. خالد يقول لا هذا امه زنجية جاءت من افريقيا لا ادري زانية من من اه من كبار الزناة لا ينسب الى قبيلتنا فكان عمر يحقد عليه يعقد عليه نعم فاراد ان ينتقم منه فهذه فرصة لا علاقة لها لا بالدين ولا حب الشرع ولا غيرة على الشرع واشار عليه عمر بقتله وعزله فقال لا اغمد سيفا شهره الله على الكفار اين? هذا السيف ظهر اين? بين لي في في معركة مع الرومفر وانهزموا نعم فصار شباب قريش او اطفال قريش يرجموه بالحجارة نعم لجبنه وافراره نعم هنا الشيخ حسن زاد امولي يقول واعلم ان مطاعم ابي بكر مذكورة ايضا في شرح ابي بن ابي الحديد على نهج البلاغة فراجع الجزء السابع عشر من ذلك الشهر حسب الطبعات يعني نعم قال ودفن في بيت رسول الله عليه السلام وقد نهى الله تعالى دخوله في حياته بغير اذن وبعث الى بيت امير المؤمنين عليه السلام لما امتنع من البيعة فاضرم فيه النور وفيه فاطمة والحسن والحسين وجماعة من بني هاجر. منهم طلحة آآ منهم الزبير ورد عليه الحسنان لما بويعا وندم على كشف بيت فاطمة عليه السلام. لا اله الا الله ورسوله يكفيه خزي هذه المسألة نعم هو وعمر. اقول هذه مطاعم اخرى في اخرون في ابي بكر وهو انه دفن دفن آآ في بيت رسول الله صلى الله عليه واله وقد نهى الله تعالى عن الدخول اليه بغير اذن النبي عليه السلام حال حياته فكيف بعد موته وبعث الى بيت امير المؤمنين عليه السلام لما امتنع من البيعة يعني امتنع الامير من البيعة فاضرم فيه النار وفيه فاطمة والحسن والحسين وجماعة من بني هاشم واخرج علي عليه السلام كرها. وكان معه الزبير في البيت فكسروا سيفه واخرجوه من الدار. يعني اخرجوا من الامير وضربت فاطمة عليه السلام فالقت جنين اسمه محسن هذه كلها موجودة في التراث بغض الطرف شهرة خبر احاد متواترة انها موجودة لا شك في ذلك. نعم ولما بيع ابو بكر صعد المنبر فجاءه الحسنان عليه السلام مع جماعة من بني هاشم وغيرهم وانكر عليه وقال له الحسن والحسين عليه السلام هذا مقامه جدنا لست له اهلا ولما حضرته الوفاة قال يا ليتني تركت بيت فاطمة لم اكشف وهذا يدل على خطأي في ذلك نعم في الموتى نعم هذه كلها ادلة نقلية يعني تاريخيات نعم تاريخيات تعبد وتقوي ماذا عدم صلاحية هؤلاء لامارة محافظة ناهيك عن الامة? نعم قال وامر عمر برجم امرأة حامل واخرى مجنونة فنهى عليه السلام فقال فقال للامير اه فقال عمر لولا علي لهلك عمر يعني لولا علي موجود اه لهلك عمر. اقول هذا طعن على عمر يمتنع معه الامامة. له وهو ان عمر اوتي اليه بامرأة قد زنت وهي حامل فامر برجمها فقال له عليه السلام ان كان لك عليها سبيل فليس لك على حملها سبيل. فامسك او امسك هو. قال له لولا علي لهناك عمر. واوتي اليه بامرأة مجنونة سقط عنها القلم. يعني هذه من ابديهات الفقه نعم قد زنت فامر برجمها فقال له عليه السلام ان القلم مرفوع عن المجنون حتى يفيق فامسك فامسك وقال لولا علي لهذا عمر ومن يخفى عليه هذه الامور او من تخفى عليه هذه الامور الظاهرة الظاهرة يعني بديهية الفقه في الشريعة فكيف يستحق الامامة? لكن الام عمياء الأمة عمياء صدقوني كل شر راجع الى القاعدة. القاعدة يعني القاعدة الشعبية القاعدة الشعبية نعم. اياكم ان تتصورون ان القادة يفعلون كل شيء لولا التأييد من الناس ناس ناس نعم العيد من الناس ولا اريد ان اعطي المصادق الحالية الان نعم قال وتشككوا في موت النبي عليه السلام حتى تلى عليه ابو بكر انك ميت وانهم ميتون فقال كاني لم اسمع هذه الاية لا هذا تخطيط حتى يوقف الامة ولا تتحرك حتى يصل آآ ابي بكر لان ابا بكر كان بعيدا عن المدينة كانت عنده هناك دار اه خاف ان الامة سريعا تبايع مرة ثانية الامير فالهاهم بهذه المقولة لان النبي لم يمت ولا يدري صعد لا ادري وين صعد للقمر الى المريخ خرافات هو اسسها حتى يلهي الناس حتى يأتي يا ابو بكر نعم</w:t>
      </w:r>
    </w:p>
    <w:p>
      <w:r>
        <w:t>اقول هذا طعن اخر وهو ان عمر لم يكن حافظا للكتاب العزيز ولم يكن متدبرا لاياته فلا يستحق الامامة. وذلك انه قال عند موت النبي عليه السلام والله ما مات محمد حتى يقطع ايدي الرجال وارجلهم. بالله عليك انت الان ما دخلك في هذا الأمر انت اولا هذا امر الهي ما دخلك انت? ومن تكون انت حتى تثير هذه البلبلة في وسط الناس فلما نبهه لما جاء ابو بكر لم يكن بقوله تعالى انك ميت وانهم ميتون وبقوله افي ان مات او قتل انقلبتم على اعقابكم من انقلب عن عاقبة بعد وفاة النبي ابو بكر انتم نعم قال كاني ما سمعت بهذه الاية وقد ايقنت بوفاته نعم قال آآ وقال كل كل افقه من عمر حتى المخدرات يعني النساء في بيوتهن لما منع من المغالاة في الصداقية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