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واسعد الله ايامكم ورزقنا واياكم الاخلاص في الباطل وفي الظهر ما زلنا مع الامامة الخاصة ومع من يدعي الخلافة الى فتى النبي ومع مواصفاته التي تكشف على عدم اللياقة بهذه الخلافة العظيمة خلافة النبي صلى الله عليه واله قال وقال يعني عمر كل افقه من عمر حتى المخدرات. يعني حتى النساء في بيوتهن لما منع من المغالاة في الصدق. هذه قصة معروفة ووقفت امرأة في وجهه وردت عليه بالقرآن الكريم اقول هذا طعن اخر وهو ان عمر قال يوم في خطبته من غال في صداق ابنته جعلته في بيت المال فقالت له امرأة كيف تمنعنا ما احله الله لنا في كتابه بقوله واوتيتم احداهن طانا الاية فقال عمر كل افقه من عمر حتى المخدرات في البيوت نعم ومن يشتبه عليهم مثل هذا الحكم الظاهر لا يصلح للامامة. نعم فقط هذا الامر هو كثير من الامور نعم. قال واعطى ازواج النبي عليه السلام واقترض ومنع اهل البيت عليهم السلام من خمسهم. نعم مما استقرت الخلافة لهم بقي شخص اه كانوا يخشونه لأنه له مكانة في قريش قريش الجاهلية وهو ابو سفيان كم في رحلة لجمع الزكاة صدق الصدقات جاء معه بكمية من من اموال الزكاة  عمر نفخ في قلب ابي بكر نعطيه هذه الامور انت اسكت يعني رشوة بامتياز فحكومة تقوم بهذه المخالفات وهذه القبائح حكومة لا بركة فيها مطلقا نعم اقول هذا طعن اخر وهو ان اه اه وهو ان عمر كان يعطي ازواج النبي عليه السلام اه من بيت المال المفروض سقطت هنا كان يعطي ازواج النبي صلى الله عليه وسلم بيت المال. لا من بيت المال حتى كان يعطي عائشة وحفصة عشرة الاف درهم كل سنة واخ كل سنة واخذ واخذ من بيت المال ثمانين الف درهم فانكروا عليه ذلك فقال اخذته على جهة القرض نعم ومنع اهل البيت عليهم السلام الخمس الذي اوجبه الله تعالى لهم في الكتاب العزيز اصلا هم لم يكونوا يعني الخلفاء الثلاثة ملتزمين بالشرع مطلقا في سيرتهم الحكوماتية ابدا يعني هذه الامور نقرأها لماذا? لان هذه متداولة في كتب القوم وفي كتبنا وامتلأت الفضاءات بهذا الكلام خصوصا على مستوى القنوات وعلى مستوى التدوين ولهذا لا نقف عندها كثيرا. قالوا وقذف الجد في الجد مائة قضية بعضهم يقول اه تسعين قضية نعم وفظل في القسمة ومنع المتعتين اه المحقق التونسي هنا ذكر نعم ثلاث قضايا اساسية نعم انه لم يفقه مسألة الجد بدليل انه حكم فيها بمئة حكم او تسعين حكم لا فرق الانسان يغير رأيه في مسألة الى درجة سبعين قظية فهذا دليل على انه لم يظبط هذه المسألة اه ولم يضبطها مطلقا. نعم. اقول هذا هذه مطاعم ثلاثنا اخر وهو ان عمر غير غير عارف باحكام الشريعة ما هو الدليل? فقضى في الجد بمئة قضية. وروي تسعين قضية واذا قال العلامة الحال الحلي رؤية يعني هو مدقق جيدا في هذه الامر نعم له كتابان في الخلاف الفقهي التذكرة ونهاية المرام ظاهرا طبع في مشهد هذا الكتاب الاخير نعم بتحقيق علمي جميل جدا. اما التذكرة فمطبوع الطبعة اخيرا اه مؤسسة اهل البيت عليم السلام طبعة فاخرة جدا ومن اروع الكتب في الخلاف وما وما يدريك بالعلامة الحلي هذا العظيم في الفقه نعم وهذا يدل على قلة معرفته بالاحكام الظاهرة الظاهرة البهيمة وايضا فضل في القسمة والعطاء والواجب والواجب التسوية. هذا سيرة النبي الاكرم صلى الله عليه واله. ومن احياها بعد النبي امير المؤمنين سلام الله عليه. يأتي الوالي وللبصرة مع كاتب الوالي خادم الوالي وساعد الولي فالامير يعطي ثلث دنانير لا ادري في بالعملة في ذلك الزمان المهم سوى بينه وبين كاتبه بين مساعده فتعجب هذا الولي قال هذه القسمة وهذا الدين عجبك عجبك ما عجبك بور وروح نعم نعم وايضا فظل في القسمة والعطاء والواجب التسوية بين المؤمنين. يعني يفضل العرب على العجم. العجم اصلا لا يراهم آآ بشرا وقال متعتان كانتا على عهد رسول الله. انظر يشهد انها انه انهما كانتا على عهد رسول الله. انا انهي عنهما واعاقب عليهما اه السيد شرف الدين لانه ينصف ينصف كثيرا. قال لعل هذا حكم ولائي. حكم حكوماتي الحكم الحكوماتي ليس في العبادات بحكم الحكومات في مصالح الناس التي ليس لها علاقة بحقوق الله تعالى هناك تجري الاحكام الحكوماتية يعني انت الان آآ الحاكم يأتي ويقول لا تصلي غير معقول هذا غير معقول نعم نعم الاحكام الحكوماتية ليس في حقوق الله تعالى في مصالح الناس نعم هناك هذه القاعدة تجري وعمر لا يعرف اصلا هذا الحكم الحكومات ما هو نعم مع ان النبي صلى الله عليه واله تأسف على فوات المتعة ولو لم تكن افضل من غيرها من انواع الحج لما فعل النبي عليه السلام ذلك يعني متعة الحج. وجماعة كانوا قد ولدوا من المتعة في زمان رسول الله صلى الله عليه  نعم من منهم عبد الله بن الزبير وهو والزبير تمتع باسماء وبعد وفاته كذلك ولو لم تكن سائغة لم يقع منهم ذلك يعني من الصحابة لانهم لا يرتكبون الحرام خصوصا على مبنى السنة الصحابة كلهم عدول نعم قال وحكم في الشورى بظد الصواب. الشورى يعني لما اسس الشورى لتعيين الخليفة البعدي هندسها بطريقة تصل الى عثمان وبعد عثمان تصل الى الامويين. نعم  لا اله الا الله محمد رسول الله انا انصح الطلبة الاعزاء بقراءة علم النفس هذا علم النفس الحديث مهم جدا لمعرفة نفوس الناس لماذا عمر كان يحمل الدرة ويضرب بها الناس لان اه والده والده هذا وهو اصلا ليس بوالد حقيقي هو ابن الزنا فكان يضربه كثيرا فهذه العقدة بقيت في نفسه فتجلت مع الناس لما صارت عنده السلطة عنده القدرة من يعارضه فيظرب يضرب بالدرة هذه نقطة واحدة ثانية انه هو دخيل على قريش نعم اه الدخيل على قريش هو لا ينتمي لا بالام ولا بالاب الى بني مخزوم قبيلة خالد ابدا دخيل يعني اه هو دخيل على قريش ثانيا انه من احط القبائل في قريش. هذه عقدة عقدة حتى الدين ما يقدر يرفعها نعم فكان عندو عقدة مع القبائل الكبيرة والعوائل الكبيرة منها العائلة الاموية فكان يخضع له نعم فارجع الخلافة للامويين بتخطيط عجيب وغريب نعم. اقول هذا طعن اخر وهو ان عمر خالف رسول الله صلى الله عليه واله عندهم حيث لم يفوض الامر الى اختيار الناس وخالف ابا بكر حيث لم ينص على امام امام بعده. نعم خالف ابا بكر حيث لم ينص على امام آآ بعده لا اتصور ان ابو بكر نصاب</w:t>
      </w:r>
    </w:p>
    <w:p>
      <w:r>
        <w:t>على عمر نعم كان يفيق ويغمى عليه ويفيق ويغمى عليه عثمان كتب عمر هو الخليفة فلما افاق قال لعثمان ماذا كتبت? قال عمر يعني قال احسنت الاختيار. فامضى هذه الوصية. لا ابو بكر وصى وهم لا يؤمنون بالوصية هم يقولون بالشورى وابو بكر  نعم مع الاسف ثم انه طعن في كل طعن في كل واحد من ممن اختاره للشورى. اذا دققت انت في الشورى وجميل الانسان يدقق في تفاصيلها حتى يعلم ان عمر خططها حتى تصل الى ماذا? تصل الى عثمان نعم ما هو السبب? يعني ما هو الذي دفع عمر الى هذا التخطيط الشيطاني حتى تصل الخلافة الامويين. هو يعرف انه اذا ترك الامر الامة تختار تختار عليا واذا اختار طارت لام علي تنفضح كل الامور تنكشف كل الامور كل العورات تنكشف كما انكشفت في زمانه عليه السلام لما حكم وخطب هذه الخطبة الشقشقية الرائعة جدا. نعم انه طعن في كل واحد مما اختاره للشورى اظهر كراهية ان يتقلد امر المسلمين آآ ميتا كما تقلد حيا ثم تقلدها وجعل الاماما في ستة نفر ثم ناقض نفسه فجعل في اربعة بعد ستة ثم في ثلاثة ثم في واحد فجعل الى عبدالرحمن بن عوف الاختيار انا اسألكم سؤال باي ملاك عبدالله عبدالرحمن بن عوف هو يختار للامة باي ملاك. ابحثوا انتم الملاكات العقلية لملاكات الشرعية الملاكات العرفية. اذا وجدت ملاك يقبله العرف يقبله العقل يقبله الشرع اتحداكم لا تجدون ولن تجدوا هذا مسألة واضحة جدا ثم اه في واحد فجعل الى عبدالرحمن بن عوف الاختيار بعد ان وصفه بالظعف وضعيف يعني يميل الى ماذا? الى الى اه عثمان ثم قال ان اجتمع علي وعثمان فالامر كما اه قاله وان صاروا ثلاثة ثلاثة فالقول الذين فيهم عبدالرحمن. لماذا? لا ادري. هذا هو التخطيط لان عبدالرحمن يميل الى اه عثمان ثم ندم عبد الرحمان بن عوف ندم والندم لا ينفع نعم لعله بعدم الاجتماع من علي وعثمان آآ وعلمه بان عبدالرحمن لا يعدل بها عن اخيه عثمان بن عمه يعني من قبيلته. ثم اظرب بظرب اعناقه. هذا القانون انا لا ادري يعني ضرب اعناق الشورى لا ادري يعني هذا العنف الداعشي لماذا لا ادري ان تأخروا عن البيعة ثلاثة ايام. ولماذا ثلاثة ايام? خلي الامة تختار خلي الأمة تختار الآن الآن النظام الديمقراطي يهيئ الأمور والأجواء كل حزب يختار الممثل ثم الامة تختار كما تشاهدها. بالاعراف الديموقراطية او الليبرالية لماذا ثلاث ايام? يعني هذه المسألة بغض الطرف عن الامامة الالهية ان عليا امام بالامامة الالهية خلينا علي شخص من الامة. لماذا لا نترك الامة تتأمل بهدوء وبتأني حتى تنتخب من هو الاصلح والانفع لها. لماذا وامر بقتل من خالف الاربعة القاتل لماذا? وانت من من اعطاك هذا الحق حتى تقتله او لا تقتل وامر بقتل من خالف الاربعة منهم او الذين الذين فيهم عبدالرحمن وكيف يسوغ له يسوغ له قتل علي عليه السلام وعثمان وغيرهما وهما من اكابر المسلمين هذا اشكال على منح واشكالنا نحن ما هو المسوغ ما هو المبرر? ما هو الملاك العقلائي الملاك العقلي الملاك الشرعي لهذه الممارسات المتخلفة الظلامية المتدنية يعني النبي هذا الانجاز الظخم والعظيم يصل الى هكذا اشخاص يتلاعبون به والله امة لا تستحق الخير اذا امنت بهذه الخزعبلات قال وخرق كتاب فاطمة عليه السلام  كأن آآ ابا بكر ضعف وآآ اه اذعن بادلة فاطمة فكتب لها كتاب فخرجت لقيها عمر فقال ما هذا? فقالت هذا كتاب كتاب من ابي بكر يعني ارجاع فدك المنصة اخذ هذا الكتاب من يدها ومحى هذا الكتاب نعم وخلق كتاب فاطمة عليه السلام. اقول هذا طعن اخر وهو ان فاطمة عليه السلام عليها السلام لما طالت المنازعة بينها وبين ابي بكر رد ابو بكر عليها فدكن وكتب لها بذلك كتابا. هذه موجودة في التاريخ. نعم فخرجت والكتاب في يدها فلقيها عمر فسألها عن شأنها فقصت قصتها. لان اهل البيت لا يكذبون حتى على حساب مصالحهم نعم فاخذ منها الكتاب وخرقه انت من? انت لست خليفة الان انت واحد من الراعية انت واحد من الراعية لا خليفة ولا وزير ولا نصبوك وزيرا افهمها انت افهمها انت او يفهمها البغال الذين يعتقدون به حقيقة بغال ما عندهم عقول باي ملاك انت واحد من الراعية والخليفة على حسب مبانيكم خليفة. يعني له الصلاحية ان يفعل ما يشاء في اطار ما يحدده الشرع. له صلاحيات? نعم له صلاحيات. ورد فدا كان لفاطمة. انت لماذا بماذا تتدخل في هذه الامور نعم  ثم يقولون لماذا الروافض يتشنجون من هذه الامور. كيف لا تتشنجوا? كيف كيف لا تتشنج? نعم فخرجت والكتاب في يدها فلقيها عمر فسألها عن شأنها فقصت قصتها فاخذ منها الكتاب وخرقه. فدعت عليه يا الله لا اله الا الله فدعت عليه ودخل على ابي بكر وعاتبه انظر واحد من الراعية يعاتب الخليفة على مبناهما على مبناهم تعرف لماذا? لان هو الذي نصبه في آآ في السقيفة والامير اشار الى ذلك. قال له احلب له حلبا ولك بعده اه اه شطره نعم هذا هي المقصة. القصة هو كان يحكم في زمن ابي بكر يحكم وبعد اه اه ابي بكر يحكم نعم ودخل على ابي بكر وعاتبه على ذلك لماذا يعاتبه? انت واحد من الراعية يجب ان تطيع امر الخليفة فاتفقا على منعها من فدك ابو بكر ايد عمر ورجع عن اه فعلته هذه المهم تخيل انت تدعو عليه فاطمة لا اله الا الله محمدا رسول الله الى اين هذا? الى اين? في قعر جهنم قال وولى عثمان من ظهر فسقه حتى احدثوا في امر المسلمين ما احدثوا انتهى من عمر راح الى الخليفة الثالث وولى عثمان من ظهر فسقه حتى احدثوا في امر المسلمين ما احدثوا. نعم كوارث كوارث وكوارث دراسة سيرة النبي العطرة صلى الله عليه واله والسقيفة الى اخر حياتي آآ حياة عثمان والثورة على عثمان وموت عثمان والدفن عثمان في مقبرة اليهود ثم ظهور خلافة الامير على المعايير العرفية والعقلية ليس على معايير الولاية الالهية ثم ظهور من ظهور معاوية ثم يزيد اتوقف ادرس هذه السيرة بعمق  كل التجليات السياسية التي تحدث والتي ستحدث وحدثت والتي ستحدث في الحضارات والمدنيات لا تخرج عن هذه السيرة بقوانينها وفي نواميسها. صدق تجد كل شيء هناك نعم من الغث والسمين ومن الجميل ومن القبيح نعم اقول هذا طعن على عثمان وهو انه ولى امور المسلمين من ظهر منه الفسق والخيانة وقسم الولايات بين اقاربه وقد كان عمر حذره وقال له اذا وليت هذا الامر فلا تسلط بمعيط على رقاب المسلمين والله حماقة كبيرة والله حماقة كبيرة حماقة كبيرة يعني انت تمهد له السلطة يعني تمهد لمن? للامويين</w:t>
      </w:r>
    </w:p>
    <w:p>
      <w:r>
        <w:t>الامويون في عرف العرب في عرف قريش وعرف العرب العام لا يرون قبيلة في مقابلهم الا الهاشميين فاذا هم انتهوا من الهاشميين الباقي كلهم عبيد لهم هذا هو تصورهم. وتا هو تصور صحيح تصور صحيح بغض الطرف انه حق او باطل. انا لا اتكلم هنا لا لا اقيم المسألة. اشخص المسألة. يعني انت نزاع الهاشميين العرب عبيد لمن? لبني امية وهذا الذي حدث هذا الذي حدث لما وصل معاوية الى السلطة العرب صاروا عبيدا له يشتري الذمم كما يشاء بالاموال ولا قيمة تظبطه ولا الشريعة تظبطه يفعل ما يشاء اذا انتم ساعدتمونا على اقصاء الهاشميين وتدمير الهاشميين بعد ما بقي شيء نعم ما بقي شيء. ولهذا لم تظهر جماعة في مقابل الامويين الا الهاشميون العباسيون باسم اهل البيت مع الاسف مع الأسف الشديد وحدث ما حدث مع العباسيين الخبثاء. نعم نعم وقال له اذا وليت هذا الامر يعني يخاطب عثمان فلا تسلط على ابي معيط يعني الامويين على رقاب المسلمين وصدق عمر فيه وفي قوله انه كلف باقاربه واستعمل الوليد بن عقبة حتى ظهر منه شرب الخمر وصلى بالناس وهو سكران في الكوفة. واستعمل سعيد بن العاص على الكوفة فظران ظهر منه ما اخرجه من اهل الكوفة عنها ولى عبد الله بن ابي صرح مصر حتى تظلم منها اهلها وكاتب ابن ابي صرح ان يستمر على ولايته سرا بخلاف ما كتب اليه جهرا وهذا الذي جعل المصريين يعودون الى المدينة وحدث ما حدث. نعم قصة عثمان نعم وامره بقتل محمد ابن ابي بكر وولى معاوية الشام فاحدث من الفتن ما احدث لم يولي معاوية الشام لا معاوية ولا عمر هو فقط امضى هذا هذه الولاية تاريخ زبالة تاريخ زبالة حقيقة زبالة. اذا نزعت اهل البيت هذا التاريخ زبالة زبالة نعم ما في ما ما يشرف قال واثر اهله بالاموال كارثة هادي كارثة فجاء الامين سلام الله عليه فاراد ان يرجع هذه الاموال الى بيت المال نعم بطبيعة الحال من يقبل هذا؟  آآ فظهر القاسطون القاسطون يعني حرب صفين وآآ الحركة السلفية الظلامية ان المارقون يعني الخوارج ونكثوا البيعة. يعني حرب الجبل لماذا? لان الامير يريد اقامة العدل نعم كل الأموال التي اخذت بغير حق ترجع الى بيت قال واثر اهله بالاموال. اقول هذا طعن اخر على عثمان وهو انه كان يؤثر اهل بيته واقاربه بالاموال العظيمة العظيمة الكثيرة الكثيرة نعم من بيت مال المسلمين اه خليني ابين مسألة عقدية خطيرة جدا سنة لماذا اسسوا هذا الاصل ان الحسن والقبح اه شرعيا هذا تبرير لهذه الافعال اذا كان الخليفة خليفة الله تعالى وخليفة رسول الله فهو له الحق ان يحسن ويقبح. لان الحسن تابع للارادة وليس تابعا لملاكات واقعية هذا الفعل من عثمان على مبنى السنة كله صحيح لانه خليفة الله تعالى ما عندنا حسن واقعي حتى انت تحاسبه عليه. الحسن يترشح من الله من خلال رسوله او من خلال خليفته المسألة هكذا يجب ان تفهم ولهذا هم يحاربون الى الان يدافعون الى الان عن هذه الامور وانها صحيحة والخلفاء مقدسون. نعم فانه دفع الى اربعة نفر من قريش اربعمائة الف دينار حيث زوجهم ببناته ودفع الى مروان. هذا مروان تعرفون انتم ملعون ملعون بلسان الرسول صلى الله عليه واله الف الف درهم حتى فتح افريقيا ومن قبلي كان يعطي بقدر الاستحقاق ولا يتخطى الاجانب الى الاقارب. نعم اه اذا درست الفتح الاموي لشمال افريقيا وما فعلوه من المجازر في حق الامازيغ. تعرف لماذا الامازيغ يكرهون العرب نعم لان في امازيغ هناك يكرهون العرب كرها كبيرا بهذه المجازر. يعني لا يكره العربي لانه عربي كرها العربي هذا الذي جاء للاموال كان هذا هذا القائد الاموي في شمال افريقيا يأتي الى الامازيغ عنده الثروة الامازيغية ما هي? الاغنام الاغنام عادة هوما الاغنام وهذا القمح الاصفر الرائع البر لأن الطبيعة هناك طبيعة رائعة جدا فحياته على الاغنام فيأتي هذا القائد القائد الاموي الملعون يذبح ممكن حتى خمسمية آآ آآ خروفا او نعجة ممكن الف يبحث عن السلخ. السلخ ما هو؟ هذا اه الجنين في بطن النعجة جلده انعم من الحرير. افضل من الحرير نعم ممكن في خمسمية نعجة يجد خمسة ستة من هزا السلخ وماذا يفعل به ينزله الى دمشق ويهديه لمن اه للخليفة ويخلي هذا الامازيغي امام هذه هذه النعاج المبقورة والفاسدة نعم وكذلك يأتي هذا القائد الاموي يختار اجمل الأمازيغية ثلاثين ربعين وينزلهم الى دمشق قليل للخليفة. وخلي الأمهات محروقات القلب هذا هو الدين هذا هو الاسلام هذا هو الإسلام هذا هو الإسلام الأموي هذا هو الإسلام الأموي وغيره وغيره لما دخلوا الى الأندلس نفس الشيء يختارون اجمل البنات وينزلوها الى الى الى الخليفة في دمشق واذا اعترض الأمازيغي او اعترض القوطي في اه في الاندلس القوطي يعني الجنس البشري الذي كان قبل دخول الاسلام. يعني الاندلس متكونة من العرب والامازيغ والقوت. القوت يعني السكان الاصليين في في اسبانيا اسبانيا الأندلس كانت متشكلة من اه اسبانيا والبرتغال هذا هو الاسلام هذا هو الاسلام الاموي فانت في هذه الحالة منهج عربي تكرهه تبوظها متوحش متخلف ظلامي قتال يسفك الدماء ويغتصب النساء هذه الصفة العربية تبقى في مخياله فانت يجب ان تأتي باسلام جديد هو اسلام العطرة الطاهرة حتى يعرف ان في اسلام متحضر ما عنده هذه الثقافة الخبيثة والملعونة نعم البقية تأتي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