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والحمد لله الله يا الله يا الله والحمد لله اعوذ بالله من الشيطان الرجيم بسم الله الرحمن الرحيم وبه تعالى نستعين والصلاة والسلام على محمد واله الطيبين الطاهرين ما زلنا مع القوم وما فعلوا بالاسلام من مناكير من تصرفات لا يقبلها لا العقل ولا الشرع ولا قال وحمى عثمان لنفسه اقول هذا طعن اخر وهو ان عثمان حمل حمى لنفسه عن المسلمين ومنعهم عنه وذلك مناف للشرع. لان النبي صلى الله عليه واله جعل الناس في الماء والكلاء والنار شرعا سواء. وهذا اصل تشريعي رائع جدا ان الماء والكلام النار امور متساوية للبشر. فكيف يأتي سلطان ويخالف شرع النبي ويعمل حمى لنفسه ويمنع الناس من هذه الامور. نعم وان فعلوا هذا فقط فعلوا العجائب والغرائب قال ووقع منه يعني من عثمان اشياء من كرة في حق الصحابة فظرب ابن مسعود حتى مات واحرق مصحفه وضرب عمارا حتى اصابه فتق وظرب ابا ذر ونفاه الى الرمضان نعم سيرة عطرة بامتياز نعم هو ذو النورين ذو النورين يترشح منه الا النور. نعم واكثر من ذلك لما ضرب عبد الله بن مسعود افحش القول افحش القول. تخيل ان هذا الرجل هذا الرجل زوجته متوفية يعني هذه اه مسجلة وستدفن وهي ربيبة النبي او بنت النبي وانا ارجح انها ربيبة النبي المهم تربت على النبي وزوجها لعثمان هو اصلا لم يحضر الجنازة او حضر الجنازة ولكن نام مع زوجته في تلك الليلة انت الان تأتيني بفرويد. فرويد هذا مؤسس تحليل علم النفس التحليلي او يهودي من النمسا. يعني الماني تأتي بفرود فرويد يقول هذه الواقعة حللها لنا انت نفسانيا. انت طبيب في التحليل النفسي تفضل يعني انسان توفت زوجته ومن هي؟ على قول انها بنت النبي يعني احتراما للنبي واحتراما لله على قول انها لا ببنت النبي لانها تربت في احضان النبي في احضان خديجة لاننا آآ بنت اخت خديجة خديجة وهي ربته احترام لهذه التربية احترام لخديجة احترام للنبي تنام مع زوجتك انت تتمتع وهي ميتة مسجلة وسجدت تنام مع زوجتك يعني انت الشهوة عندك الى هذه الدرجة ولا تحترم لا الله ولا الرسول ولو حتى زوجتك هذا هو ذو النورين قلت لكم تاريخ زبالة تاريخ زبالة تاريخ زبالة نعم اقول هذا طعن اخر وهو ان عثمان ارتكب من الصحابة ما لا يجوز وفعل به ما لا يحل فضرب ابن مسعود حتى مات عند احراقه المصاحف واحرق مصحفه وانكر عليه قراءته وقد قال عليه السلام من اراد ان يقرأ القرآن غظا فليقرأ بقراءة ابن مسعود. الحمد لله هذا المصحف موجود في اليمن الان. اكتشفوه في اليمن نعم. وكان ابن مسعود يطعن في عثمان ويكفره. وضرب عمار يعني وظرب عثمان عمارة. ابن ياسر حتى صار به سبق وكان يطعن في عثمان وكان يقول. يعني عمار كان يطعن في عثمان. وكان يقول قتلناه رفقة الناس كافرا ثم هو لم يؤمن حتى تقتله كافرا لم يؤمن شرب بنت فلان الموضوع نعم واستحضر ابا ذر من الشام نعم لهوى معاوية يعني ارادة معاوية وضربه ونفى الى الربظة مع ان النبي صلى الله عليه واله كان مقربا لهؤلاء الصحابة وشاكرا لهم. قصة الربضة اقرؤوها جيدا. لماذا? لان من ودعه ودعه الامير سلام الله عليه والحسنان ومعهم آآ آآ صحابي جليل اظن عمر بن ياسر قالوا واسقط القود يعني الحد عن ابن عمر والحد عن الوليد مع وجوبهما يعني مع وجوب الحدين. اقول هذا طعن اخر وهو ان عثمان كان يترك الحدود نعم ويعطلها ولا يقيمها لاجلها نفسي. هذا هو الحكم الشرعي فانت لا تتعجب من حكام المعاصرين اذا استغلوا الدين وعلماء الدين نعم يخرج شيخ من شيوخ الازهر ويزكي السيسي ويقول هذا اه حاكم من الله تعالى لا تستغرب لماذا? لان المرض بدأ هناك وهذا المرظ مستمر نعم صدقوني ان الله تعالى لو لم يجعل علي عليه السلام في الوجود لا اقيمت الحجة عليه تقام الحجة عليه. يعني تخيل انت الان علماني يقف امام الله تعالى علماني احمر ملحد لا يؤمن باي شيء يتصل بالسماء وما عندنا هذه سيرة الأئمة العطرة. عندنا هذا الإسلام اليهودي والمسيحي هذا الدين الاسلامي على الطريقة الاموية والعباسية والعثمانية وو انت يعني الله تعالى يقام عليه الحجة نتكلم هنا عقلانيا تكلم بالعقل لا يقوم عليه الحجة يقول اين الحجة نعم فلهذا النبي اذا قال الحق يدور معالي حيث دار هذه الكلمة لها وزنها الكبير لها وزنها الكبير نعم يعني الحق بعدي اذا لم يكن في امير المؤمنين انتم لا تعرفون الحق مطلقا نعم واذا ما عرفتوا الحق مطلقا بعد الحجة مع الله تعالى كيف كيف يقيم الله تعالى عليكم الحجة؟ ما في. لكن الله تعالى حكيم حجته اقوى واعظم  جعل علي عليه السلام هو الخليفة بعد النبي حتى تقام الحجة على الناس واقيمت الحجة الى الابد نعم يقول ولا يقيمها لاجلي هوى نفسي. ومثل هذا لا يصلح للامامة فانه لم يقتل عبدالله بن عمر لما اه قاتل الهرموزان بعد اسلامه. لا اعتقد انه عبد الله بن عمر لا اخوه ليس عبدالله بن عمر المعروف ولما ولى امير المؤمنين عليه السلام طلبه لاقامة القصاص لما وصل الامير الى الخلافة طلبه لكن هو فر الى معاوية نعم طلبه لاقامة القصاص عليه فلحق بمعاوية. فالراحلة فالى الحكومة التي اسسها والده عمر. ولما وجب على الوليد بن عقبة حد الشرب اراد ان يسقطه عنه فحده عليه السلام وقال لا يبطل حد الله وانا حاضر. نعم الامير سلام الله عليه انظر اه اللي بتسأل انت اه انت يا امير المؤمنين اه المفروظ ما تقول يا امير المؤمنين قل يا علي انت واحد من الرعية كيف تقيم الحد والخليج محظور؟ موجود حاضر هو الذي يقيم الحد وهو لا يريد فهو شرع الله هو الحاكم المطلق. هذا هو منطق من? منطق المقلوب. منطق الخبث. منطق النفاق لكن امير سلام الله عليه يعتقد انه هو الحاكم الشرعي. هو الامام قال وخذله الصحابة حتى قتل القصة الفتنة وقال امير المؤمنين عليه السلام الله قتله ولن يدفن الا بعد ثلاث ايام ودفنوه في مقبرة اليهود. وعابوا غيبته عن بدر واحد والبيئة يا حسرة تكلم عن المثال الى يوم القيامة مع الطرف المقابل لا ينفع ذلك لأنه مع اصلوا اصل اصيل الصحابة كلهم عدول هذا اولا ثانيا ان الحاكم الحاكم له الحق ان يحسن ويقدح لماذا? لانه ارادة الله نعم معاوية اسس للجبر يعني عندو يشرعن حتى في العقيدة نعم وانت تسكت وتصدق. اقول هذه مطاعم اخر في عثمان وهو ان الصحابة خذلوه. حتى قتل وقد كان يمكنهم الدفع عنه او الدفاع عنه. فلولا علمهم باستحقاقه للموت. لذلك عن الموت والا لما صاغ لهم التأخر عن نصرته. هنا عدالة كل الصحابة آآ تقع في في تقع في</w:t>
      </w:r>
    </w:p>
    <w:p>
      <w:r>
        <w:t>اه في المستنقع كيف تحلوها انتم صحابي من هنا عادل وصحابي منهم عادل يحدث بينهم الطاقة تسلوها لنا ابدا ما فيها تفسير. نعم والا لما صاغ لهم التأخر عن نصرته. وقال امير المؤمنين عليه السلام الله قتله نعم. وتركوه بعد القتل ثلاث ايام ولم يدفنوه نعم وذلك يدل على شدة غيظهم عليه وافراطهم في الحنق لما اصابهم من ضرره وظلمه وعاب وعابت الصحابة عليه غيبته عن بدر لم يحضروا غزوة بدر وهي غزوة مفصلية في تاريخ المسلمين. واذا قلت ما هي بدر؟ قلت الرسول العقل المخطط وعلي العقل المنفذ  انا اقول لك هذه الصراحة بدر ما هي? بدر النبي كمخطط العقل المخطط والامير كعقل المنفذ. نعم هذه هي بتتصدق او لا تصدق نعم وعابت الصحابة عليه على عثمان غيباته عن بدر يعني عدم حضوره عن بدر واحد كذلك احد مصيرية جدا. نعم ايه ولم يشهد بيعة الرضوان مين المثالب المثالب لكن انت هذا كله لا ينفع مع مدرسة الصحابة لماذا انا اقول لك السر اقول لك السر. السر الأول ان هذا الميراث هو الدين. يعني الميراث صار دينا المفروض الميراث آآ نخضعه نخضعه للنقد على ضوء الاسلام. على ضوء الدين صار لا الدين هو خاضع للتراث جيد حتى لا يرد علينا اشكالات على هذه التراث. يجب ان نؤسس لامرين. الامر الاول عدالة كل الصحابة بعد انت ما عندك حق تتكلم سد لك الطريق خلاص هذا قاتل وهذا مقتول هذا رضي الله عنه ذا رضي الله عنه. سد لك الباب خلاص ما في نقاش ثانيا ان ارادة الحاكم ارادة الهية. بعد انتهى الامر اذا اشكلت على حاكم من الحكام فانت قد اشكلت على الله تعالى نعم هذا كله لتبرير التراث واذا تكلمت انت بعد مصيبة انت تضرب في اصل التراث الذي تماهى الدين في التراث يعني التراث كما في الدين. المفروض التراث يتماهى في الدين نقدا وفرزا. يعني كل من خالف كل مفردة في التراث خالفت الدين نرفضها النظر بها عرض الجدار هما لا ليس هكذا ليس هكذا هذا مر علينا من اه هذا الذي صلى بالكوفة بالمسلمين وكان اه السكران من هو نعم ايه المهم  اريد اشير الى مسألة مهمة جدا المهم طاهر بن عاشور اريد نبين هذه المسألة اه الطاهر بن عاشور يصل الى هذه المسألة ان اهل الكوفة عملوا ثورة على هذا الفاسق صلى بهم وهو سكران نعم فاشتكوا به الى عثمان وعثمان خالفهم لماذا? لانه اه ظاهر اخوه منامه نعم طاهر بن عاشور في في كتابه اه التحرير والتنوير هو تفسير لغوي شرح للكشاف. انصافا تفسير في غاية الروعة. انا استفدت منه الكثير من اه اه من النكات البلاغية والقرآنية وهو العجيب انه هو من عائلة كبيرة جدا علوية علوية يعني تنتسب الى الدوحة المباركة تنتسب الى الزهراء سلام الله عليها يقول ان الصحابة كلهم عدول وهذا كان كريما وكان شجاعا لا ادري لا ادري مم لا ادري هذا العقل الغريب والعجيب. يعني مرجعية سنية انا ارى فينا في رأيي انا طاهر بن عاشور لا يعادله عالم سني في عصره وهو توفى ثلاثة وسبعين يعني الف وتسعمية وثلاثة وسبعين يعني في اواخر القرن العشرين اذا استثنينا الاخضر بن بن حسين الذي صار ومن علماء الزيتونة كذلك. وصار اه شيخ الازهر في زمانه في زمان جمال عبد الناصر اعتقد او قبل جبل عبد الناصر وقبل جمال عبد الناصر صار هو رئيس مشيخة الازار. اذا استثنينا هذا هو صديقه يعني يمكن عندهم مستوى واحد في العلم  وعباقرة انصافا من حيث العلم علم طاهر بن عاشور يدافع عن جميع الصحابة يدافع حتى عن هذا السكير يدافع عن عن آآ عمرو بن العاص ثم من حقك ان تسألني لماذا شيخنا العزيز علماء كبار يعرفون الحقيقة وهكذا يتصرفون. يدافعون عن سكير وعن آآ آآ المسألة ليس هكذا المسألة ليست بالصحابة فعلوا او لم يفعلوا. هم عندهم هذا التراث وهذا التراث يجب ان يحافظ عليه انتهى الامر اذا انهار هذا التراث انهار كل ما عنده وانت اذا ضربت عدالة الصحابة يعني هذه القاعدة الصحابة كل كلهم عدول وضربت الحاكم ان الحاكم لا الحاكم يجب ان يخضع لمعايير الشرع بعد ان انتهى هذا الميراث ربعطاشن قرن كله رميته في النيل او في الفرات او في او في البحر الأبيض المتوسط او في الخليج هو فالالية الوحيدة التي تبقى هو الصحابة كلهم عدل واحدة. ثانيا ان الحاكم الشرعي هو الحاكم الشرعي. هو ظل الله تعالى كما قرره فهو حق فتمسي المؤسسة الدينية خادما لهذا البلاط ايقز فانت مهما جلست على القنوات الفضائية وبينت وبينت ما ينفع ينفع قلة قليلة لها وعي ولها عقل فقط قلة قليلة جدا. اما الجمهور هذه هي فلسفته والله لا تنحل المشاكل الا بعد الظهور المبارك خذها مني هذه قاعدة كليا نعم المسألة السابعة في ان علي عليه السلام افضل من الصحابة هذه المسألة لو تلغى من الكتاب افضل. لماذا? لان الافضلية فرع الفضل في الطرف المقابل نعم قال وعلي عليه السلام افضل لكثرة جهاده وعظم بلائه في وقائع النبي صلى الله عليه واله باجمعها. ولم يبلغ احد درجته في اه غزاة بدر واحد ويوم الاحزاب وخيبر وحنين وغيرها هذه حنين لما انا قرأت سيرة النبي وغزوات النبي ابي حنين تميل انكم انتم تدققون فيها الشيخ علي القرني الله يحفظه ويطول في عمره ان شاء الله عندو سلسلة من الجواهر التاريخ اه الجمال في هذا الكتاب لا هذه خمس مجلدات اكثر انا قرأت في كل الكتاب الجمال في الشيخ الكوراني انه ليس محللا في التاريخ لا مثلا الكتب الشيخ الجليل القراشي اه الكتب فيها مسحة تحليلية نقدية يعني تشعر ان الكاتب موجود في داخل التاريخ وهذه منهجية في كتابة التاريخ. ولذيذة. انا التذ بكتب الشيخ القرشي وعندي علاقة مع ابنه في النجف ابن طيب وحفيد دراسة عندي نهاية الحكمة كاملة لسنوات اربعة حيدر القراش والآن هو مقيم في في النجف حيدر آآ وانا اطالع كتب القراشي اشعر بلذة وهو متواجد في داخل التاريخ. يعني بالنقد والتحليل والترجيح شيخ الكرة ليس هكذا. الشيخ الكراني يأتيك بالنصوص كما هي. ولا يتدخل الا في النادر في الرد على المخالفين. الذين يرمون امورا مكذوبة في مقابل ما ثبت في التاريخ والمشهور المتفق عليه فيأتيك بالوقائع كما هي فانت تجد نفسك امام ساحة من الاحداث هي هي بهذه الطريقة طريقة ممتعة ولا يتدخل كمحلل مرجح هذا هذا فقط يرد على المخالفين اذا جاءوا بي اه اقوال تخالف المشهور وكل ما ينقله ينقله ماذا? ينقله من كتب المخالفين. واذا جاء بكتبنا هي اه مؤيدة لما في كتب العامة وفيها بعض الزيادات العامة حذفوها لاعتبارات سياسية واعتبارات مذهبية</w:t>
      </w:r>
    </w:p>
    <w:p>
      <w:r>
        <w:t>نعم فانتم هذا الكتاب جواهر التاريخ. طالعوني انه في غاية الاهمية والجمال. نعم. نرجع الى حنين الكل فرد هناك ايمن ظاهرا ابنها استشهد هناك كانت حاضرة الكل فر تتصور الكل فار بقي تسعة من بني هاشم محوطون النبي يحوطون النبي وهو على ناقته اعتقد والوحيد الذي يدافع هو امير المؤمنين عليه السلام هو الذي في قلب المعركة الوحيد كيف يتم النصر? فانا المهم آآ انزل الله تعالى الملائكة وجاء النصر فعادت الجماعة عادت الجماعة عمر تخاطبه ام ايمن ظاهر ام ايمن اذا ذاكرتي جيدة لتخاطبه الى اين? يقول هذا قدر الله من امر الله من امر الله. انظر الجبر ليس امويا في الاصل. الجبر عمري في الاصل يعني مسحها بالله تعالى. الجابر من الله من الله من الله. يعني الامير سلام الله عليه وهو يدافع عن النبي صلى الله عليه واله ويدافع عن الحق. يعني هو كذلك مجبور. نعم. لماذا اجبر الله تعالى عليا يدافع واجبره على الفرار. ملاك ما هو؟ الملاك العقلي ما هو؟ الملاك العرفي ما هو؟ الملاك الشرعي ما هو؟ ابحث عن اه دخلها في اكبر حاسوب في العالم لا يجد الحل بل يحترق. نعم اقول اختلف الناس هنا فقال عمر وعثمان وابن عمر وابو هريرة من الصحابة ان ابا بكر افضل من علي عليه السلام نعم نعم افضل انا اعطيك الادلة على افضلية ابي بكر عن عليه السلام اه ابو بكر ابو بكر هو كان المحور في غزوة بدر يعني هو الذي قتل بخمسة وتلاتين من آآ من ابطال قريش. هذا هذا اولا هذه ملاك الافظلية في بدر في احد الامير فر صعد في الجبال ويتوسل بسفيان ابي سفيان وابو بكر يدافع عن النبي مع نسيبة امرأة ما صعبينهم بن عمر استشهد ونسيب امرأة تدافع عن النبي حتى اثقلت بالجراح وسقطت. ابو بكر يدافع عن النبي. فالنبي كل ما تأتي جماعة من قريش لقتله ينادي. يا ابا بكر تعال ردهم فابوك يأتي ويردهم. هذه هي الخصلة ثانيا ان النبي امر آآ عليا بالبراءة من قريش اعطاه هذه البراءة سورة البراءة او ايات البراءة قال له روح الى الى الى مكة واتبرأ اقرأ هذه الايات البراءة على المشركين فذهب علي فنزل جبرائيل قالوا لا لا لا علي ليس منك لا لا لا على ليس منك. انت يجب ان تبلغ انت او واحد منك. فارجع علي وارسل ابو بكر هذه مزية ابي بكر ازيد وزيد وزيد وزوج النبي فاطمة ابا بكر. ورفض علي لما خطب علي لم يلتفت اليه قال له روح  هذه المزايا زيد وزيد نزيدك نعم هو الذي فتح خيبر وهو الذي قلع ابو بكر قلع هذه هذه هذا الباب يقولون سبعين شخص ما قدر يرفعها نعم انظر هذه القوة الملكوتية لامير المؤمنين. هذه فضائل ابي بكر علي اين علي اي من هذه الفضائل الكبيرة نعم علي جاء يخطب الزهراء فرده النبي قال له روح انت من تكون فجاء ابو بكر زوجها اياه. نعم هذه فضائل ابي بكر زيد نزيدك في فضائل كثيرة لابي بكر هو في الغدير هو نصب ابا بكر. علي اين امر علي بمبايعة ابي بكر فانت ذكي اقلب كل القصة اقلبها كل القصة. بالله عليك فمن قال ان ابو بكر افضل من علي يا مخبل يا مخبن يعني لا عقل له يا خبيث منافق من الدرجة الاولى ما عندك الا هذا يا مخبل لا عقل له جاهل لا عقل له مجنون نعم سقط عنه القلم يا منافق من الدرجة الاولى انا هذي عقيدتي نعم نعم فقال عمر وعثمان ابن عمر وابو هريرة يا الله شف عمر وعثمان وابن عمر وابو هريرة. اذا وضعتهم على الجرح يبرأ. نعم. نعم نعم اذا اخذتم الى هوليوود بعدهم يسيطرون على النجومية مطلقا من الصحابة ان ابا بكر افضل من علي عليه السلام وبه قال من التابعين الحسن البصري الحسن البصري نحن عندنا في الجزائر كلمة اذا اردت ان تهين شخص مثلا يذكر عندك شخص قل حاشا الخبز يعني حاشا نعمة الله حاشا نعمة الله نعم حاشا الخبز الحسن البصري وعمرو بن عبيد هذا من من علماء المعتزلة الكبار عمرو بن عبيد دخل عليه هشام بن الحكم وهشام بن حكم صغير وهو في مجلس علمي ابهاء في بغداد ابهة طلاب وهو شيخ الشيوخ نعم وكان يستفيد كثيرا من النكات القرآنية من الامام الصادق عليه السلام هذا يفضل ماذا? يفضل ابا بكر على علي عليه السلام والله ماذا اقول نعم خبل خبث نفاق انا لا ادري فهشام من حكم صغير دخل عليه قالوا سماحة الشيخ انا عندي سؤال. قال له اسأل قال يعني كذا الحواس الحواس قال له من يقود هذه الحواس قالوا هذا سؤال جدا بسيط يعني هذا العقل يعني قانون العقل لولا هذا العقل هذه الحواس كلها تتبعثر. تتشتت لا قيمة لها قال نعم. قال والامة يعني ما عندها امام يقودها ويرجعها الى الصواب والرشد والى الخير والفلاح فبهت فاجلسه امامه وترك الدرس. وبقي ساكتا لا يتكلم اذا كان هذا الشاب تمنطاشل سنة او عشرين سنة افهمك ايها شيخ الشيوخ ولا تستحي على نفسك وتدعي هذه الدعوة ان ابا بكر افضل من علي وبه قال من التابعين الحسن البصري زبالة وعمر بن عبيد وهو اختار وهو اختيار النظام استاذ الجاحظ الشيخ المعتزلة وادي عثمان الجاحظ نعم هذه علماء البلاط هذه كلهم علماء علماء البلاط يا علماء البلاط اما علماء البلاط او يخافون من الحكم وقال الزبير وسلمان والمقداد وجابر بن عبدالله وعمار وابو ذر وحذيفة من الصحابة ان علي عليه السلام افضل حتى هذه الكلمات افضل والله ظلم لي امير المؤمنين عليه السلام ولا ظلم له نعم وبه قال من في التابعين عطاء ومجاهد وسلمة بن كهيل وهو اختيار البغداديين. كافة. البغداديين يعني المعتزلة والشيعة باجمعهم يعني الروافض باجمعهم. وابي عبدالله البصري. نعم. وتوقف الجبائية يخليه ما يتوقفان وقضي آآ القضاة. قاضي القضاة اذا هنا ليس البقلاني لان البقلاني اشعري يقدم اه يقدم ابا بكر وعمر وعثمان على ممكن يقدم حتى عثمان على امير المؤمنين قال ابو علي الجبائي ان صح خبر الطائر فعلي افضل. ان صح الطائر يا الله يعني هذا الطائر الفشوي نهار مشوي هو قصة اه على اه آآ انس بن مالك ولا ادري لا ادري يعني الطائر هو الذي اقنعك يعني ايها الجباء فقط يعني حنين وخيبر وبدر وزواج من فاطمة الزهراء سلام الله عليه. والغدير هذه كلها ما قنعت هذا عقلك الضعيف والهزيل. والحقير فقط هذا الطائر نعم ونحن نقول ان الفضائل من الثانية او بدنية وعلي عليه السلام وزيد لها واحدة يا العلامة الحلي فضائل نفسانية وبدنية والهية وعلي عليه السلام كان اكمل وافضل من باقي الصحابة</w:t>
      </w:r>
    </w:p>
    <w:p>
      <w:r>
        <w:t>فيهما والدليل على ذلك وجوه ذكرها المصنف رحمه الله. نعم. يأتي ان شاء الله ذكرها بالتفصيل واللهم صل على محمد وال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