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يا الله سبحان يا الله والحمد لله الله يا الله يا الله والحمد لله اعوذ بالله من الشيطان الرجيم. بسم الله الرحمن الرحيم وبه تعالى نستعين والصلاة والسلام على محمد واله الطيبين الطاهرين وصلنا الى افضلية امير المؤمنين عليه السلام على غيره من الصحابة وانا اخالف هذا الامر لان الافضلية مقولة اضافة فتستدعي الفضل في غيره ويقاس بمن بامير المؤمنين عليه السلام والرواية ماذا تقول? لا يقاس بنا احد من اهل البيت عليهم السلام ابدا لا يقاس بهم هم لهم منصب الهي وهؤلاء بشر يخطئون ويصيبون وهؤلاء عندهم الولاية الالهية انما وليك انما وليكم الله ورسوله الذين امنوا الولاية الالهية فالولاية الالهية منصب الهي ما بعده منصب الى الله تعالى ولا اه يلقى اليه احد حتى الملائكة. فكيف يقاس بالبشر الذي هو يتخبط في الخطأ. ثم يأتي بادلة يقول والدليل على ذلك وجوه ذكرها المصنف رحمه الله الاول ان علي عليه السلام كان اكثر جهادا واعظم بلاء في غزوات النبي. صلى الله عليه صلى الله عليه واله باجمعها نعم ولم يبلغ احد درجته في ذلك لا يقاس الامير في جهاده لا يقاس به احد ومنها في غزاة بدر وهي اول حرب امتحن بها الله تعالى المؤمنين او امتحن بها المؤمنون. لقلتهم تلتمية وتلطاش و كثرة المشركين فقتل علي عليه السلام الوليد بن عتبة بن ربيعة وشيبة بن ربيعة ثم العاص بن سعيد بن العاص ثم حنظلة بن ابي سفيان ثم طعيم بن عدي ثم نوفل بن خويلد وكان شجاعا و اه اه وسأل النبي صلى الله عليه واله ان يكفيه يكفيه امره فقتله علي عليه السلام يعني نساءنا النبي الله تعالى ان يكفيه امره فقتله عليه عليه السلام ولزم ولم يزل يقاتل حتى قتل نصف المشركين المقتولين لنفرض مثلا ثلاثة وسبعين يعني خمسة وثلاثين هذه قطعية انها خاصة الامير سلام الله عليه. بالله عليك يعني لما تقول لي انت هنا آآ ابو بكر افضل من علي. عمر افضل من من علي. عثمان افضل من علي. هذه هي هادي اصل لم يذكره حتى علي. تقول من من الخلفاء يقولون ابو بكر وعمر وعثمان. علي لا اذكروه نعم لا يذكروه نعم روح ارجع الى مسلم بن حنبل تجد هذه الحقيقة نعم ولم يزل يعني الامير يقاتل حتى قتل نصف المشركين للمقتولين في بدر والباقي من المسلمين وثلاثة الاف من الملائكة مسومين قتلوا النصف الاخر ومع ذلك كانت الراية في ايد علي انيس لم تسقط الراية ابدا اه والله انا سمعت محاضرة في الجزائر آآ ممكن الستة وتلاتين سنة قبل آآ من احد الدعاة الكبار في الجزائر وذكر محاضرة كانت على بدر وكانت محاضرة قيمة جدا قيمة وثورية قيمة وثورية في المسجد ولم يذكر عليا مطلقا لم يذكر عليا مطلقا مع ان بدر قلت لكم محور بدر شخصان شريفان قدسيان الهيان. عقل النبي الكريم كمخطط وعقل الامير علي عليه السلام كمنفذ لم يذكر عليا مطلقا نعم لم يذكر علي مطلقا الشيخ الغزالي مع احترامي له الشيخ الغزالي المصري الازهري مع احترامي له في غزوة بدر يركز فقط لا في غزوة احد نعم هناك استشهدا مصعد بن عمير هذا الشاب الغني الذي ارسله النبي يبلغ في المدينة اسجد هناك رضي الله عنه في تصور هذا الداعية الغزالي ان فتى احد هو مصعب بن عمير ويعظم فيه وكذا كذا لماذا لحيثية الدعوية لأنه هو داعية ولم يذكر الامير سلام الله عليه ابدا نعم فجبرائيل ينزل متعجبا استعارة تفهمية. التعجب عند جبرائيل استعارة تفهمية يعني حتى تفهم ان المسألة جدا متشنجة وخطيرة فقال للنبي هذه هي المواساة يا رسول الله هكذا والا لا فالنبي لم يتعجب من كلام جبرائيل قال له ولماذا لا يواثني ويواسيني? ثم جاء بالملاك وهو مني وانا منه  وهو مني وانا منه يعني ملاك مواساة الامير للنبي صلى الله عليه واله. لانهم من النبي. من النبي القرشي الهاشمي ام من النبي الالهي من النبي الالهي من النبي الملكوت وفوق الملكوت يعني من النبي الالهي لنفهم هذه النكات مهمة جدا وجبرائيل اذا نزل ينزل بالحق يا ينزل هكذا اعتباطا ينزل بالحق حتى يجعل النبي ينطق بهذه الكلمة تقول له هذه هي المواساة يعني غيرها ما فيه هذه هي المواساة هو هو هذا هو يعني اختصاص يعني هذه المواساة غيرها لا فالنبي يعطي الملاك الواقعي لماذا لا يواسيني وهو هو مني وانا منه يعني نحن شخصية واحدة. شخصية واحدة فما في الدم الهاشمي ابدا. ابو لهب دم هاشمي بامتياز ابو لهب دمه هاشمي بامتياز لا يشك فيه احد ولماذا النبي لم يجعله منه? بل مات مات كافرا. اذا الملاك ما هو? الملاك هو الالهية. الملاك هو الالهية الملاك والإلهية يا ناس ثم يأتي هذا المخبل هذا المنافق يقول ان ابا بكر وان عمر وعثمان افضل من علي عليه السلام خلونا بالله عليك خلونا من الدين. انا الان اتجلى بعقل علماني ليبرالي احمر عاقل احمر قنعني انت بالافضلية اعطيني سيرة الامير ثم بين لي في الخليج امريكي عنده عنده مصنع ما ادري مصنع وفيه عمال فيه موالي يشتغل هناك وفيه واحد من المخالفين دائما في نقاش مذهبي نقاش ديني هذا الامريكي قال انا افصل بينكما قال للمخالف اعطيني اه احسن كتاب من كتبكم انا اطالع دينك انت الذي تدعيه وانت كذلك مخاطب للموالي. اعطني كتابا اطالعه وارى واحكم بينكما وانصافا طالع الكتابين بدقة فاعطى الارجع الكتابين للموالي والمخالف وقال انا لو خيرت مم اه خيرت واريد ان اعتنق الاسلام اختار هذا هذا الاسلام. الاسلام الموالي لماذا? ثم علل المسألة قال هذا كتاب الموالي اه من بدايته الى نهايته منطقي في الطرح يتحرك منطقيا يعني صغرى كبرى نتيجة صغرى كبرى نتيجة حراك فكري منطقي وعقلاني وقال هذا يتكلم فقط لا صغرى ولا كبرى ولا منطقي. قال هذا لا يقنع هذا اصلا ليس دينا. انا لو خيرت او اضطررت على قبول الاسلام اقبل هذا الاسلام المنطقي. وهذا هو الواقع هذا هو الواقع. لكن لكن الناس لا تتحرك بالعقول الناس تتحرك العاطفة وبالقبلية وبالانتماءات وبالحزبية وبالقومية اكثر بالقومية كثير من الناس في العالم العربي يتكلم كتير من الناس في العالم العربي يقدمون القومية على الدين فالدين يصير ماذا خادما للقومية لما جاءت الناصرية كثير من الكتب كتبت في مصر بهذا الاتجاه ان الدين خادم للقومية العربية قادم للقومية العربية وهذه ثقافة اسستها السقيفة عمقها معاوية ان الدين قادم للعرب نعم مع الأسف الشديد نعم ومنها في غزاة احد جمع له الرسول صلى الله عليه واله يعني جمع لعلي بين اللواء والراية وكانت راية المشركين مع طلحة بن ابي طلحة وكان يسمى كبش الكتيبة يعني شجاع فقتله علي عليه السلام فاخذ الراية غيره فقتله عليه السلام ولم ولم يزل يقتل واحدا بعد واحد حتى قتل تسعة</w:t>
      </w:r>
    </w:p>
    <w:p>
      <w:r>
        <w:t>نفر تسعة نفر فانهزم المشركون واشتغل المسلمون بالغنائم في احد قدموا الغنائم على النبي على اوامر النبي وفي المسجد كذلك وتركوك قائما قدموا هذه القافلة التي جاءت من الشام او من اليمن لا ادري وكان يقودها دحيى الكلبي كان مشركا في ذلك الزمن. تركوا النبي بقيت امرأة واحدى عشر صحابيا نعم في المسجد وتركوك قائما وتركوك قائما. بقي في ان في على المنبر مع احدى عشر صحابيا وامرأة نعم فحمل خالد بن الوليد باصحابه على النبي صلى الله عليه واله فضربوه بالسيوف والرماح والحجر حتى غشي عليه فانهزم الناس عنه سوى علي عليه السلام نسيبة امرأة اه مصعب بن عبير استشهد احد ابطال العرب بقي معه فنظر اليه النبي صلى الله عليه واله بعد افاقته وقال له اكفيني هؤلاء فهزمهم عنه وكان اكثر المقتولين منه عليه السلام نعم كل ما جاءت جماعة تريد تقتل النبي النبي اه ينادي علي رد هذه الجماعة علي واين كان ابو بكر وعمر وعثمان في الجبال? فرار فرار بل تتوسل بابي سفيان حتى يرجعهم الى مناصبهم الجاهلية. تبا لامة تتعامل مع النبي هكذا فتصل الى ماذا? الى التطبيع مع اسرائيل وتنذل وتصير حقيرا لماذا? لان هذه الحقارة تأسست من زمان النبي نعم ومنها يوم الاحزاب وقد بالغت في قتل المشركين وقتل عمرو بن عبد ود وكان بطل المشركين. ودعا الى البراز مرار فامتنع عنه المسلمون. يا ريت العلما الحلي ذكر هذا الامتناع يقل لهم لكم الجنة يعني من برز الى عمرو ابن عطية انا اضمن له الجنة. من الظامن? هو النبي من الظامن هو النبي? النبي الذي لا ينطق الى على الحق الذي لا ينطق الا بالحق اضمن لكم الجنة ولا واحد خرج كلهم يطرقون والامير يتقدم النبي يقول هادو عامر يقول وانا علي هو عمرو وانا اعلم وستر نعم فامتنع عنه المسلمون وودع وعدهم النبي بالجنة بالجنة والله بالجنة والله بالجنة يا الله وعلي عليه السلام يروم مبارزته النبي يمنحه النبي صلى الله عليه وسلم يمنحه من ذلك لينظر الصنع المسلمين حتى يقيم الحجة على الغير تفضلوا ثم لما برز الامير جاء بالملاك النبي دائم يذكر الملاك الملاك العقلي. ما معنى الملاك العقلي? يعني العقل يكشف من خلال هذا الكلام حديث النبي الملاك الذكي الواقعي نعم برز الايمان كله للشرك كله اي افهمها انت هذه العبارة افهم الى الدعاء الواقع يعني الايمان بمعزل عن امير المؤمنين ما فيه ما في ايمان بمعزل عن امير المؤمنين. برز الايمان كله للشرك كله نعم فلما رأى امتناعهم يعني لما رأى النبي امتناع الصحابة نعم اذن له اذن للأمير وعممه بعمامته السوداء هذه العمامة التي عممه بها في واقعة الغدير يعني انظر في هذه الغزوة تعمم بها امير المؤمنين في فتح مكة تعمم بها الرسول في الغدير عممها النبي لعلي عليه السلام ثم السحاب عمامة سوداء يلبسها النبي فقط في المحطات الخطيرة. فتح مكة هنا في هذه الخندق معركة الخندق والغدير فقط هذه الموارد الثلاثة في علمي انا الضعيف لست متخصصا في التاريخ. لكن ما ادري ادري على قصيرة وعلى بينة. نعم فلما رأى امتناعهم الصحابة مع ان النبي وعدهم الجنة يا الله كم هي عظيمة. من وعدك بالجنة؟ النبي قال نعم ممثل الوحي اذن له اذن للامير وعممه بعمامته السوداء السوداء ودعا له. قال حذيفة لما دعا عمرو الى المبارزة احجم المسلمون عنه كافة كافة كافة  كيف حال نعم في ذلك اليوم اعظم اجرا من عمل اصحاب محمد نعم اه لا اه اه كافة ما خلا علي عليه السلام ما يعني باستثناء علي عليه السلام نعم فانه برز اليه يعني علي برز الى عمر فقتله الله على يده والذي النفس حذيفة بيده يعني قسم اه لعمله في ذلك اليوم لان العمل عليه في ذلك اليوم اعظم اجرا من عمل اصحاب محمد صلى الله عليه واله الى يوم القيامة من قال حذيفة سلام الله عليك يا حذيفة. مدفون مع سلمان في اه المدائن ووفقني الله تعالى لزيارتهما وتبركت ببركتهما هناك كان عندنا مؤتمر سلمان بالمدائن لا تبعد عن بغداد تلاتة وعشرين خمسة وعشرين وفي ظروف صعبة جدا هناك واقيم المؤتمر تكريما لسلمان وحذيفة لم يكن مدفونا بقرب المال جاؤوا به من من قبره لماذا? لانه كان على حافة النهر فبدأ اكل اه قررت المرجعية الرشيدة العليا في النجف الاشرف ان ينقل من ذلك المكان بجوار سلمان ونقله اعيان من من من العلماء وغيرهم الى ذلك المكان بجنب سلمان آآ رضي الله عنهما نعم نعم انظر هذه العبارة كم جميلة نعم اعيدها لجمالها نعم فانه برز علي اليه الى عمرو فقتله الله على يده والذي نفس حذيفة بيده لعمله يعني العمل علي في ذلك اليوم اعظم اجرا من عمل اصحاب محمد صلى الله عليه واله الى يوم القيامة. وكان الفتح في ذلك اليوم على يد علي السلام وقال النبي صلى الله عليه واله لضربة علي خير من عبادة الفقرين هذا هو ملاك واقعي اخر برز الايمان كله للشرك كله ملاك الملاك الثاني لضربة علي خير من عبادة فطمئنه الى يوم القيامة الى يوم القيامة والا الاسلام ينهار ينتهي ذلك اليوم نعم يقولون عمرو بن عبد العزيز اذا سحبه سيفه النار تخرج من هذا السحب نعم اذا سحبوا من غمدهم نار تشعل عجيب هذا بطل العرب نعم مع هذا الامير شجاع الشجاعة هي الامير والامير هي هو هو الشجاعة. نعم ولهذا النبي قال نعم برز الايمان كله للشرك كله ثم يأتي واحد مخبل يقول ابو بكر الذي فر المعاريك وفر من المعارك في معارك افضل من علي. يعني انا تقنعني انت او تقنع العلماني عندنا علماني في الجزائر امازيغي مقيم الان في امريكا اعتقد وابن اخته كان طالبا في قوم كان من التكفيريين هذا الشاب من التكفيريين  كان جالسا في المسجد بينه وبين شخص اه خشب اه جدار من خشب يعني تسمع الصوت وهذا الشخص موالي موالي لأهل البيت فكان يقرأ الصحيفة السجانية فهذا متكئ على هذا الحائط من خشب وذاك متكي على الحاج من خشب بطريقة مضادة فهذا التكفير تكفيري تكفيري يعني سلفي تكفيري فبدأ يسمع الصحيفة السجادية فقلبه تغير قلبه تغير تغير نعم فبحث عن الشخص وقال ما هذا قال دعنا منك تعرف ان الموالي يمارس التقي بطريقة عجيبة فالح عليه قال هذا زين العابدين عليه السلام من اهل البيت لذلك تغير الهداية لا تعرف كيف تتحقق للمؤمن? لماذا? لانه علوي لان هذا التكفير علوي من قبيلة مجاهدة ضخمة جدا في قلب بلاد الامازيغ حتى اللغة العربية راحت لهم. يتكلمون اللغة الأمازيغية هذا الشاب نشأ في قرب العاصمة في بيئة تتكلم العربية فهو والد امه يتكلمون يتكلمون العربية</w:t>
      </w:r>
    </w:p>
    <w:p>
      <w:r>
        <w:t>وهو علوي يعني سيد ممكن لهذه السيادة وشرف النسب وتقوى الاجداد كانوا من كبار المجاهدين ضد فرنسا فهذه الارضية تساعد على الهداية. لماذا لا فاهتدى وجاء درس في قوم مد ورجع هناك لخدمة اهل البيت عليهم السلام. هو يحدثني يقول خالي اه علماني ليبرالي قال هو يحدثني يقول انا قرأت تاريخ الاسلام بالتفصيل من بدايته الى نهايته. قرأته بالتفصيل قال انا لا اؤمن الا بمحمد لان هو سني علماني الا بشخص النبي اما الاسلام لا اؤمن به ما معنى? معنى انا النبي منه لكن ما وصلني عن النبي من هذا التراث المزيف تراث ابي هريرة وما اشبه ابو هريرة والتراث اه الزهري وما اشبه من الزهري كله مزيف قال انا لا اؤمن به وصدقني الله تعالى يقبل منه لان هذه هي هذه هي هذا هو الموجود هو لا يعرف اهل البيت عليهم السلام فقال انا درست تاريخ الاسلام بالتفصيل تاريخ زبالة ما فيه ما يصلح مطلقا وبالتالي انا هذا الاسلام ارفضه فقط يبقى النبي انا اقبله وهو امازيغي وهذه حقيقة هذه حقيقة هذا هو تاريخنا نعم ومنها في غزاة خيبر واشتهار جهاده فيها غير خفي. اجتهاد علي عليه السلام وفتح وفتح الله تعالى على يده. فان النبي صلى الله عليه واله حصر حصنهم يعني حصن اليهود بضعة عشر يوما. بضعة عشر يوما وكانت الراية بيد علي عليه السلام. وين ابو بكر وين عمر؟ وين عثمان؟ الراية تعرف ما معناه يعني بعد النبي علي. هذه الراية. الراية رمز الراية رمز يعني بعدي انا وعلي اين الافضلية هنا? يا اغبياء اين? اين نعم. وكانت الراية بايد علي عليه السلام فاصابه رمد فسلم النبي صلى الله عليه واله الراية الى ابي بكر مع جماعة فراجعوا منهزمين خائفين فدفعها الغد الى عمر ففعل مثل ذلك. يعني اه رجع منهزما مع اصحابه هذا يجبن ذلك. نعم ففعلا مثل ذلك فقال عليه السلام عليه السلام يعني النبي لاسلمن الراية غدا الى رجل. انظر هذه العبارة انا تأملت فيها كثيرا ودوختني. اتحدى اتحدى اي شخص افهم مغزه يفهم مغزاها ولا يسلم لعلي عليه السلام. لا يسلم له الولاية الالهية لأن عبارة اه خطيرة جدا انظر دقق جدا معي انا تأملت فيها. اه جميلا وبينتها في قناة من القنوات. لأسلمن الراية غدا الى رجل يحبه الله ورسوله ويحب الله ورسوله. النبي يعني علي يقول انا احب الله واحب الرسول دعوة تحتاج الى دليل. يعني العلماني الان يحلل لك المسألة. ليس انا. العلماني. اقول دعوة. نعم. لكن النبي الله تعالى يحب عليا هذه من اين? ذلك هذي من اين يعني انت تقول الا احب الله لا كذلك. ادعي كما تشاء فهمت? لكن تدعي ان الله يحبك هذه من اين? من اين بالله عليك من اين? لو صعدت السماوات السبع لا تصل اليها لكن النبي يؤكدها للامير سلام الله عليه هذه مسألة في غاية الخطورة ان الله تعالى يحب ماذا? يحب عليا الرسول هذه مسلمة لكن الله تعالى يحب عليا من اين? بأي ملاك الا بالكشف الالهي. يعني الا اذا قال للنبي الله تعالى يحب علي. والا لا سبيل الى ذلك وهذا يدل على ان للامير مكانة بعد النبي لا يرقى اليها لا الجن ولا الملائكة ولا الانس. نعم ماذا قال قال آآ لاسلمن الراية غدا الى رجل يحبه الله ورسوله يا الله ذلك المقام. انا هذا سميتو الحب النزولي نعم ويحب هو يعني علي يحب الله ورسوله يحب الله ورسوله هذا الحب الصعودي. الحب الصعودي ادعيه انت كما تشاء. لكن حب النزول باي ملاك الا اذا جاء النبي صلى الله عليه واله المتصل بالوحي والمتصل بالله قال هذا يحبه الله. ومن تثبت هذه الخصلة لشخص لم تثبت لاحد فقط لمن? لعلي عليه السلام وهذا خير دليل على انه له الولاية الالهية نعم نعم شي جميل جدا ورائع جدا نعم كرار غير فرار. ها التعريض التعريض غير فرار يعني غير فر. لا يرجع حتى يفتح الله على يده. فلما اصبح قال ائتوني بعلي فقيل به رمد. يعني دعك منه. شوف شوف هذا شوفوا هذي الله تعالى ينطق الناس نعم بما في قلوبهم به رمد يعني لا ينفع دعك منه فتفل في عينه المعجزة النبوية فتفل في عينه دفع الراية اليه فقتل مرحبا انهزم اصحابه مرحبا عنده قصة في نعم هناك عارفة قالت له يهودي قالت له يقتلك اسمي اسمه حيدر آآ شخص اسمه حيدر اياك ان انت التقيت به هو اسمه حيدر نعم ففر نعم لكن قتله الامير سلام الله عليه اسمه مرحبا نعم في التاريخ موجود نعم وكان بطلا. والله طويل نعم اه فقتل مرحبا فانهزم اصحابه اصحاب مرحب غلقوا الابواب فتح عليه عليه السلام الباب واقتلعه وجعله جسرا على الخندق وعبروا وظفروا. سبعين انسان ما يرفعه. فهو قلعه وجعله جسرا حتى مر الصحابة فلما انصرفوا اخذه بيمينه ودعاه اذرعا وكان يغلق عشرون وعجز المسلمون عن نقله حتى نقله سبعون رجلا وقال عليه السلام والله ما قلعت باب خيبر بقوة جسمانية ولكن قنعت بقوة ربانية يعني هذا اشارة المقام الإلهي اشارة الى المقام الالهي هذا المقام الالهي تجلى في هذا الفعل الجميل والرائع. ومنها في غزاة حنين هذه العجيبة والغريبة بقي فقط الامين سلام الله عليه هو الذي يدافع ويجاهد والباقي فر ونسيب لا ليس من المصيبة هذه المرة ام ايمن ابوها ولدها استشهد هناك واحدى عشر من الهاشميين محوطون النبي فقط والباقي كله راح راح واه اختفى نعم يأتي ان شاء الله.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