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في فضائل امير المؤمنين عليه السلام ومثالب بعضي من ذكرهم هنا. قال ومنها في غزاة حنين او في غزوة حنين. وقد صار النبي يعني مشى انطلق صلى الله عليه واله في عشرة الاف فارس من المسلمين فتعجب ابو بكر من كثرتهم وقال لن نغلب اليوم من قلة فانهزموا باجمعهم ولم يبق مع النبي صلى الله عليه واله سوى تسعة نفر علي عليه السلام والعباس كلهم من بني هاشم وابنه الفضل وابو سفيان ابن الحرث من اه ابناء عبد المطلب ونوفل بن الحارث وربيعة بن الحارث وعبدالله بن الزبير عبد الله بن الزبير هذا حتما ليس عبد الله بن الزبير من العوان لان في ذلك الزمان كان صغيرا. نعم وعتوة ورتبة ومعتب بن ابي لهب نعم لان ابناء بنهم التحقوا بالركب. بركب الاسلام وكانوا مع النبي فخرج ابو جرول فقتله علي عليه السلام فانهزم المشركون واقبل المسلمون يعني بعد راجعوا. بعد نداء النبي صلى الله عليه واله والصف العدو فقتل عليه. علي عليه السلام اربعين وان هزم الباقون وغنمهم المسلمون نعم وغير ذلك من الوقائع المأثورة والغزوات المشهورة التي نقلها ارباب السير وكانت الفضيلة في ذلك باجمعه لعلي عليه السلام واذا كان اكثر جهادا كان افضل من غيره واكثر اكثر ثوابا هادي غزوة حنين جيد تطالعونها لانهم فروا كلهم الى امرأة ام ايمن وظاهر ابنها استشهد هناك وتسعى حوطوا النبي لم يجاهدوا فقط علي الذي كان يجاهد نعم وفي نهاية المطاف انتصر النبي صلى الله عليه واله بعلي ثم عاد من فر نعم عاد من فر بعدما انتصر النبي صلى الله عليه واله نعم قال ولن نغلب اليوم من قلة الله تعالى اراد ان ان يؤدبه لا تنهزم وتفر وتترك النبي ما معنى واحد يفر في معركة وفيها النبي؟ يعني يؤثر ذاته على النبي شرك هذا شرك نهى شرك يعني انت يعتمد على اسباب في مقابل الاسباب الالهية. السبب الاصلي وهو النبوة شرك يعني تعتمد على الاسباب اسباب الفرار وتترك السبب الاصلي وهو التمسك اه بالنبي اذا قلنا هذا الشرك فالتوحيد بعد انتفى الايمان انتفى قال ولانه يعني علي عليه السلام اعلم لقوة حدسه يعني ملاكه الاعلامية بقوة حدسه وملازمته للرسول صلى الله عليه واله تربية الرسول هو علمني الف باب نعم ينفتح لي من كل باب اذن ورجعت الصحابة اليه في ورجعت الصحابة فعل احسن. ورجعت الصحابة اليه في اكثر الوقائع خاصة عمر بعد غلطهم يخطئون ثم يأتي الامير يصاح وقال النبي صلى الله عليه واله اقضاكم علي اقضاكم عليها بمعناها اعلمكم عليه لان للقضاء من اصعب المهن يستدعي احاطة تامة بالاحكام في العبادات وفي المعاملات وما اشبه ذلك نعم فاقضاكم علي يعني اعلمكم عليه واستند الفضلاء في جميع العلوم اليه واخبره عليه السلام بذلك شارح نهج البلاغة من وبالحديد المعتزل ويقول الامة ما عرفت التوحيد الا من امير المؤمنين عليه السلام. الشافعي يقول ما عرفنا فقه فقه البغاة الا من امير المؤمنين عليه السلام النحو هو الذي املى قواعده على الدؤلي وهكذا في كثير من المجالات. نعم اقول هذا الوجه الثاني في بيان ان علي علي عليه السلام افا افضل من غيره وهو انه عليه السلام اعلم من غيره فيكون افضل. نعم الملاك والعلم يا كمين كل حركة يسبقها علم ملاك الكاشفية حتى العصمة ملاكها الكاشفية نعم اما المقدمة الاولى فيدل عليها وجوه يعني كيف يكون هو اعلم انه عليه السلام كان شديد الذكاء في غاية قوة الحدس ونشأ في حجر رسول الله صلى الله عليه واله ملازما له مستفيدا منه. العلامة الحلي لا ينطلق من من العنوان الالهي. ينطلق من الامور الطبيعية لانه في مقابل مدارس لا تؤمن بالعنوان الالهي لامير المؤمنين عليه السلام ملازما له مستفيدا منه والرسول الاكرم صلى الله عليه واله كان اكمل الناس وافضلهم لا يقاس احد بالنبي وما حصول القبول التام والمؤصر الكامل يكون الفعل اقوى واتم. نعم يعني اذا كانت العلة الفاعلية قوية والعلة القابلية قوية يعني العلة الفاعلية والنبي ولعل القابلية قوية وهو امير المؤمنين الاثر يكون ماذا يكون يسانخ العلتين الفاعلية والقبيلة فيكون قويا نعم ولهذا يقول واما حصح حصول القبول التام يعني من امير المؤمنين يعني للقابلية والمؤثر الكامل يعني الرسول الاكرم. يكون الفعل اقوى التام. وبالخصوص وقد مارس المعارف الالهية من صغره. مع النبي. وقد قيل ان العلم في الصغر كالنقش في الحجر. وهذا برهان لمي نعم انطلاق من من العلة الى اه المعلوم يعني العلم يكن افضلية. يعني علة الافضلية ثاني ان الصحابة كانت تشتبه تشتبه الاحكام عليها تشتبه الاحكام عليها وربما افتى بعضهم بالغلط مو ربما واقعا قد حدث كثيرا وكان يراجعون عليا في ذلك. ولم ينقل انه عليه السلام راجع احدا منهم في شيء البتة كما لم ينقل ان الائمة عليه السلام عليهم السلام كافة انهم درسوا عند غيرهم وذلك يدل على انه افضل من الجماعة لانه هو المرجع فانه نقل عن ابي بكر ان بعض اليهود آآ لقيه فقال له اين الله تعالى? فقال على العرش نعم على العرش يعني اشارة الى الابهام نعم فقال اليهودي خلت الارض منهم حيث اختص ببعض الامكنة. انظر اليهودي يفهم العرش مكانه فانصرف اليهودي مستهزئا بالاسلام فلقيه علي عليه السلام فقال له ان الله تعالى اين الاين? فلا اين له يضرب التجسيد اليهودي. نعم الى اخر الحديث فاسلم على يده نعم وسئل عن الدلالة والاب في الميراث ولم يعرف يعني ايه اه سئل ابو بكر ما يقول حتى اوضح علي عليه السلام الجواب. سئل عمر عن احكام عن احكام كثيرة فحكم فيها بضد الصواب تراجعه فيها عليه السلام فرجع الى قوله كما نقل عنه اسقاط حد الشرب عن قدامى. لما تلي عليه آآ قوله تعالى ليس على الذين امنوا وعملوا الصالحات آآ آآ جناح فيما طعموا. فقال عليه السلام الذين امنوا وعملوا الصالحات لا النون محرما يعني مناسبة المحمول للموضوع كما يقولون. او مناسبة الحكم للموضوع. هذا مؤمن. كيف يشرب الخمر نعم فهذا انا تأملت في الصحابة خصوصا الصحابة الكبار. دعنا من الصحابة آآ في الدرجة الثانية لم اجد عندهم علما لم اجد عند صحابي علما حتى يقاس بأمير المؤمنين عليه السلام نعم الا سلمان كان حكيما وانتمى الى اهل البيت تزداد حكمة وسلم ان لم يبرز نفسه في مقابل الائمة عليهم السلام. لم يحكم ولم يدعي</w:t>
      </w:r>
    </w:p>
    <w:p>
      <w:r>
        <w:t>شيئا الرجل فمات طاهرا ومؤمن حقا نعم ليس على الذين امنوا وعملوا الصالحات جناح فيما طعموا يعني لا اشكال على المؤمن ان يشرب الخمر وقال عليه فقال علي عليه السلام الذين امنوا وعملوا الصالحات يعني هذا الموضوع هل يستدعي انه يشرب الخمر? لا يستحلون محرما. لماذا? لان الموضوع لا يناسب اه المحمول والمحمول لا يناسب الموضوع في مفارقة يعني اذا قلت مؤمن لا يشرب الخمر اذا قلت شرب الخمر لا تقل اه مؤمن وامره برده واستتابته فان تاب فاجلله والا فاقتله. فتاب ولم يدري عمر كم يحد فامره عليه السلام بحد ثمانين هذا هو الحكم الشرعي لشراب الخمر وامر عمر برجم مجنونة. مجنونة يعني مرفوعة من القلم نعم زنت مجنونة زنت المجنونة لا تزني يزنى بها هنا تزني مسكينة تدري لا وعي لها وبالتالي لا ارادة لها نعم فرده عليه السلام بقوله رفع القلم عن المجنون حتى يفيق حتى يعيد يعود له رشده عقله نعم فقال لولا علي لهلك عمري يعني لولا علي موجود لهلك عمر وولدت امرأة لستة اشهر فامر عمر برجمها. ارهابي ارهاب حقيقة بدون علم هكذا غطرسة. نعم. فقال له علي عليه السلام ان اقل الحمل ستة اشهر. بقوله تعالى وفصاله في عام وآآ قوله تعالى وحمله وفصاله ثلاثون شهرا انزعمت اه عامين من ثلاثون شهرا تبقى ست شهور. هذا هو اه ادنى آآ يعني اقل الحمل وامر عمر برجم حامل فقال له عليه السلام ان كان لك سبيل عليه فليس لك على ما في بطنها سبيل يعني اين الانسانية انت امرأة حامل تقيم عليها يترجمها نعم فامتنعوا وغير ذلك من الوقائع الشهيرة نعم المتعبة في الخيال نعم الثالث قال رسول الله صلى الله عليه واله في حقه اقضاكم علي والقضاء يستلزم العلم فيكون افضل منهم. دائما الملاك والعلم كاشفية ولهذا تجد الدول المتقدمة تنفق كثيرا على العلم علم قوة العلم حقيقة قوة سلطان. الرابع استناد العلماء باسرهم اليه. يعني باجمعهم فان النحو مستند اليه هو الذي علمه لي الدؤلي. وكذا اصول المعارف الالهية يعني العقائد وعلم الاصول فان ابا الحسن الاشعري التلميذ ابي علي الجبائي من المعتزلة وكافة المعتزلة لكافة المعتزلة هذه من النساخ ليس من العلم الحلي. يعني والمعتزلة كافة الحال ينتسبون الى من? الى ابي علي الجبائي. او ينتسبون الى امير المؤمنين. ويدعون اخذ معارفهم منه يعني من علي واهل التفسير رجعوا الى ابن عباس فيه وهو تلميذ علي عليه السلام والفقهاء ينتسبون اليه يعني الى الامير والخوارج مع بعدهم عن ينتسبون الى اكابرهم وهم تلامذة علي عليه السلام خلينا هذا التفسير من ابن عباس صحيح انت اذا رجعت الى التفاسير وتتبعت التفاسير اذا جئت الى التفسير الروائي تجد ابن عباس هو المحور ولكن انا اقول لك معلومة سمعتها من الشيخ الكوراني. انا لم احقق فيها ولكن هو محقق كبير في التاريخ. يقول عبد الله بن عباس كان تلميذا امير المؤمنين عليه السلام ليس من التمار لما حج في المدينة وحج وزار المدينة او في الحج او في المدينة التقى مع عبد الله بن عباس فامر منه عبد الله ابن عباس ان يملي عليه التفسير. يقولون من الصباح وهو يملي عليه الى تقريبا الغروب وابن عباس يكتب فقط فهذه المؤرخون لا يعرفون مع الاسف الشديد الخامس انه عليه السلام اخبر بذلك في عدة مواضع كقوله سلوني عن طريق السماء لاني اعرف به عن طريق من طرق الارض. وقال والله لو اه اه كسرت لها الوسادة يعني اسندت الي الوسادة. لحاكمت بين اهل التراث بتراتهم وبين اهل الزبور بزبورهم وبين اهل الانجيل بانجيلهم. وبين اهل الفرقان يعني القرآن بفرقانه انظر هذه الحالة لي يتمتع بها امير المؤمنين عليه السلام وذلك يدل على كمال معرفته بجميع هذه الشرائع وبالجملة فلم ينقل عن احد من الصحابة ولا عن غيرهم ما نقل ما نقل عنه من اصول العلم نعم بغير هذا علم البلايا علمها لي بعض طلابه المقربين قال ولقوله تعالى وان انفسنا في اية المباهلة اية المبالاة عندك الأبناء المصداق الخارجي والحسن والحسين النساء المصداق الخارجي ينحصر في فاطمة عليه السلام انفسنا ينحصر في امير المؤمنين بالمصداق الخارجي يعني بالتطبيق المخارجي. ما في صحابي هناك في المباهلة نعم اذا الامير هو نفس النبي نور واحد. اقول هذا الوجه الثالث الدال على انه عليه السلام عن الامير افضل من غيره وهو قوله تعالى فقل يعني هو يخاطب نصارى نصارى نجران تعالوا ندعو ابناءنا وابناءكم المصداق الحسن والحسين عليهم السلام ونساءنا المصداق الوحيد والفريد الزهراء سلام الله عليه والنساءنا ونساءكم ما انفسنا وانفسكم الانفس هنا المصداق الوحيد لامير المؤمنين عليه السلام لانه لم ينقل ان كان مع النبي اه صحابة او صحابي او زوجة. واتفق المفسرون كافة. انظر كافة هنا آآ التعبير صحيح اذن الفوق وكافة المعتزلة خطأ والمعتزلة كافة الناصخ ما قالها خطأ او مصحح الكتاب بدليل هذه العبارة انظر يقول واتفق المفسرونك فما قال واتفق كافة المفسرون واتفق المفسرون كافة لنا حال على ان الابناء اشارة الى الحسن والحسين عليه السلام بالتطبيق المصداقي والنساء اشار الى فاطمة عليه السلام بالتطبيق المصداقي. والانفس اشارة الى علي عليه السلام بتطبيق المصداقية ولا يمكن ان يقال ان نفسيهما واحدة فلم يبق المراد من ذلك الى المساوي. ولا شك يعني نفس واحدة من حيث التكوين يعني نفس واحدة في بدنين هذا محال فيبقى ماذا? يعني التساوي في المرتبة فقط النبي يمتاز بالاتصال الوحياني ولا شك في ان رسول الله صلى الله عليه واله افضل الناس فموساوي كذلك ايضا. نعم هادي كلها اقيس منطقية اظمرها العلة منحني قال ولكثرة سخائه على غيره سيرة سيرة بني هشام بني هاشم تصير في بني هاشم السخاء والكرم اقول هذا وجه رابع يدل على ان علي عليه السلام افضل من غيره وانه كان اسخى الناس بعد رسول الله صلى الله عليه واله. حتى انه جال بقوته وقوت عياله وبات طاويا وهو هو وايام ثلاثة ايام حتى انزل الله تعالى في حقهم ويطعمون الطعام على حبه يعني الطعام مطلوب مسكينا ويتيما واسيرا المصداق الأول المسكين المصداق الثاني اليتيم والأسير القصة معروفة مع الاغرس وتصدق مرة اخرى بجميع ما يملكه. وقد كان حينئذ يملك اربعة دراهم لا غير فتصدق بالدرهم ليل وبدرهم نهار وبدرهم سرا وبدرهم علانية فأنزل الله تعالى في حقه الذين ينفقون اموالهم بليلها والنهار سرا وعلانية قد تقول انت هذه جزئيات كيف ينزل فيها القرآن الكريم لا ليست جزء اياد ليست جزئيات. انظر الى القلب والسرير والذوبان في الله تعالى فهذا يسري الى الفعل يجمله فالملك هو هذه النية وهذا الاخلاص من امير المؤمنين. نية المؤمن خير من عمله فهذه النية هي الاساس. ان تتصدق</w:t>
      </w:r>
    </w:p>
    <w:p>
      <w:r>
        <w:t>مليار صدقة وما عندك هذا الإخلاص لا قيمة له اذا الملاك ليس في التصدق الملاك في ذلك الاخلاص والذوبان في الله تعالى فينزل القرآن يؤكد ذلك ويبرزه نعم وكان عليه السلام يعمل بالاجرة ويتصدق بها ويشد على بطنه الحجر من شدة الجوع وشهد له بذلك اعداءه فضلا عن اوليائه. قال معاوية لو ملك علي بيتا من تبر تبر عن الذهب وبيت من تبل لا انفذ كبره قبل تبنه ولم يخلد شيئا اصلا وقال يا بيظاء ويا صفراء يعني الذهب والفضة غري غيري وكان يكنس بيوت الاموال ويصلي فيها مع ان الدنيا كانت بيده انظر هذا الزوج وروح شوف التاريخ. هذا الزهد لمن اعطاوه اعطوه لعمر ما يستحون قال وكان عليه السلام ازهد الناس بعد النبي صلى الله عليه واله والسنة الماضية معروفة زهد الامين زهد الزهد الامين كان يكتفي بقرص صغير وملح هذا فقط من يتحمل من يتحمل هذا الوجود هذا الوجود القدسي اذا كان في عصر النبي عاش مع الصحابة ومع التابعين ايمانهم قوي ولم يفرع عليه السلام لتأسيس تلك الدولة العظيمة. فكيف بعصرنا هذا فالائمة لا يتحملون لانهم وجودات قوية جدا الامة لا تتحمل وجودات قوية نعم لان هذه الوجودات لا تعدل لا تميز في العطاء ولا في شيء فقط الإمام سلام الله عليه لإقامة الحجة الحجة عليه السلام لإقامة الحجة على الإنسانية فتستقر له الامور. نعم  اقول هذا هو الوجه الخامس وتقريره ان ان علي عليه السلام كان ازهد الناس بعد رسول الله صلى الله عليه واله فيكون افضل من غيره. بيان المقدمة الاولى ما نقل بالتواتر عنه انه عليه السلام كان اه سيد الابدان واليه تشد الرحال في معرفة الزوج والتسليك فيه يعني والسلوك فيه وترتيب احوال الرياضات وذكر ما قامت العارفين وكان اخشن الناس مأكلا وملبسا ولم يشبع من طعام قط بالله عليك هذا من يتأسى به? من يتأسى به هكذا? وجود قدسي? نعم قال عبد الله بن ابي رفع دخلت عليه يوما فقدم آآ فقدم جرابا مختوما فوجدنا فيه اه خبز خبز شعير يابسا مرظوظا يعني مقطع مقطع فاكل منه فقلت يا امير المؤمنين كيف تختمه? فقال يعني تختمه لي ماذا? تربطه قوة حتى ما يتحل. يقول خفت من الحسن والحسين يحطوه في يعني في المرق شوف حتى هذا المرق او مرق هتموت باللحم ولا بالدجاج ولا بالوز نعم مرق عادي ايه نعم ماذا قال? قال قال عبيد الله بن ابي رفع دخلت علي يعني على امير المؤمنين يوما اه فقدم اه جرابا مختوما مختوما يعني مغلوق محكم. فوجدنا فيه خبز شعير يابس مرظوضا مقطع مقطع يعني فاكل منه فقلت يا امير المؤمنين كيف تختمه? يعني لماذا تربطه انت? ما يحتاج? يعني هذا يزهد فيه ولا يلتفت اليه. فقال خفت هذين الوالدين يعني الحسن والحسين يلتانه بزيت او سم. لا اله الا الله زيت ابوه مرق وهذا شيء اختص به علي عليه السلام لم يشاركوا فيه غيره ولم ينل احدهم احد بعض درجاته. وكان نعلاه من ليث. ويرقع قميص قميصه بجلد ترة وبليف اخرى وقل ان يتأدب يعني ياكل ياكل الاكل يعني بالمرق فان فعل فبالملح او بالخل فان ترقى فبنبات الارض فان توقفي بلد ثلاثة بلبن بلبن. وكان لا يأكل اللحم الا قليلا. ويقول له تجعل هذه القاعدة الرائعة جدا نعم يا ريت نحن اه اه الحوزويين نلتزم بها. لا تجعلوا بطونكم مقابر الحيوان. يعني لا تأكلون كثير اللحد الدجاج وطلق الدنيا ثلاثا والمقدمة الثانية ظاهرة نعم قال واعبدهم. هذه خاصية للنبي ولامير المؤمنين عليه السلام. زين العابدين يسمى زين العابدين ما كان يستصغر عبادته امام عبادة امير المؤمنين عليه السلام. اقول هذا وجه سادس وتقريره ان علي عليه السلام كان اعبد الناس بعد رسول الله صلى الله عليه واله هذه قاعدة ما يحتاج يذكرها العلامة نحلي دائما قل كان اعبد الناس النبي خارج تخصصا ومنه تعلم الناس صلاة الليل واستفادوا منه ترتيب النوافل والدعوات. وكانت جبهته آآ كفى فينا البعير لطول سجوده وكانوا يحافظوا على النافلة حتى انه بسط له بين صفين نطع ليل هرير فصلى آآ صلى عليه السلام النافلة والسهام تقع بين يديه. في حرب صفين والى جوانبه وهذا السر هذا لمسناها في آآ سر في الامام الحسين عليه السلام في كربلاء وكانوا يستخرجون النصوص من جسده وقال وقت الصلاة لالتفاته بالكلية الى الله تعالى حتى لا يبقى له التفات الى غيره صدقوني هذه الصفات الجميلة والرائعة والالهية نسبوها الى الاغبياء في التاريخ مع الاسف الشديد ذاك صديق وذاك فاروق ولا فاروق ولا صديق خلوني انا اتكلم من قلبي نعم وكان احلامهم يعني الحلم يعني تحمل قال هذا وجه سابع وهو ان عليا عليه السلام كان احرم الناس بعد رسول الله صلى الله عليه واله قلت لكم الرسول خروج تخصصي نبي لم يقابل احدا باساءته فعفا عن مروان ابن الحكم يوم الجمل. وهذه عفو عن مروان بن الحكم اه تأتي بعقول علماء السياسيين العلوم السياسة وبالعقول المحللة في الامور السياسية لا يفهمون هذه المسألة نعم وصرح قول لهم ماذا يصل الى الخلافة الا انه في وقت قليل يعني يعني تلمسه الخلافة في وقت قليل سبحان الله يا امير المؤمنين سيرتك لا يمكن ان يتأسى بها كما هي احد نعم لا يمكن  فعفى عن مروان ابن الحكم يوم الجمل وكان شديد العداوة له عليه السلام وبعده كذلك ومع الائمة وعفا عن عبد الله بن الزبير هذا الناصبي ناصبي معروف يبغض اهل البيت عليهم السلام نعم لما استأثره يعني يوم الجمل وكان يشتمه عليه السلام ظاهرا نعم معروف معروف بنصبه الزبيريون منافقون الامويون عبدالملك بن مروان هادو ناس يريدون سلطة يريدون الدنيا ما عندهم علاقة لا بالدين وبالله تعالى الزوبريون لا يتظاهرون بالدين وهم نفاق في نفاق فاخطر على الامة من الامويين لان المنافق انت لا تعلم به نعم الحمد لله اننا نحن عندنا البصيرة من مقياس ما هو اهل البيت عليهم السلام هو كان ناصبيا فهو منافق خبيث نجس نعم البقية تأتي ان شاء الله. اللهم صلي على محمد وال محمد اللهم صل على محمد وال محمد. اللهم صل على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