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هذه الموضوعات التي نتناولها الان تتصل بامير المؤمنين عليه السلام ومن خالف الامين يعني خالف خط الرسالة هذه كلها يجب ان تدرس في السيرة سيرة الامير سلام الله عليه سيرة النبي وكذلك كتب التاريخ فالمسألة مسألة تنتمي الى الالهيات الوحيانية ولا يمكن ان تنتمي الى الالهيات الطبيعية لان الالهيات الطبيعية الملاك هنا هناك للكشف العقلي وهذه الامور يمكن ان ان يدرك العقل ويتسع في الاستنباط اما انه يدرك اصلها فلا. فهذه نحتاج الى النصوص يعني الى الالهيات الوحيانية. غير الالهيات الوحيانية لا يمكن الوصول اليها. ولهذا تجد المحقق التوصي هو له العلامة الحلي يركزان على ماذا? على النصوص نعم قال عليه السلام ولم يزل الزبير رجل منا اهل البيت حتى اه شبهوا شب شبه عبدالله يعني ابن هذا كبر اظل والده مع الاسف الشديد هذا الانسان كان يبغض اهل البيت عليهم السلام عبد الله بن الزبير الذي حكم مكة ثلث سنوات وضربت اه الكعبة بالمنجنيق ذبح هو هناك قصة معروفة نعم المختار كان حاضرا لما ضربت اه اه الكعبة بالمنجنيق ثم ذبح قتل هناك تلت سنوات هذا مسجد الصخرة ذي القبة الصفراء في في بيت المقدس اغلبية الناس يعتقدون ان ذاك هو بيت المقدس. لا ابدا. هذا بناه عبدالملك بن مروان اخوه كان مهندسا بناءا فنانا في البنايات وقالو ان تبني لي مسجد هناك واخذ قطعة من اه الصخرة الذي عرج منها النبي الى السماوات السبع عليه السلام اخذ قطعة ووضعها في وسط المسجد. هذا المسجد الذي قبته صفراء ما عنده علاقة بالمسجد الاقصى ابدا بناها الامويون السر في البناء ما هو? لان الزبيرين حكموا في مكة تلت سنوات عبد الملك بن مروان منع الحجيج الذهاب الى مكة لماذا? لان هناك يسمعون خطب عبد الله بن الزبير يفضح الامويين لتنقلب الاية على ماذا? على عبدالملك بن غوان وجماعته فقال خليهم يروحون يدورون على هذه على هذه الصخرة اللي وضعها في وسط المسجد وهذا هو الحج. ثلاث سنوات وهم يطوفون على هذه الصخرة في ذلك يسمى المسجد الصخرة. ما عنده علاقة ببيت المقدس. صحيح هو بني داخل محوطة ولكن لا يمت بصلة بالمسجد الأقصى بناه عبد الملك بن مروان اخوه اخوه المهندس بناه بأمر عبد الملك بنوار لهذه الغاية. ما هي? حتى الناس تطوف على هذه الصخرة. ثلاث سنوات. حتى لما قتل عبد الله بن الزبير تغيرت الامور فصار الحج على الحج في مكة المكرمة. هاي قصتها. نعم انا سمعت شاب عراقي عاليوتيوب ان لم ارى احمق في حياتي مثل هذا. يريد يبطل الاسلام. ويدعي انه يفهم. يقول اه انتم تقولون ان النبي عرج من المسجد الاقصى وكذا وكذا هادي كلها خرطي وكلها تناقضات لان هذا المسجد بناه ملك عبد الملك بن مروان. اي نعم الاحمق لا يخلط بين مسجد الصخرة والمسجد الاقصى الذي باركنا حوله. اذا فسرنا المسجد الاقصى هنا  يعني في القدس ليس في السماء المهم حسب المشهور انه هناك في فلسطين لكن هذا غير مسجد الصخرة يا احمق يا اغبي فانت تتبجح بالحادك لانك ما تعرف التاريخ بجهلك? نعم قال عليه السلام لم يزل يعني الامير لم يزل الزبير رجل من اهل البيت عليهم السلام حتى شبه عبدالله يعني كبر وعفا عنه سعيد وعفا عن سعيد بن العاص وكان عدو له عليه السلام واكرم عائشة وبعثها الى المدينة مع عشرين امرأة عقيب آآ حربها له في حرب الجمل وصفه عن اهل البصرة مع محاربتهم له. ولما حارب معاوية سبق اصحاب معاوية الى الشريعة يعني الى الماء. فمنعهم فمنعوه من الماء فلما اشتد العطش باصحابه حمل عليهم وفرقهم وملك الشريعة فاراد اصحابه ان يفعلوا بهم كذلك فنهاهم عن ذلك وقال فافسحوا بعض الشريعة ففي حد السيف حد السيف ما يغني عن ذلك. هذه سيرة الائمة صدقوني لا يمكن ان يقتدي بها اي حاكم على وجه الارض الا هم لأن هذه استراتيجيات الآن تسمى استراتيجيات الحروب من من يستطيع ان يتصرف مثل الائمة هذه الائمة هذه التصرفات. انا دائما في نقاشي مع مع الطلاب وغير الطلاب يأتي طلحة والزبير اه يريد ان العمرة الامير يعرف انهم يريدون الغدر تحريك عائشة لحرب الجمل  هما يطلبا منه ماذا? الاجازة للعمرة فهو يقول انتم لا تريدون العظام تريدون الغدر. سيدي لماذا تزيز لهما? تسجنهما حتى ما تتحقق هذه حرب الجمل. لا ليس سيرة الائمة هكذا ولهذا لا يمكن ان يقلدهم حاكم من الحكام ابدا مهما تلقت عدالته استراتيجية سياسية تمنع هذا لكن الامير لا اعطاهم حرية تفضلوا نعم تفضلوا سبحان الله الله تعالى هكذا فعل مع الشيطان والامير يفعل مع الاعداء لانه هما كذلك من تجليات الشيطان نعم قال واشرفهم خلقا هذه من البديهيات نعم بمنطق الولاية الالهية او بمنطق ماذا? السيرة الطبيعية ما في شخص آآ يرقى الى اخلاق امير المؤمنين عليه السلام قال واشرفهم يعني وكان اشرفهم خلقا. اقول هذا وجه ثامن وتقريره ان علي عليه السلام كان اشرف الناس خلقا واطلقهم وجها حتى نسبه عمر الى الدعابة مع شدة بأسه وهيبته قال صعصع بن صوحان كان فينا كاحدنا لين لين جانب وشد التواضع ايه لا كان في كان فينا كاحدنا لينا جانب وشدة تواضع وسهولة قياد نعم وكنا نهابه مهابة الاسير المربوط للسياف الواقف على رأسه وقال معاوية لقيس بن سعد رحمه الله ابا حسن فلقد كان هشا بشا ذا فكاهة فقال قيس نعم ابا قيس كان للامام الحسن كملك الاشطر لامير المؤمنين عليه السلام نعم. اما والله لقد كان مع تلك الفكاهة والطلاقة اهين من ذي لبذتين قد مسه الطوأ تلك هبة التقوى ليس كما يهابك طغاة في الشام. فيكون افضل من غيره حيث جمع فيكون افضل هذا الكلام من علم الحلي. فيكون افضل من غير حيث جمع بين المتضادات من حسن الخلق وطلاقة الوجه نعم وعظم شجاعته وشدة بأسه وكثرة حروبه. نعم هذه الامور بالنسبة للامير بمنطق الطبيعة وليس بمنطق المنصب الالهي لا يرقى اليه شخص نعم قال واقدمهم ايمان نعم واول من اسلم من الرجال يعني من غير النساء خديجة والأمير اقول هذا وجه تاسع وتقريره ان عليه علي عليه السلام كان اقدم الناس ايمانا نعم. هم يقولون ابو بكر اول من اسلم لا ابو بكر اسلم بعد ستين شخص نعم وظعوهم خلفاء وقعوا في مأزق. ما هو المأزق? ما عندهم شيء. فبدأوا ينسبون اليه. انسب انسب انسب انسب ماذا يمنعك السلطة بيدك</w:t>
      </w:r>
    </w:p>
    <w:p>
      <w:r>
        <w:t>سلطة بيدك. نعم. من يتكلم يتقطعلو راسو نعم روى سلمان الفارسي عن النبي صلى الله عليه واله انه قال اولكم ورودا على الحوض اولكم اسلاما علي بن ابي طالب عليه السلام. نعم وقال انس بعث النبي يوم الاثنين واسلم علي يوم الثلاثاء لا اله الا الله. وقال رسول الله صلى الله عليه واله لفاطمة عليه السلام اه زوجتك اقدمهم سلما واكثرهم علما. وقال عليه عليه السلام يوم على المنبر. انا الصديق الاكبر انظر هذه تعريض هذا تعريض بها الصديق والصديق قال له الامير سلام الله عليه كان يعلم ان الامويين يؤسسون لهذا الامر نعم فسبقهم نعم انا الصديق الاكبر وانا الفاروق الاعظم. امنت قبل ان امن ابو بكر واسلمت قبل ان اسلم. لاحظت يعني ليس هو الصديق ولا عمر هو الفاروق وكان ذلك بمحظر من الصحابة ولم ينكر عليه احد من من ينكر? هذه حقيقة نعم الصحابة هاي فلسفتهم. تريدون الصحابة موقفهم من النبي? اولا فيهم الصحابة يبغضون الامير شريحة كبيرة كما قال ابن تيمية. هنا صدقك وهو كذوب. ابن تيمية هنا صدقك هو كذوب كتير من الصحابة غضون الامير خصوصا قريش صحابة من قريش باقي الصحابة ان هذا هذا الرجل اذا حكم يكلفنا كثير هذا يتعبنا خلينا منو نعم هاي القضية جماعة تبغض الامين يعني منافقة لا يؤمن الا لا يحبك يعني الا مؤمن ولا يبغضك الا منافق. منافقة وجمع لا جماعة يكلفنا هذا. هذا يكلفنا كثير هذا بعد فلا يمكن ان تمشي الامة مع شخص كبير المؤمن عليه السلام. نعم وروى عبد الله بن الحسن قال كان امير المؤمنين عليه السلام يقول انا اول من صلى واول من امن بالله ورسوله ولم يسبقني بالصلاة الا الا نبي الله ولانه عليه السلام كان في منزل رسول الله صلى الله عليه وسلم في منزل رسول الله صلى الله عليه وسلم شديد الاختصاص به عظيم الامتثال لاوامره لم يخالفه قط حتى لما بعثه اللي لا ادري اي غزوة حتى يفتح الله على يده استوقفه الامير لم لم يلتفت نعم لم يلتفت لانه امر الخلاصة الالتفاتة ان يراها معصية سلام الله عليك يا امير المؤمنين نعم وابو بكر كان بعيدا عن عنه مجالبا له. نعم يعني بعيدا عن النبي مجانبا للنبي ليبعد عرض الاسلام عليه قبل عرضه على عليه السلام. نعم وبالخصوص وقد نزل قوله تعالى وانذر عشيرتك الاقربين اين اين ابو بكر من العشيرة? لا ليس من العشيرة اذا من مسه الوحي هو امير المؤمنين. اول من مسه الوحي امير المؤمنين نعم. لا يقال ان اسلامه عليه السلام كان قبل البلوغ فلا اعتبار به. هذا ارادة من اهل السنة انا اياهم يأتون بالعجائب والله لو تجسد لهم الله تعالى والله لا يتجسد مستحيل لما صدقوا به كما قال المنصور منصور مؤسس الدولة العباسية قال لو بعث النبي لقتلناه لاجل هذا الحكم نعم حكم نريد الحكم نعم. يقول نحن لا يمكن ان نقاس باهل البيت سفلة انتم كنتم سفلة فماذا يبقى المنصور? هذه هي فلسفته وهذه هذه القواعد السياسية يجب على الطالب ان يفهمها من السيرة. بقية فقط القوة ها القوة ما عنا سلاح في مقابل اهل البيت لا فقط القوة نعم لا اله الا الله لا يقال ان اسلامه عليه السلام كان قبل البلوغ فلا اعتبار به جيد اذا لا اعتبار لنبوة عيسى عليه السلام بناء على هذا الكلام لماذا انتم تعتبرون نبوة عيسى اذا جعلنا الملاك العقلي ما هو اه قبل البلوغ لاننا نقول المقدمتان ممنوعتان اما الاول فلان سن علي عليه السلام نادي في اللغة العربية يقول سن او عمر الذي يجب ان نبحث عنها جيدا. انا الذي اعرفه ان العمر يعني ان عمر عليه السلام كان ستا وستين سنة او خمسا وستين سنة والنبي عليه السلام بقي بعد لوح ثلاثة وعشرين سنة. وعلي عليه السلام بقي بعد نبي نحو من ثلاثين سنة سيكون سنه علي عليه السلام وقت نزول واحد فيما بين اثنتا عشر سنة وبين ثلاث عشر سنة نعم. والبلوغ في هذا الوقت ممكن خصوصا في اه منطقة حارة جدا بالنسبة للبنات وبالنسبة للذكور. البلوة يكون مبكرا نعم نعم ممكن فيكون واقعا لقوله عليه السلام زوجتك آآ اقدمهم اسلاما واكثرهم علما. واما الثانية فلان الصبي قد يكون رشيدا. نعم نعم يعني هذه الامور بيد الله تعالى ليس البلوغ قبل البلوغ والملك. نعم فلان الصبي قد يكون رشيدا رشيدا يعني كامل العقل كامل العاق حذف بيان قبل سن البلوغ فيكون مكلفا. ولهذا حكم ابو حنيفة بصحة اسلام الصبي. واذا كان كذلك دل على كمال الصبي نعم اما الاول فان الطباع في الصبيان مجبولة على حب الابوين والميل اليهما في اعراض الصبي عنهما والتوجه الى الله تعالى يدل على قوة كماله. نعم بعد على منحني دخل في علم النفس. نعم. سلام الله. سلام الله عليه. نعم. واما ثانيا ثانيا طباع الصبيان منافية للنظر في الامور العقلية والتكاليف الالهية نعم اصلا اه لا يرقى عقلهم الى هذه الامور الامور العقلية والتكاليف الالهية وملائمة اللعب واللهو فاعراض الصبي عن الامير عما يلائم طباعه الى ما يناصره يدل على عظم منزلته في الكمال. فثبت بذلك النتيجة فالتفريغ فثبت بذلك ان علي عليه السلام كان اقدمهم وايمانا فيكون افضل افضل لقوله يعني افضل من غيره لقوله تعالى والسابقون السابقون اولئك المقربون قال وافصحهم بعد هذه خاصية لبني هاشم هادي خاصتي على بني هاشم. من الرسول الى الزهراء في خطبتها المباركة الى الامير في نهج البلاغات هو الامام الحسن الامام الحسين زين العابدين في في الشام يا الله يا الله هذه كلها امارات على ماذا? على ذلك امارات على ذلك المنصب الالهي صدقوني امرات لا اقول ادلة عقلية. امارات كافية على ذلك المنصب الالهي. اقول هذا دليل عاشر وتقريره ان علي علي عليه السلام كان ابلغ الناس في الفصاحة. واعظاهم اعظمهم منزلتي بعد رسول الله صلى الله عليه واله. حتى قال البري كافة ان كلامه دون كلام الخالق وفوق كلام فوق كلام المخلوق ومنه تعلم الناس واصناف البلاغة حتى قال معاوية ما سن الفصاحة ما سن يعني ما قنن الفصاحة لقريش غيره. هذا معاوية معاوية معاوية العدو نعم وقال ابن نبتة حفظت من خطبه مائة خطبة. وقال عبدالحميد ابن يحيى حفظت سبعين خطبة من خطبي وهذه الحكم اللي هي مئة حكمة الجاحظ كان لا يعطيها لاحد حتى توفى نعم والان موجودة في اخر نهج البلاغ نعم والان طبعت طبعت كما هي عند الجاحظ نعم فالنهج البلاغة محيط محيط من من المعارف محيط من السياسة محيط من الاجتماع محيط من النفسانيات محيط محيط. نعم نعم مع الاسف الشديد نحن ندرس الكفاية وكل دروب الكفاية</w:t>
      </w:r>
    </w:p>
    <w:p>
      <w:r>
        <w:t>باللغة الفارسية الكفاية. نعرفها بدقة فائقة واذا بتأتي الى التطبيق العملي كما قال الشيخ الايرواني ثلثها آآ ثلثها فقط. ممكن اقل من الثلث ونترك هذا نهج البلاغة اللي هي وكلام الامير سلام الله عليه فيه من كل الفنون ليس فقط البلاغ نعم وقال واسدهم رأيا. نعم. هنا المحقق الطوسي يمشي طبيعيا ولا يركز على البعد الالهي. يعني بيقول المنطقيين يستخدم البرهان الاني. يعني من العلامات الى اصل الكمال اذا انطلق من المنصب الالهي يعني الولاية العلوية هناك برهان ليمي احرز الولاية كل الكمالات تأتي كلوازم. هذا برهان اه برهان الملازمات او برهان اللمبي برهان الملازمات تبلور بعد اقول هذا دليل حادي عشر وتقريره ان علي عليه السلام كان اسد الناس رأيا بعد رسول الله صلى الله عليه واله واجودهم تدبيرا وعرفهم بمزايا الامور ومواقعها وهو الذي اشار على عمر بالتخلف عن حرب الروم والفرس وبعث نوابه. واشار على عثمان بما فيه صلاحية وصلاح المسلمين. فخالفه حتى قتل. يعني قتل معاوية. آآ عثمان فيكون افضل من غيره. فيكون لعلي عليه السلام افضل من غيري نعم الامير سلام الله عليه. هذه الحروب مع الروم من تخطيطاته من تخطيطاته الشيخ الكوراني عنده كتاب جديد يتكلم عن هذه الفتوحات مع الروم بيقول كل كل التخطيطات الامير وقادة الحرب اه هم طلاب الامير اصحاب الامير اما الخلافة الخلفاء ما عندهم. لا جمل ولا ناقة في هذه الفتوحات قالوا واكثرهم يعني وكان اكثرهم حرصا على اقامة حدود الله تعالى. امير المؤمنين هناك لا اصلا لا يتسامح ابدا في الحدود. لان الحدود هي ملك الحياة. ولكن في القصاص حياة يا اولي الالباب انزع الحدود من الامة يكثر الفساد. وتقول البركة نعم الحياة تنتفي اقول هذا وجه ثاني عشر وتقريره ان علي عليه السلام كان اكثر الناس حرصا على اقامة حدود الله تعالى لم يراقب في ذلك احدا ولم يلتفت الى قرابة بل كان شديد السياسة خشنا في ذات الله تعالى لم يراقب ابن عمه ولا اخاه وناقض مستقلة بن هبيرة ودار جرير بن عبدالله البجلي من الاصحاب وصلى بجماعة وقطع اخرين ولم يساويه في ذلك احد من الصحابة. نعم. فيكون افضل من غيره. اصلا انت اذا رجعت الى السيرة السابقة للخلافة ما قبل اه الامير سلام الله عليه تجد مخالفات كثيرة جدا للنصوص صراحة خصوصا في الحدود. نعم اه خالد يزني يقتله ويزني يقتل انسان اه انسانا مؤمنا في وقت في صلاة وهو يؤدي الصلاة ملك بن نويرة ثم يزني بزوجته ولا يقيم عليه الحد الخليفة الأول افهمها انت هذه. نعم قال واحفظهم لكتاب العزيز نعم ليس فقط الحفظ لحفظ الصحابة حافظين لا التباهي في القرآن اني تارك فيكم الثقلين كتاب الله وعترتي يعني القرآن هو متل الائمة والائمة هم متن القرآن. ليس فقط الحفظ. نعم. اقول هذا وجه ثالث ثالث عشر وهو ان عليه السلام علي عليه السلام كان يحفظ كتاب الله تعالى على عهد رسول الله صلى الله عليه واله. ولم يكن احد يحفظه وهو اول من جمعه. نعم هذا يقول لك صحابي حافظ كل القرآن وكذا هذا آآ لا تصدق نعم ممكن يحفظ البعض وكذا الا بعض الصحابة نعم. وقال الجمهور انه تأخر عن البيئة بسبب اشتغاله بجمع القرآن الكريم. يعني تأخر عن بيئته ابي بكر لا اصله هو لا يصدق بابي بكر ولا بغيره. نعم. واما واما القراء يسندون قراءتهم اليه كبير عمر بن علاوي وعاصم وغيرهما لانهم يرجعون الى بي ابي عبدالله السلمي وهو تلميذه تلميذه عليه السلام فيكون افضل من غيره. هذه النسخة التي تقال توزع في في الحج وهي نسخة نسخة المخالفين. هذه برواية امير المؤمنين عليه السلام. اين مصحف عثمان? لا ما فيه. مصحف علي عليه السلام. نعم نعم قال ولاخباره بالغيب الملاحم ليس فقط بالغيب الملاحم. نعم. ولا يشك في هذا الا منافق نعم اقول هذا وجهه رابع عشر وتقريره ان علي عليه السلام اخبر بالغيب في مواضع كثيرة. ولم تحصل هذه المرتبة لاحد من الصحابة ابدا ابدا فيكون افظل منهم قطعا. اذا كان هو هكذا اذا ملاك الافضلية غير موجود سلب بنتي في هذا الموضوع. يعني لا يقاس به احد وذلك كاخباره بقتل ذي الثدية ولما لم يجده اصحى به بين القتلى قال والله ما كذبت ولا كذبت ما كذبت ولا كذبت فاعتبرهم فاعتبرهم حتى وجدوه وشق قميصه وجد على كتفه سلعة كثدي المرأة عليها شعرات تنحدر اه كتفه يعني على كتفه مع جزيها وترجمها اه مع جذبها وترجم على تركيا. يعني علامة على انه ذي الثدية. على رأس المنافقين وراس الخوارج في حرب الجمل لا ليس في حرب حرب الخوارج وقال له اصحابه ان هذا ان اهل النهروان قد عبروا نعم فقال عليه السلام لم يعبروا. فاخبروه مرة ثانية فقال لم فقال لم يعبروا وقال جند بن عبد الله الازدي في نفسه آآ ان وجدت القوم قد عبروا كنت اول من يقاتله. يعني انا لو وجدت القوم يعني اه اه الخوارج قد عبروا كنت اول من يقاتله فلما وصلنا النار لم نجدهم عبروا فقال عليه السلام يا اخ الازد اه اتبين اتبين لك الامر? يعني يعلم ان الامير يعلم بما في بطنه انظر هذا جندب كان من المخلصين. الا انه لم يتعامل مع الامير سلام الله عليه بعنوان الولاية الالهية والا كيف نتا عندك عندك العلة تشك في المعلول انت الآن امام الامام صاحب الزمان سلام الله عليه. ويقول سيحدث الامر الفلاني. انت الولاية خلاص انت لازم هذا طبيعي منطقي عقلي. وضروري وحتمي لماذا تركز على المعلول مع ان انت عندك العلة وهو الولاية الالهية. اذا هذا مادام يركز على الفعل وليس على كلام الامير. هل الفعل يتحقق عبروا ام يعبروا? يعني لم يؤمن بماذا? بالولاية الالهية لامير المؤمنين. يتعامل معه انه افضل الناس واصلح الناس لقيادة الامة. نعم يقول جند بن عبدالله الازدي في نفسه ان وجدت القوم قد عبروا كنت اول من يقاتل عليا. فلما وصلنا النار لم نجدهم عبروا فقال عليه السلام يا اخا الازد اتبين لك الامر وذلك يدل على اطلاع على ما فيه ضميره هذا هو الامير سلام الله عليه ولم يعتبه عتب عليه ولم يحاربه ولم يضربه ولا تحر تؤمن لا تؤمن بمقام الالهي فانت حر. هذه سيرة الائمة العطراء هذه السيرة الجميلة والرائعة نعم واخبر عليه السلام بقتل نفسي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