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ووفقنا الله واياكم للخير ما زلنا مع الامير سلام الله عليه ببيان نعم خصوصياته وانه كان يعلم باذن الله بالغيب واخبر عليه السلام بقتل نفسه في شهر رمضان نعم وبولاية الحجاج نعم وانتقامه وبقطع يدي جريرا بن مصهر وبقطع رجله وبصلبه على جذع لجذع ففعل به ذلك في ايام معاوية. نعم الامير اخبره النبي انه يقتل في شهر رمضان مبارك نعم اللحية لحيته تخضب بدمه الشريف. سلام الله عليك يا امير المؤمنين عليه السلام قد انتم تتعجبون من المخالفين لماذا لا يعترفون بأمير المؤمنين عليه السلام انت اذا كان عندك اطلاع بالفكر الغربي ان الامير يحتل بعد النبي المرتبة الثانية بعد النبي عند كبار مفكري الغرب نعم احكي لكم قصة واقعية عندها علاقة بأمير المؤمنين سلام الله عليه وجيد انها تسجل عراقي مثقف باحث في فرنسا لا ادري المدينة اي مدينة واحتمال كبير انها باريس لان باريس عندها مؤسسات علمية وجامعات كثيرة فهو  يبحث في اطروحاته الدكتوراه او كتابة كتاب فكان لاصقا بمكتبة من مكتبات باريس. مكتبة غنية نعم يروح هناك ويبحث مصادر متعددة متنوعة لها علاقة ببحثه فيومين يروح يوم من الايام وجد المكتبة مغلوقة معطلة والحارس موجود المدير موجود طبعا لكن ولا واحد يدخل الدخول ممنوع ذلك اليوم فهو تكلم مع الحارس. لماذا المكتبة معطلة قالها اليوم معطل نعم واذا الحيت وتريد ان تعرف تكلم مع المدير المهم صعد عند المدير المدير استقبله بكل احترام لأنه باحث علمي الغرب عادة يحترمون المفكرين فقال ماذا تريد? قال انا عندي عندي بحث وهذه المكتبة يومين اتي واليوم عطل لماذا؟ قال لها اليوم معطل لا يدري تعطل مرة في ثلاثة شهور. المهم تعطل اه تعطل ولا واحد يدخل هذه المكتبة نعم لا باحث ولا ولد. فقط العمال يأتون ولكن من الخارج وهي عادة مكتبة مفتوحة لي للباحثين والمحققين فهذا العراقي الح على هذه المسألة لانه يبحث كذا هذا المدير لما رآه انه يلح قال له تعال معي صعده الى طابق في المكتبة دخلوا هذا الطابق قاعة كبيرة قاعة كبيرة فيها طاولة كبيرة هكذا عريضة وطويلة تتسعني عشر انفار ممكن طناش خمسطاش نفر ورفوف ما فيه كتب يعني رفوف خشبية كتاب ما فيه فيه رزمة نعم مرزما هناك في علبة على الرف من الرفوف فالمدير اخذ هذه العلبة ووضعها على الطاولة وجلس مع هذا العراقي قال افتح هذه العلبة هذا العراقي فتح العلبة قال اسحب الكتابين خرج الكتاب الاول قالوا ما هذا؟ قال هذا قرآن كريم. قال هذا كتابه الفرنسي يتكلم عن العراق هذا كتابكم قالوا نعم. قالوا والكتاب الثاني قل سحبت الكتاب نهج البلاغ قال هذا كتابكم? قالوا نعم قال هذا اليوم عقول فرنسا تأتي الى هذه الى هذا الطابق وتبحث في الكتابين علها تستخرج نظرية شيئا من الكتابين. عقول فرنسا فالمكتبة تعطل لاجلهم نعم لاجلهم يجلسون في هذه القاعة ويبحثون في الكتابين حتى يستخرجوا منهما الكنوز قال وانتم المسلمين يعني اعني المسلمين الاختصاص انتم في غفلة من امركم نعم لو تعرفون قيمة هذين الكتابين قال الان ادركت لماذا نحن نعطل المكتبة نادر هذا التعطيل مرة في ثلث شهور مرة في ست شهور انا لا ادري. المهم يعطلون المكتبة مطلقا وهذه هذا الطابق ما في كتب. رفوف بدون كتب فقط فيه القرآن الكريم ونهج البلاغة تأتي عقول فرنسا تتأمل في الكتابين في حيثية اقتصادية حيثية اجتماعية حيثية نفسانية نعم حيثية فلسفية حيثية تربوية وصدقوني المضطهدين رحمة الله عليه يقول المغالطات نحن في المنطق ندرس المغالطات تلطاش المغالطة في شرح الاشارات انت بالمنطقة او شرح جوهر المظيد للمحقق الطوسي الشمسية لا تجد اكثر من تلطاشن المغالطة في الغرب اوصلوها الى مية وخمسين مغالطة. طبعا كثير من المغالطات اه تندرج تحت هذه تلطاش بلحاضنا نعم. المطهر يقول انا لما اه تدبرت في القرآن ووجدت المغالطات التي ذكرها القرآن الكريم للمشركين والكفار والمنافقين نعم وحتى بعض المؤمنين يعني العصاة يقول اكثر مما اكتشفه الغرب يعني كنوز موجودة في اه القرآن الكريم وفي نهج البلاغة وفي الصحيفة السجادية وفي اصول الكافي والتوحيد الصادوق كنوز كنوز وكنوز فالغرب يدرك من هو علي نعم والعالم الاسلامي يدرك من هو علي والامامية يدركون من هو عليه المشكل في علي. المشكل في علي عليه السلام علي عنده نمط حياة لا يتحمله حتى الامامية. يعني حتى بعض الامامية لا يتحملون نمط حياة امير المؤمنين عليه السلام نعم انت لا تذهب بعيد حياة بعض المعممين حياة امير المؤمنين عليه السلام والله لو حشر الامير سلام الله عليه ورأى هذه الحياة لتبرأ منه لتبرأ منهم هذو ينتمون الى الامامية ينتمون الى خطه عليه السلام فكيف بالمخالفين كيف بالمخالفين? يعني معاوية ما يعرف الامير يعرفو احسن مني واحسن منك نتا وعايش امير المؤمنين سلام الله عليه. لكن هو ما يتحمل حياة امير المؤمنين عليه السلام. يعني معاوية يتحمل يقتصر في اكله على خبز يابس ها كان الامير يكسره على ركبته وماء وملح وهو كان ياكل البطل المحشي بالفستق والبندق مشكل في امير المؤمنين عليه السلام لا يمكن للانسان ان يتحمل معيشته عليه السلام الا الاتقياء حقيقة الا الاتقياء. فالعالم يعلم الغرب يعلم السنة تعلم الشي اية تعلم يعلمون ان من هذا الرجل ايه العظيم? نعم لكن حياتهم لا امل حياتهم لا تتحمل حياتهم لا تتحمل نمط حياة امير المؤمنين عليه السلام. نعم واعينوني بزهد وتقوى وزهد. هو يقول يقول انتم لا تستطيعون. لكن انتم على الاقل حاولوا تتقون اه تساعدوني على الصعود. نعم واخبر عليه السلام بقتل نفسه هذه مشهورة اخبره النبي ان اشقى الاشقياء. نعم. يخضب لحياتك بدمك في شهر رمضان. وبولايته للحجاج انعام الحجاج. هذا الحجاج عجيب وغريب الشعبي كان آآ اكبر علم سني في زمانه. كان صديق الحجاج يجلس ويشرب الخمر معه. وراوي الاحاديث ثقة وكذا ويشرب الخمر مع مع الحجاج ثقة ومن من اساطير علماء المخالفين ماذا يقول هذا الشعبي? يقول الله تعالى ابتلانا باهل البيت اسمع هذه النقطة هذه هذا مفتاح لفكر هؤلاء نمط فكر قال الله تعالى ابتلانا بها البيت اهل البيت الذين نحن نؤمن به يعني الامير سلام الله عليه الحسن والحسين زين العابدين. امام الكاظم الامام السابق وهكذا وامام البقر قال الله تعالى ابتلانا باهل البيت نكون معه نغضب السلطان نكون مع السلطان ندخل جهنم لكن هو اختار ان يكون مع الحجاج ولا يكون مع اهل البيت عليهم السلام. لماذا؟ لان الامير سلام الله عليه او الامام الحسن او الامام الحسين</w:t>
      </w:r>
    </w:p>
    <w:p>
      <w:r>
        <w:t>يعطيك نمط حياة تضحية جهاد مشكل جلس مع السلطان والحجاج والأمير امير امير امير عبد الملك بن مروان هو كان كان هو اه السيف عبد الملك بن مروان يجلس ويشرب معه اه تسأل الشعبي. الشعبي انت اهل البيت عم يسلموا على على باطل وعلى حق ولا على حق والطريق الصحيح هو لكن انا ما اتحمل ما اتحمل هذه هذا النمط الحياة الايمن راح تحمله صعب علي انا اريد واحد كان حجاج ومعاوية يغدق علي بالاموال والخير نعم هذه هي الفلسفة اتتصور ان مسألة حديث الغدير والنقاش في الآية الفلانية لا ابدا هذي كلها يريدون يضيعونا يتيهونا فقط والى الحقيقة هذه نعم واخبر عليه السلام بقتل نفسه في شهر رمضان وبولاية الحجاج وانتقامه. وبقطع يدي جريرة بن مصهر بقطع رجله وبصلبه على جذع جذع ففعل به ففعل به ذلك. فيا معاوية. وبصلب ما يسمى الطمار استاذ عبد الله بن عباس في التفسير تسأل انت علماء التفسير ان ميثم استاذ عبدالله بن عباس الذي ترجعون في التفسير الروائي اليه. يعني اذا شئت انت رواية تفسر اية قرآنية او تبين مصداق مصداق النزول يعني سبب النزول. تذهب بلا ماذا? الى عبد الله بن عباس. لماذا? لاننا اخذ التفسير من امير المؤمنين عليه السلام وليس فقط من الامير. ومين ما يسمى الطمار لكن صدقني ولا مفسر انا شفته من المفسرين العامة. يعرف ما يسمى الطمار ناهيك انه يقول استاذ عبد الله بن عباس في التفسير. لا اله الا الله. نعم. وبصلب ميسم التمار على باب على باب عمر بن حريص آآ عاشر عشرة اراه النخلة قالوا هذه النخلة التي اه تصرف عليها التي يصلب على جذعها فكان كما قال. وقع وقع نعم الامير وبذبح قمبر فذبحه الحجاج. نعم اه ما ادري والله اللي كتير من التابعين وحتى الصحابة ما كانوا ينظرون الى امير المؤمنين بعنوان بهذا العنوان الالهي صدقني ما عنده هذه العقيدة ان للامير مقام الهي. الذي يجب ان يؤمن به الامام حتى يكون اماميا. لا يعني صاحب فضائل صحيح ممكن اتقى الصحابة صحيح ممكن اعلم الصحابة صحيح اقظى الصحابة صحيح اه اشجع الصحابة صحيح لكن هذا المقام الالهي آآ لا يؤمنون به بدليل انهم كان يخبرهم بامور غيبية هم يترددون كتير كانوا يتردد حتى يرى الواقع وتحقق الواقع حينها يذعل ولكن لا يؤمن بولايته نعم هذه هذه العقيدة الخاصة الذي يميز اتباع اهل البيت عن غيرهم يجب على من يتبع الائمة ان يؤمن بمقامهم الالهي نعم  وقيل له قد مات خالد بن عبد الفتاح بوادي القرى فقال لم يمت ولم يمت حتى ولا يموت حتى يقود جيش ظلال صاحب صاحب رايته حبيب ابن جماز فقال رجل من تحت المنبر فقال والله ان لك اني لك لمحب وانا  قال اياك ان تحمل هؤلاء ولا تحملنها فدخل بها من هذا الباب. واومأ الى باب الفيل فلما باع بعث ابن زياد عمر بن سعد الى قتال الحسين عليه السلام جعل على مقدمة هي خالدان. لا اله الا الله. انظر هو ماذا يقول له شيء عجيب. ولهذا قلت لكم لا يؤمنون بالمقام الالهي للائمة عليهم. السلام نعم فقام رجل من تحت المنبر فقال والله اني لك لمحب نعم تأتي البلاغي نعم الجورجاني مثلا مؤسس علم البلاغة او الزمخشري. نعم. تقول له ما رأيك في هذه العبارة? والله اني لك لمحب. يقول او قسم نعم تأكيد ان ان التأكيدية لك لا محب لا من المزحلقة يعني التأكيد في تأكيد في تأكيد كل في نفاق في نفاق لا يؤمن به امير المؤمنين ولا يحبه. قال اياك ان تحملها ولا تحملنها. يعني الراية ياك انت تحملها ولا تحملنها فتدخل بها من هذا الباب باب الفيل. او مع الى باب الفيل في الكوفة مسجد الكوفة فلما بعث ابن زياد بعث ابن زياد اه عمر بن سعد الى قتال الحسين عليه السلام واقعة كربلاء جعل على مقدمة خالدان وحبيب صاحب رايته فصار بها حتى دخل المسجد من باب الفيل وقال عليه السلام يوما على المنبر سلوني قبل ان تفقدوني. فوالله ما تسألوني عن فئة تظل بمئة تظل مئة وتهدمئة الا نبأتكم نعاقها وسائقها الى سائقها الى يوم القيامة. فقام اليه رجل فقال اخبرني كم في رأسي ولحيتي من طاقة شعري. يعني هو يتحدى من المؤمنين عليه السلام. نعم. فقال امير المؤمنين عليه السلام لقد حدثني يعني الرسول الاكرم بما سألت عنه ان على كل طاقة شعر في رأسك ملكا يلعنك وعلى كل طاقة شعر في لحيتك شيطان يستفزك وان في بيتك لصخلا يعني هو ما يريد يبين من هو ايه سعد الملبي وقاص. نعم وان في بيتك لصخرا يعني عمرو بن سعد يقتل ابن بنت رسول الله صلى الله عليه واله فلما كان من امر الحسين عليه السلام ما كان تولقت له. والاحاديث في ذلك اكثر من ان تحصى اه لن تحصى نقلها نقلها المخالف والمؤلف  قلت لكم المسألة ليست ادلة نحن وقعنا في الفخ قنواتنا دخلت في فق الوهابية كيهوا الناس لماذا? لأن الناس اذا رأوا السجال وغموض في غموض. والرواية تحتمل ولا تحتمل وكذا. ويجيب لك رواية موظوعة من من اه من اه كيس ابي هريرة وثم يعارض هذا الحديث الذي هو يبدأ الشك في الطرف المقابل ولا يتناورون انا ارى الطريقة الصحيحة هو آآ تبليغ كلام اهل البيت عليهم السلام. ما عندنا فلان فلان. لا نناقش لا الوهابية ولا غير وهابية. انا وظيفتي اوصل هذه الامانة الراقية. للانسانية. من كلام اهل البيت؟ والله لو فضائيتنا فقط اقتصرت على بيان محاسن انا من القايمة عليه السلام للانسانية تغيرت والى الان مصرون مصرون اه رؤساء القنوات مصرون على هذا النهج الخاطئ وغير صحيح غير صحي في تصوري. يعني انت الجزائر تربح جزائري ومستنصر. عشرين سنة يبقى في هذا الخلاف. صح تلاعب في صلي حتى لا يعرف يصلي. الصلاة ما يعرف ولا يفكر اصلا في زيارة الامام الحسين عليه السلام والائمة ماذا اكتسبت انت من هذا الخلاف وهذا التشنج لا شيء قال واستجابة دعائه. يا الله استجابة الدعاء هو ولي الله تعالى. نعم. اقول هذا وجه خامس عشر وتقريره ان عليه السلام كان مستجاب الدعوة. سريعا دون غيره من الصحابة فيكون افضل منهم. انظر يعني العلامة الحلي رحمة الله عليه والمحقق التونسي  نعم وين وين تنزلوا وين تنزلوا? تنزلوا الى ادنى درجة حتى يبين افظلية امير المؤمنين عليه السلام. يعني العالم الاسلامي تنزل الى الحظيظ حتى نقول امير المؤمنين الافضل امير المؤمنين افضل امير المؤمنين افضل اصل المقايسة ما فيه لا يقاس بنا احد اهل البيت وتقرير المقدمة الاولى ما نقل بالتواطن عنه عليه السلام في ذلك كما ادعى على آآ فقال اللهم ان بصر باع دينه بالدنيا فاسلبه عقله ولا ولا تبقي له من دينه ما يستوجب به عليك رحمتك</w:t>
      </w:r>
    </w:p>
    <w:p>
      <w:r>
        <w:t>يستوجب به عليك رحمتك رحمتك مفعول به اللي يستوجب فاختلط عقله. نعم ضيع عقله نعم معروف القصة. اتهم العيزران برفع اخباره الى معاوية فانكره فقال له عليه السلام ان كنت كاذبا فاعمى الله بصرك. فعمي قبل اسبوع. واستشهد جماعة من الصحابة عن حديث الغدير فشهد له اثنا عشر رجلا من الانصار وسكت انس بن مالك وقال له كأن انس ما زال قلبه في هذا حديث الطير. لماذا الله يؤثر امير المؤمنين عليه السلام وليس واحد من قبيلته لا زال هذا الامر اه حالة. ولهذا اقول لكم ادرسوا علم النفس هذا علم الناس جدا مفيد تعرف نفسانية الناس ونفسانية الصحابة. يعني هذا انس على مقبرة من الموت يعني انت خلاص ما ابقى ما بقيت تموت لماذا تخفي الغدير? لماذا اذا لم يكن هناك حقد في قلبك وحسد في قلبك على امير المؤمنين عليه السلام نعم وسكت انس بن مالك فقال له يا انس ما يمنعك ان تشهد وقد سمعت ما سمعوا في الغدير. فقال يا امير المؤمنين كبرت ونسيت هذه الواقعة تنسى واقعة الغدير مع النبي تنسى مثلا انا اشرم معك اه اه قهوة عصيرا شاي انسى اما واقعك الغدير ومع النبي فهذه الخطبة الرائعة وذي البيئة لكل الصحابة مية وعشرين الف هذه واقعة تنسى تنسى يا انس انت تستهزأ بعقول الناس فالامير سالمون عرف انه يكذب فقال له يا نعم فقال اللهم ان كان كاذبا نعم فاضربه ببياض الوضع لا تواريه العمامة فصار ابرص نعم وكتم زيد بن بن ارقم فهذا ذهب بصره وغير ذلك من الوقائع المشهورة لا لا تلعبون مع الولاية وانا لا اقولها للجميع فقط ليس للمخالفين والاصحاب والصحابة لا نعم يعني حتى بعض المعممين معنا في بني جلدتنا لا تلعبون مع الائمة عليهم السلام لا تلعبون مع الائمة عليهم السلام. لا تجعلوا الائمة وسيلة لاموالكم ولدنياكم. لا لا لا المسألة جدا خطيرة. نعم الانسان يخطئ. الانسان يضرب نحن بشر وضعاف يعني انت اخطئ واعصي لكن ما تجعل فقط الائمة وسيلة لرزقك وسيلة لمعيشتك وسيلة لجاهك لا لا ابدا ما تعملهم وسيلة اياك اياك اما انك تذنب نحن نذنب نضعف امام الاموال نضعف كذا لكن ما نجعل الائمة عليهم السلام نعم جسرا رغباتنا الدالية نعم انا نخطئ نخطئ والله تعالى غفور رحيم. يعني الله تعالى كيف يتفاعل باسم الغفور؟ اذا اذا لم يخطئ آآ عباده هادي امر طبيعي جدا هذا امر طبيعي في زمن النبي كانوا يخطئون في زمن الائمة. لكن لا تجعل الائمة مطية لاغراضك الشخصية ولدنياك الدانية. صعبة جدا هذه. نعم لان الله تعالى يغير على ناموسه. قال وظهور المعجزات عنه. هذه كلمة جميلة. قلت لكم ما يظهر على الائمة على يد الائمة عليهم السلام. من امور خارقة لا تسمى كرامات. كرامات بالنسبة للعرفاء. غير المعصوم المعصوم معجزة اقول هذا وجه سادس عشر وتقريره انه عليه السلام ظهرت عنه معجزات كثيرة وقد تقدم ذكر بعضها ولم يحصل لغيره من الصحابة ذلك فيكون افضل منه نعم انت تخيل انت على المنبر وتأتي حية كبيرة تدخل من باب الثعبان والناس هكذا ويأتي هذا الثعبان حتما ثعبان كبير ثم يتكلم مع الامير بكلام خاص مفهوم الامير خلي المسألة انت صدقني الجميع الجميع تفر. لكن الله تعالى هادي معجزة اه سمرهم سمرهم كون جالسين حتى يشوفون هذه المعجزة. فالعمر قال نموذج جن نعم لان الحية لا تدرك حتى تأتي وتسأل نعم قال واختصاصه بالقرابة. نعم. اية قرآنية نعم لا اسألكم عليه اجرا اه الا المودة في القربى معروفة هذه الاية الرابعة اه التي الامة عملت على خلافها الى يومنا هذا كأن القرآن لم يوصيهم نعم القربى قد القربى اقصي الى الان الان الى الان في عالم المخالفين يذكر امير المؤمنين يتشنجون لماذا? والله لا تدري يا حبيبي انت ما عشت مع امير المؤمنين لاغتصب بنتك ولا اكل لك حقك ولا قتل لك والدك وانت في المغرب وين مين عندك علاقة مع الامير ويتشنت يتشنج نعم خبث يتسلل ويسري في دمائهم نعم نعم هذه المسألة في غاية الجمال ان شاء الله قال اقول هذا وجه سابع عشر وتقريره ان عليه السلام كان اقرب الناس نسبا الى رسول الله صلى الله عليه واله فيكون افضل من غيره ولانه كان هاشميا يكون افضل لقوله عليه السلام ان الله اصطفى من مولد اسماعيل قريشا ومن قريش هاشمان. نعم. هذه هذا الدليل بقراء اخرى يعني الهاشمي المؤمن الهاشمي المستقيم. يعني بقرائ اخرى والا لوحده لا يدل ان قد يمقض عليك بماذا? بابي لهب. قال والاخوة مسألة الاخوة التآخي بين الصحابة مرتين. نعم. يأتي ان شاء الله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