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 الله الله يا الله والحمد لله اعوذ بالله من الشيطان الرجيم بسم الله الرحمن الرحيم وبه تعالى نستعين والصلاة والسلام على محمد واله الطيبين الطاهرين اللهم صلي على محمد وال محمد اعزائي الطلاب السلام عليكم ورحمة الله وبركاته الكلام على الامير سلام الله عليه في جميع الأبعاد لا يمل منه الانسان ولا ينتهي ولا ينتهي. هذا امير المؤمنين. من رباه رباه الإنسان الكالب الكامل خليفة الله. الرسول الأكرم صلى الله عليه واله تخيل انت النبي يربيك كيف يربيك يربيك بتعاليم خالصة الهية خالصة معدن الالهية. هذا هو امير المؤمنين عليه السلام. نعم الشيخ الشعراوي المصري يقول ان امير تربية النبي فبقي خالصا عاش خالصا وبقي خالصا والباطنة الباقي مسهم الشرك ومسهم الكفر ليس لهم هذا ال خلوص. يقول هذا الكلام وهو يؤمن بالخلفاء وبثلاثة السابقين لا ادري ما في قلبه الانسان لا يعرف ما في قلب الناس ولكن الظاهر هو هذا انه يؤمن الخلفاء وهذا هو التناقض العجيب في مدرسة الخلفاء قال والاخوة تعرف انت في التاريخ النبي اخى بين الصحابة مرتين ولم يجعل المثل لامير المؤمنين عليه السلام طبعا هو القضاء والقدر جماله اين? ليس في الاجمال جماله في التفصيل. كيف يعني الامير ما يعرف ان النبي اثره لنفسه يعرف لكن مقتضيات القضاء والقدر التفصيلي يريد يبينا الله تعالى هذه المفردة. يعني الامير يسأل النبي يا رسول الله قال لها لم تآخيني مع آآ غيري من الصحابة. فالرسول يقول لا انت اثرتك لنفسي هذا التفصيل يتفصل ويتميز ام يبقى في الاجمال هذا هو جمال القضاء والقدر التفصيلي. هذا هو الجمال تتفصل الامور حجة علينا حجة علينا وحج لنا على غيرنا. نعم. اذا احتجينا على ان على غيرنا قال هذا وجه ثامن عشر وهو ان النبي صلى الله عليه واله لما واخى بين الصحابة وقرن كل شخص الى مماثله في الشرف والفضيلة اكتب تحتها في الأعم والأغلب في الاعم والاغلب لانه اخى بين شخصين لا فضيلة ولا شرف بينهما رأى عليا متكدرا قلبه متكدر. نعم هذا هو التفصيل تقول شيخنا هو ما يعرف النبي نعم يعرفه في الإجمال. الإجمال يعني الشدة ليس الإجمال الأصولي الإيمان. يعني النبي متردد ان ان النبي يؤثره لنفسه ام لا? لا لا لا هو يعلم يقين. لكن هذا هذا الإجمال الشديد يتفصل. مثل انت عندك شك في ماذا فيه خمسين الف دينار مثلا ينطوي على خمسين الف ثم راح تفككه فما كان بنحو الاجمال والشدة صار مفصلا. كشري بهذا الغرض الفلاني وذاك الامر الفلاني اذا هذه الامور الفلانية كلها كانت مندكة بنحو الشدة في هذا هذا الشك او شك هذا هو الاجمال والتفصيل اذا التميز والتفصيل مهم جدا بالنسبة لنا خصوصا ان الرسالة رسالة هداية يعني لو لم تتفصل هذه المسألة مسألة الاخوة نحن ما نعرف هذا المقام هذا هذه الخاصية لامير المؤمنين عليه السلام. نعم رأى علي عليه السلام متكبرا يعني رأى النبي عليه السلام عليا متكدرا فسأله عن سبب ذلك فقال انك اخيت من الصحابة وجعلتني منفردا. يعني بقيت وحيدا فقال له رسول الله صلى الله عليه واله هذا هو التفصيل يعني خصلة مفصلة تنظم الى ماذا? الى اه اه كما يقولون في الجامعة الى ملف امير المؤمنين عليه السلام. ملف الفضائل نعم ما اخرتك الا لنفسي يا الله ما اخرتك الا لنفسي. الا ترضى ان تكون اخي ووصي وخليفتي من بعدي? فقال بلى يا رسول الله تواخاه من دون الصحابة فيكون افضل منه مرتين وليس مرة واحدة مرة واحدة اتمنى آآ اقف في قناة من القنوات واذكر هذه الفضائل لامير المؤمنين التي ذكرناها انسبها لابي بكر ونقول هذا هو ملك افظلية ابي بكر واستحقاقه للخلافة والله من يسمعها يخجل ويستحي على نفسه نعم يعني هذه فضائل امير المؤمنين عليه السلام. يعني انتم عناوين امير المؤمنين وضعتوها في مصداق كاذب سي مصداق خرطي مئة بالمئة خرطي مليون بالمئة خرطي نعم قال ووجوب المحبة اية القربى قل لا اسألكم عليه اجرا الا المودة في القربى. اقول هذا وجه التاسع عشر وتقريره ان علي عليه السلام كان اه مم كانت محبته مؤنث مجازي. كان محبته ومودته واجبة دون غيره من الصحابة فيكون افضلا منهم قطعا. وبيان المقدمة الاولى انه كان من اولي القربى فتكون مودته واجبتان. لقوله تعالى قل لا اسألكم عليه اجرا الا المودة في القربى يعني هذه الزحمة الكبيرة ثلاثة وعشرين سنة والنبي يقاسي وجرح في المعارك في الغزوات وو وتلت سنوات في شعوب بني هاشم وهو انتم تعلمون بهذه السيرة العطرة والمتعبة يريد اجر من الله لا يريد اجرا من الناس. لا يريد اجرا من الناس الا المودة في القربى يعني القرآن اذا ركز على هذا الامر يعني انت عندك اولاد ذكور واناث وتوصيهم بأنكم لا تقتربون الى هذه الجهة لا تقتربون الى هذه الجهة. صدقني انت عندك شبه يقين ان واحد منهم يقترب والى لماذا انت تؤكد يعني هذه الاية القرآنية قل لا اسألكم عليه اجر الا المودة في القربى يعني مدلولها البعيد انكم انتم موقوفكم من القربى خراب. تقتلونهم تذبحونهم وتقصونهم نعم قال والنصرة قال هذا وجهه عشرون وتقريره لعلي عليه السلام اختص بفضيلة نصرة لرسول الله دون غيره من الصحابة? نعم فيكون افضل منهم بيان المقدمة الاولى قوله تعالى فان الله ومولاه وجبرائيل وصالح المؤمنين فإن الله هو مولاه وجبريل وصالح المؤمنين. وقد اتفق المفسرون على ان المراد بصالح المؤمنين هو علي عليه السلام والمولى هنا هو الناصر لانه القدر المشترك بين الله تعالى وجبرائيل نعم وجعله ثالثهم وحصر المولى في الثلاثة بلفظة هو في قوله تعالى فان الله هو هو يعني غيره لا غيرهم لا نعم فهذه تحتاج الى ماذا? تحتاج الى آآ بيان المصداق. نعم بيان المصداق فان الله هو مولاه يعني مولى النبي وجبرائيل وصالح المؤمنين تحتاج الى بيان مصداقي برواية تكون مشهورة او متواترة حتى يتموا الدليل نعم قال مساواة الانبياء. مساواة الانبياء ان امير المؤمنين في عقيدتي علي فوق الانبياء فوق الملائكة. نعم اقول هذا وجه حادي وعشرون وتقريره ان علي عليه السلام كان مساوي للانبياء المتقدمين فيكون افضل من غيره من الصحابة بالضرورة. يعني المساواة بين الانبياء دليل على تفوقه على غيره من الصحابة. نعم. دليل عقلي هذا دليل عقلي يعني العقلي اه هذا هو ملاكو ملاك كشفه ما هو? اذا كان النبي اذا كان علي عليه السلام افضل من الانبياء فمن باب اولى انه افضل من جميع الصحابة نعم ان علي عليه السلام كان مساويا للانبياء المتقدمين فيكون افضل من غيره من الصحابة بالضرورة هذه الضرورة العقلية نعم. نعم. قلت لكم دائما اذا تعاملتم مع النصوص</w:t>
      </w:r>
    </w:p>
    <w:p>
      <w:r>
        <w:t>الشرعية والعقدية والاخلاقية. وحتى التاريخية هذا هو تجليات النصوص دائما العقل معكم ما هي وظيفته? كشف الملاك الذاتي اذا اكتشفت الملف الذاتي بعد كل انسان له عقل يجب ان يذعن به هذا الملاك الذاتي اما تقول انت قال النبي وقال الرسول المسيحي يقول قال المسيح قال الله. اليهودي يقول قال الله تعالى وقال المسيح السلفي اكثر منك. يوميا يبرح. قال الله وقال الرسول. هذا لا يفيد. اذا لم نكتشف ملكات واقعية ذاتية العقل نعم لان المساوي هنا يبين هذا الملاك الذاتي. لان المساوي للافضل افضل بيان المقدمة الاولى ما رواه البيهقي عن النبي صلى الله عليه واله انه قال من احب ان ينظر الى ادم من احب ان ينظر الى ادم في علمه والى نوح في تقواه والى ابراهيم في حلمه والى ابراهيم في حلمه والى موسى في هيبته والى عيسى في عبادته فلينظر الى علي بن ابي طالب عليه السلام. يا الله! يا الله! يا الله نعم انظر هذه الرواية الجميلة من احب ان ينظر الى ادم ممنوع من الصرف في علمه والى نوح تقول الى نوح صحيح الى نوح صحيح لماذا لنفي الصرف يقولون الكلمة التي فيها واو نعم نوح فيها واو هذه يجوز الامرين يعني تقول الى نوح او الى نوح. نعم الى نوح في تقواه والى ابراهيم في حلمي والى موسى في هيبته والى عيسى في عبادته فلينظر الى علي ابن ابي طالب عليه السلام نعم نعم قال وخير وخبر الطائر والمنزل والغدير وغيرهما. خبر الطائر مسألة انس بن مالك ولماذا بقيت في قلبه? يعني النبيات آآ النبي يهدى له بطير مشوي فيقول يا الله احب الخلق لك خليه يجي ياكل معي يشاركني في هذا الطير فيأتي الامير انس يرجع يأتي مرة ثانية انس يرده المرة الثالثة النبي حلاوة النبي يعلم بكل تفاصيل الامور ها ينادي انس ما ما الامر؟ قال لنا امير المؤمنين على الباب قال ادخله نعم انا يعني انا كنت انتظره تتصور انه نعم فقال لماذا منعته? قال انا يعني قلت هذه الخصلة وهذه الخاصية الرائعة تاكل من قومي ها يعني الله تعالى يلعب انظر هذا الصحابي كم عقله كالضعيف سخيف يعني الله تعالى يلعب نحن نؤمن ان ملاكات واقعية هي التي ترشح النصوص كل نص ترشح من الحكمة الإلهية بملاك واقعي كيف انت قبيلتك هكذا؟ يعني الله تعالى يلعب يعني الإرادة اعتباطية ام ارادة حكمية خاضعة للحكمة لا اله الا الله محمد رسول الله. تصور ان الله تعالى يلعب من بني قومه ياتي ويكون خير الخلق بعد النبي. يعني انت تتصورها تصور هذه المسألة نعم والله حمق والله حماقة كبيرة. نعم عدالتكم الصحابة اكبر خرافة عرفها عرفتها القرون هذا وجه ثاني وعشرون وتقريره ان النبي عليه السلام اخبر في مواضع كثيرة ببيان فضله وزيادة كماله على غيره ونص على امامته هنا المحقق التونسي ذكر الطائر والمنزل والغدير وغيرها يعني كثير الإعلام الحلي هنا يذكرها آآ يذكر كان يذكر واحد اثنين ثلاثة اربعة. حسب النص ومنها ما ورد في خبر الطائر وهو انه قال اللهم اتني باحب خلقك اليك. يا الله باحب تعال نشوف يعني  الملاك الواقعي ما هو? الملاك هو محبة الله محبة الله. نعم باحب خلقك اليك يأكل معي من هذا الطائر. بالله عليك النبي قد يقول قائل يعني عقل علماني ليبرالي تأكل لوحدك يا رسول الله لماذا? بالضرورة يأتي اه اه باحب خلقي الله الي حتى يقاسمك ويشارك هذا الكأس. لا الرسول يريد التفاصيل يريد التفاصيل هذه التفاصيل كلها تنضم الى ملف امير المؤمنين عليه السلام. وتقام الحجة على آآ غيري ولهذا ابو داوود صاحب المسند في في الحديس عندو ابن مو هو ابنو يقول اذا صح حديث الطائر فالنبوة تنتفي النبي ليس بنبي. انظر ان هذا العقل العجيب غريب هذا العقل عجيب وغريب نعم بدلا من ان يقول اذا صح حديث الطائر اللهم اهدينا للولاء وللاتباع لا نبوة تنتفي يعني النبي ما يفهم ما يفهم النبي ما عنده الملاكات الواقعية من عنده الملاكات الواقعية هذا ابن داوود هو اللي عنده الملاكات الواقعية. صدقوني يروا انفسهم اعلى من النبي واعلم من الله تعالى والله زبالة تاريخ زبالة. التاريخ زبالة. التاريخ زبالة. نعم اللهم اتني باحب خلقك اليك ليأكلوا معي في هذا من هذا الطاهر. فجاء علي بن ابي طالب عليه السلام فاكل معه واختزلها والا انس رده مرتين المحقق العلامة الحلي اختزل المسألة وفي رواية اللهم ادخل الي احب احب اهل الارض اليك روى انس شوف انس هذا روى انس وسعد ما ابي وقاص وابو رافع مولى رسول الله صلى الله عليه واله وابن عباس وعول ابو جعفر الاسكافي وابو عبدالله البصري على هذا الحديث فانه عليه السلام افضل من غيره. وادعى ابو عبد الله صورة هذا الحديث وآآ آآ ظهوره بين الصحابة ولم ينكره احد منهم فيكون متواترا نعم فقد هذا الاحمق الغبي اه بن ابي داوود ومنها خبر المنزلة وهو قوله صلى الله عليه واله انت مني بمنزلة هارون من موسى الا انه لا نبي بعدي. لان الختم النبوة وقد كان هارون افضل اهل زمانه عند اخيه فكان عليه السلام عند محمد صلى الله عليه واله يعني العلم الحلي يبين الملاك الواقعي. ما هو الملاك الواقعي؟ هو آآ مقام الولاء لهارون الولاء يعني يلي موسى من ولايا ولي يعني من يأتي بعد. يعني المرتبة بعد موسى هارون اذا علي بعد النبي ولماذا انتم اخترتم غيره في السقيفة هذه يوم القيامة بعد الله تعالى هو يحكم نعم ومنها خبر المنزلة بيناه ومنها خبر الغدير وهو مر الغدير مر البحث عنه فقط هناك كرره خبر الغدير وهو قوله عليه السلام لما خطب الناس بغدر خم في عوده من حجة الوداع اه هذا فرحان المالكي الله يفرج عنه ان شاء الله يقول انا ذهبت مع ابني الى واقعة الغدير واراد ان ان يجرب هذه المسألة مية وعشرين الف صحابي يعني خطاب النبي المبارك يصل الى اذانهم مية وعشرين تغيير مية وعشرين المنطقة فيها الصدأ يعني انت اذا مجرد تتحدث هكذا بصوت اه خفي جدا يصل الى اقصى منطقة في الغدير يقول انا كنت اتحدث مع ابني بهدوء يعني ثلث امتار ما تسمع يقول هو يسمع هذه هي من معاجز الله تعالى من معاجز الله تعالى التي هبها اه نبيه صلى الله عليه واله. امر عجيب. نعم امر عجيب. تتعجب نعم والله تتعجب نعم لما خطب الناس بغديركم في عوده من حجة الوداع معاشر المسلمين الست اولى منكم بانفسكم? اشارة الى الملاك الواقعي قبل تنصيب امير المؤمنين عليه السلام قالوا بلى يا رسول الله يعني اعترفوا فاخذ بايد علي عليه السلام وقال من كنت مولاه فهذا علي مولاه. يعني قضية شرطية قضية شرطية يعني انت اذا تورطت بالمقدم</w:t>
      </w:r>
    </w:p>
    <w:p>
      <w:r>
        <w:t>بالظرورة تتورط التالي. واذا نفيت التالي فتنفي المقدم. يعني لا تؤمن اه اه مولوية النبي. وبالتالي لا تؤمن بمولوية الله تعالى. انظر من كنت مناف فهذا عالم مولاه نعم فهذا شرطية فالجزاء من كنتم مولاه فهذا عالمونه. فالذي ينفي موالاة الامير فقد نفى موالاة النبي وموالاة اه الله تعالى نعم ثم جاء الدعاء والدعاء مستجاب. مستجاب عند النبي مستجاب. نعم يخرق الحجب. اللهم والي من والاه وعادي من عاداه ثم انت طبق بالمصاري من والى وما الاحد انت طبقوا المصاديق. نعم. النبي يعطيك العنوان العام. ثم انت يعني هذا الملاك الواقعي وانصر من نصره واخذل من خذله وادر الحق مع علي كيفما دار نعم خلينا هنا نقف موقفه مشكلة مشكلة المسلمين ليس في قريش قريش واضحة جدا هي لا تريد النبي ولا تريد اهل البيت. لا تريد الهاشميين اشميون خط مشخص خط الهي قريشنا تريد الزعامة تريد الدنيا تريد هذا عادي معروف. مشكل في الأنصار  وعلي هذا الزهراء في الخطبة ركزت عليه على الانصار الانصار مشكلتهم في السقيفة ما هي? لماذا بادروا الى السقيفة? قبل لحوق ابي بكر وعمر وابو عبيد بن الجراح الذهنية الجاهلية متحكمة في الانصار ومتحكمة في قريش هادي حقيقة نتحدى من من يتحداني بها فالانصار ادركوا ان المسألة خطيرة جدا ان الخلافة لا تصل الى علي. يعني قريش لا تسمع لخالي لعلي ابدا بالوصول الى هذا الى الخلافة. هم ادركوها. لماذا? لان بعد فتح مكة والطلقات دخلوا الى الاسلام نفاقا من هم مثلا قناعة قناعة لا يهم لان اغلبهم آآ اغلبهم منافقون لم يبقوا في مكة. لماذا انتقلوا الى العاصمة الجديدة المدينة فصاروا اكثرية مع منافقي الصحابة ومن في قلوبهم مرض هم الذين اقسوا الامير سلام الله عليه يعني اغلبية اغلبية الانصار ادركوا هذه المسألة ان الخلافة لا تصل الى علي ابدا فراحوا يرتبوا امورهم يعني الصوم دولة قبل ان تفيق قريش نعم اصلا لم يهتموا حتى بجنازة النبي جلسوا في السقيفة وهناك القبلية تجلت باوجه انقسم الانصار هذا من الخزرج وهذا من من الاوس تم الخلاف. يعني القبلية راحت. يعني بمجرد توفى النبي ظهرت القبلية قبلي القراشية اصلا لم تختفي الا عند الصحابة الاجلاء الذين تماهوا في النبي وتماهوا في الامير والاغلبية القبلية هي التي تحكم نعم فصار الشقاق والحسد بين القبيلة الاصول الخزرج الجماعة انضمت الى ماذا? الى قريش او غوريشت تغلبت على الانصار فقالوا نحن اه وامراء انتم وزراء جيد جميل تمت الخلافة لابي بكر. الخلافة الكاذبة خلاف الخرط فبدأوا بالقوة اي صحابي لا يبايع يدمروه يقتلوه فذهبوا الى المسجد وتمت البيعة المشهورة نعم فهل الانصار نالوا الوزارة? والله لا شيء يلعبون مع قريش والله لا شيء اهين اهانة كبيرة فخطبت الزهراء ووبختهم توبيخا كبيرا انتم حماة الاسلام وانتم نصرتم النبي وكذا وكذا. وتسقطون في هذه هذه الزلة القبيحة خلاف بينكما ثم للحسد والقبلية مالت قبيلة الى قريش فالقبيلة الاخرى غلبة وانقهرت نعم وراحت الخلافة الالهية خلافا لاله كحكومة. اما الخلافة الالهية كمنصب الهي لا عمر ولا ابو بكر ولا عثمان ولا معاوية ينزح ابدا ولا اجتمعت الجن والانس نعم الامام امام ثبوتا واثباتا لكن هذه القيادة التي توصل الانسان الى الكمال هذه لم تتعين فيهم. فالامة هي الخاسرة ما هم في عند الله تعالى. اولياء في الدنيا وفي الاخرة من يدفع الثمن? يدفع الأمة? انت الأمة لست في المستوى لست في المستوى. نعم اذا قضية غدير الخم تعيين مصداق الولاية. ليس اثبات الولاية. لا لا لا يعني النبي لم يعطي الويرة ثبوتا للامير اعطاها اثباتا الإمام كان وليا فحان الوقت ان تبرز كما يقول الحوزاويين عالم الاثبات نعم يا ايها يا ايها الرسول بلغ ما انزل اليك. نعم وان لم تفعل فما بلغت رسالته الله يعصمك من الناس. ما تخاف هذه كلمة الله يعصمك من الناس روح انت الى رواية عائشة ان النبي مسحور انت عندك قرآن وعندك رواية فقط نقلتها عائشة وانت اذا بحثت التاريخ تحاول ان تدخل هذه المفردة سحر النبي في التاريخ النبي يعني في زمانه مقطع مقطع زماني لا تجد لها مكانا. اتحدى من يجد هذا ما كان سحر النبي. لان النبي كان من غزوة الى غزوة ست شهور وهو مسحور احكي لك قصة ربما تتعجب الزهري كان خادما للامويين. كان معاصرا للامام السجاد عليه السلام. والامام السجاد كتب رسالة رائعة جدا يفضحه يفضحه ويا خادم الاممين حتى اخته اخته قالت له انت ما تستحي. انت ما هو راجل انتم مو رجل مو بقول المصريين مو جدع. نعم قال ليش? قالت لو انت تخدم الامويين وتركت اهل البيت عليهم السلام. قالوا لي دعيني منك المهم هو كان يكتب للامويين الروايات نعم الرواية اه عن عروة عن عائشة يروي عن عروة وعائشة عروة ناصبي وعيشة معروفة توفى الزهري ماذا فعل الامويين? كتبوا كتبوا كتبوا اخرجوا الى الناس نعم نسانيد على لسان الزهري. في ناس خبثاء ناس ملاعين فتعتقد الامة ان هذه الروايات عن الزور هي هو رواها عن ماذا? عن الصحابة وهي مدسوسة من الامويين كارثة والله كارثة الحمد لله الذي جعل الولاية في اهل البيت حتى يبقى هذا الاسلام طريا اصيلا سلام الله عليك يا امام الباقر انت القائر لولا نحن اهل البيت لكنتم كالبهائم والله اتعس من البهائم البهائم لا تصل الى المثلية البابهايم لا تصل الى المثلية. لا تجد انثى لتصافح انثى في الحيوانات او اسد يصافح الاسد ابدا ما موجودة في هذه يتحرك حول الغريزة التي هندسه هندسه الله تعالى. الان الانسان وصل الى المثلية. يعني رجل مع رجل والزواج في اوروبا الزواج احكي لكم قصة واختم الدرس. ثم اخصص للغدير هذا التطبيق حصة خاصة عندي صديق معمم يبلغ في السويد مخلص مؤمن لبناني مؤمن سيد معمم عندو صديق لبناني مقيم في السويد وعندو جنسية سويدية. يعني اه سويدي قانونيا عندو جنسية قالوا انا اريد آآ ابلغ في السويد وانشط لوجه الله تعالى. اريد زوجة هناك تساعدني وحتى التبليغ يكون تاما وخدمة لله وخدمة لأهل البيت جميل جدا هذا الصديق السويدي قالوا ليش نبحث لك عن زوجة? انت تريد الجنسية اوراق نعم قانونيا? قال له نعم. قال له تزوجني انا هو يسولف لي هذا السيد يسولف لي يعني يحكي لي قال انا تعجبت قال له لا قال له تأتي الى السويد يروح الى الكنيسة ونتزوج زواج الميثنين وعندك الأوراق والجنسية وانتهى الأمر لاحظتم اين وصلت الانسانية? وصلت الانسانية ان زواج الاثنين يبارك في الكنيسة لولانا اهل البيت الامام ابو الباقر لكنتم كالبهائم. كالبهائم سيد والله اخس من البهائم نعم ومنها خبر الغدير يأتي ان شاء الله واللهم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