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الله يا الله سبحان الله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ورزقنا الاخلاص باطنا وظاهرا وفي مقولتنا وفي قولنا وفي حديثنا وصلنا الى الغدير ومنها خبر الغدير وهو قوله صلى الله عليه واله لما خطب الناس يعني الصحابة في غديركم  بغدر خنف عوده من حجة الوداع معاشر المسلمين يخاطب مية وعشرين الف صحابي الست اولى منكم بانفسكم? هذا هو الملاك هذا هو الملاك الذاتي الذي به  منه ينطلق العقل لإثبات ولاية امير المؤمنين عليه السلام قالوا بلى يا رسول الله يعني اقروا نعم او لا منكم بانفسكم نعم. ما معنى? يعني انتم يجب ان تسلموا للنبي مطلقا في كل شيء كنبي يعني متصل بالله كقائد كعالم معلم وومن الحيثيات التي تلازم هذا المقام مقام الاولوية فاخذ بيد علي عليه السلام نعم وقال من كنت مولاه فهذا علي مولاه قضية شرطية من كنت مولاه فهذا عليه مولاه. يعني باعتبار ان الملاك هو الاولوية من بانفسكم فهذا المقام موجود كذلك للامير سلام الله عليه اذن العقل ماذا يقول? يقول اذا كان الملك في علي فهو القائد هو العالم هو المعلم هو كلشي نعم اعطي انت للعقل الملاكي الواقعي الذاتي هو يستنبط النتائج لوحده نعم هذا العقل الالهي انا اسميه العقل الالهي الذي يدرك الحقيقة ويميزها عن الباطل ويدرك الخير ويميزه عن الشر والخير هو الحسن والشر هو القوة من كنت مولاة فهذا علي مولاه. مولاه. تشخيص مصداقي الى الامامة لا تكون الا الامامة الخاصة لا يمكن كشفها بالعقل لماذا انا جزئية تحتاج الى ماذا تشخيص مصداقي من معصوم سابق نعم ان كنت مولاه فهذا علي مولاه اذا هنا التساوي في مقام الولاية بعنوان الولاية اه الفارق في التشكيك يعني النبي اشد كمالا من امير المؤمنين عليه السلام ما في العنوان عنوان واحد خصوصا على مبنى التشكيك جيد الان ثبتت الاولوية في كل شيء لامير المؤمنين عليه السلام في المقام الالهي في العلم في القضاء في كلشي ماذا يترتب على هذا الامر من تكاليف نعم يقول اه اللهم والي من والاه وعادي من عاداه نعم. وانصر من نصره واخذل من خذله وادر الحق معاليك كيف مضى لا اله الا الله نعم اذن علي هو تجسد الحق تجسد الحق. فاينما يكون عليه في اي موطن كان فهناك الحق. نعم هذا كلام النبي ثم ياتي المؤول ويقول هنا المحبة انا لا ادري المحبة هل هي مختصة بامير المؤمنين ام تشمل جميع المؤمنين ولماذا في هذه البقعة الحارة ولماذا يرجعهم من السفر بعدما تفرقوا وتعرف انت الحاج يشتاق الى اهله بعد غياب اه في ذلك الزمان ممكن اه اربع اشهر ممكن ست شهور ليس مثل الان فهم الطائرة بعد تلت ساعات تكون في بيتك او اربع ساعات اقصاها ست ساعات حتى لو كنت في كندا مثلا يوم تكون في في بيتك. لا في ذلك الظروف صعبة جدا. فارجع الحجيج من سفره بعدما تفرقوا ارجعهم الى الغدير حتى يقول لهم وهذا علي احبوه هذا معقول يعني انتم تستهزئون بالعقول وما دخل اولى منكم بانفسكم بالمحبة كان يقول النبي انتم تحبوني حب علي لماذا هذا هذه العبارة الست اولى منكم بانفسكم يعني حتى انفسكم انا اولى بها هما قالوا بلى اقروا نعم ثم رتب التكاليف. التكاليف صاغها في شكل دعاء حتى الله تعالى يستجيب وهو مستجيب في البداية فقط هذا مقام الاثبات. يعني النبي يدعو على امر واقعي وليس على امر سيحدث نعم اللهم والي من ولاه وعادي من عاداه وانصر من نصره واخذل من خذله وادر الحق مع علي كيفما دار. يعني هذه والي من والاه وعاظي من عداها وانصر من نصره واخذل من خذا له في المواقف وادر الحق مع علي كيفما دار السقيفة راحت تبخرت يعني السقيفة باطل بنى عليه حق والسقيفة في مقابلهم هذا باطل ده قياس منطقي سهل جدا وقد بينا ان المراد بالمولى هنا الاولى بالتصرف يعني القيادة واذا كان علي عليه السلام اولى من كل احد بالتصرف في نفسه كان افضل منهم قطعا نعم نقطة ليس الافضلية هنا ولا القيادة ولا الامامة الامامة يعني قيادة الامة وليس الافضلية فالغدير لم يكن في صدد الافضلية نعم الافظلية متظمنة لا كان في صدد بيان هذا الامر. بعد وفاتي انا من يقود الامة دينيا ودنيويا دينيا ودنيويا. دينيا المقام الإلهي الذي يتمتع به النبي ثم هذا المقام تشرف به ماذا امير المؤمنين عليه السلام ودنيويا لان الدنيا لها ملاكات واقعية لا يمكن للعقل القاصر العقل الوهمي ان يصل اليها الا الا اذا كان هناك ولي يدلنا عليه اذا في الدين والدنيا يعني قيادة الهية قيادة الهية قيادة الهية. ليس الافضلية يا شيخ يا الشيخ الحلي اعترض بعضهم على هذا بجواز ان يكون المراد به الولاء لانه وقع مشاجرة بين امير المؤمنين عليه السلام وبين زيد ابن حارثة فقال له عليه السلام انت مولاي فقال زيد انا مولى رسول الله صلى الله عليه وسلم ولست بمولاك فبلغ ذلك رسول الله فقال من كنت مولاه فعلي مولاه جزئية مثل هذه يعني نحن نسقطها على الغدير بفخامته بعظمته. اية قرآنية تقول يا ايها الرسول بلغ ما انزل اليك وان لم تفعل فما بلغت رسالته. الرسالة كلها اختزلت في الغدير. يعني الغدير ملاك واقعي لتمام الرسالة نعم والرسالة المتمثلة بشخص النبي ملاك تام لامامة امير المؤمنين اثباتا يعني افهمها انت به اه اسلوبك الحوزوي. نحن عندنا مقام الثبوت يعني الواقع والوجود. وعندنا مقام العلم والكشف والإثبات نعم الرسالة ميلاك كشف ولاية امير المؤمنين وقيادته لان بدون كشف هذا نحن لا نعرف المصداق مصداق الولاية منه. اذا الرسالة الرسالة هي المتمثلة بالنبي صلى الله عليه وسلم. ملاك ولاية امير المؤمنين اثباتان. كشفا علما امرتان وولاية امير المؤمنين ملاك ثبوتي لتمام الرسالة. يعني بدون ولاية امير المؤمنين رسالة لا لا تتم اليوم اكملت لكم دينكم واتممت عليكم نعمتي ورضيت لكم الاسلام دينا انا هكذا افهم المسألة افهم الغدير هكذا عندنا مقام الثبوت فالاسلام لا يتم ولا يكمل الا بولاية امير المؤمنين يا ايها الرسول بلغ ما انزل اليك يعني بلغ ولاية امير المؤمنين المقام الالهي والقيادي هذه واحدة وان لم تفعل فما بلغت رسالته يعني الرسالة آآ تنهار. اذا الملاك الثبوتي لتمام الرسالة ولاية امير الممارس الملاك الكشفي الاثباتي هي انا امير المؤمنين لا نستطيع ان تشوفو الا بالرسالة اذن تممية الرسالة الى كل الاثبات يعني لكشف المصداق وهو امير المؤمنين بعنوان الهي قيادي</w:t>
      </w:r>
    </w:p>
    <w:p>
      <w:r>
        <w:t>وولاية الثبوت هي ملاك في تمام الرسالة. يعني يجب تفكك بين مقام الاثبات ومقام الثبوت بقول الحدثيين والغربيين مقام الوجود ومقام الملاك هي الولاية امير المؤمنين اماراتيا معرفيا اثباتيا الملاك هي الرسالة. يعني لولا الرسالة انت لا تصل الى ماذا? يعني لولا الرسول لا تصل الى ولاية امير المؤمنين عليه السلام فاين يزيد وذا وغيره وغيره وغيره نعم حتى لو اجاب النبي فبلغ ذلك رسول الله صلى الله عليه واله فقال من كنتمونا فعلمونا. يعني انت زيد خاضع لامير المؤمنين. هذا دليل فانت خاضع كما انك خاضع لي فانت خاضع لامير المؤمنين شئت ام ابيت نعم. والجواب من وجوه الاول ما ذكره ابو عبد الله البصري من المعتزلة وهو انه لا اختصاص لعلي عليه السلام بالولاء دون غيره من اقارب النبي صلى الله عليه عليه. فلا يجوز احمله على هذا المعنى الثاني ما ذكره ابو عبد الله ايضا وهو ان عمر قال له بعد هذا الحديث هنيئا لك اصبحت مولاي ومولى كل مؤمن مؤمنة. وقالت عائشة والانصار بعد ذلك يا مولانا فلا يجوز حمله على الولاء الثالث ان مقدمة الحديث تنفي هذا المعنى وهو قوله الست اولى منكم بانفسكم? هذا هو الملاك هذا هو الملاك الذاتي الذي يتعامل مع العقل. العقل يتعامل مع الملاكات الواقعية. مرة يصل اليها لوحده كحكمة طبيعية الهية مرة يصل اليها من خلال الوحي نعم الرسول جاء بالملاك العقلي ما هو? قال انا اولى منكم بانفسكم. هذا هو الملاك الواقعي ثم قال هذا اه والي فيكون اولى بكم من انفسكم مسألة سهلة جدا نعم. ومنها قول رسول الله صلى الله عليه واله في الثدي هذا الخارجي نعم الغدير صدقوني الغدير يحتاج الى اطناب يحتاج الى اه بحث جميع حيثيات دينه جميل جدا وفي مجموعة من القرائن هذه القرائن اجتمعت وهي تفيد اليقين تفيد اليقين ان الامير هو القائد الالهي. القائد الالهي. يعني كم بعدان? قائد يعني هو الذي يقود الامة هو الخليفة والهي الهي الهي لا يحق للبشر تنصيب الالهي الالهي من ينصبه الله تعالى ينصبه كمصداق. اما عنوان القيادة الالهية هذا عنوان سرمدي كما ان الدين سرمدي ليس من صنخ المخلوقات عنوان القيادة الإلهية عنوان سرمدي ليس من صنخ المخلوقات نعم فيغمر مصداقا وهو امير المؤمنين فأمير المؤمنين كيف يتصرف حينها? يتصرف دائما في السياق الإلهي وهي العصمة نعم وهي العصمة ده كلام كثير جدا عن الغدير وشيء جميل نعم جيد  المحبة سلمنا المحبة هل المحبة تستدعي البيعة تلف العيالي ايام وحتى النساء بايعن في ذلك اليوم المبارك قال لا ادري ونعم ولماذا يلبسه السحاب العمامة السوداء حتى يدل يدلل على ان هذا يوم عظيم من ايام الله الكبيرة ولماذا تنزل الاية المباركة اليوم اكملت لكم دينكم واتممت عليكم نعمتي ورضيت لكم الاسلام دينا. يقولون العلماء يقولون الفرق بين الاكمال والتمام في هذا الامر الان انا يدي كم فيها من اصبع خمسة. تمت تمت الهوية ثم اكتب بها اصافح بها اه نعم احرص بها وو اقطع الخشب بها هذه الاثار المترتبة على تمام الهوية هذا هو الكمل اذن التمام انعقاد الهوية تمام الهوية الكمال هو الاثر. يعني بولاية علي عليه السلام التي هي من ولاية النبي التي هي من ولاية الله تعالى. انما وليكم الله ورسوله الذين امنوا يعني ولاية الهية في الله ولاية ذاتية في النبي والائمة عليهم السلام وعلى رأسهم امير المؤمنين ولاية اعطائية سميها ولاية مجازية يعني الولاية الالهية هي التي تشتغل من خلال شخص النبي الشريف من خلال اه اشخاص الائمة عليهم السلام هذا العنوان السرمدي هذا العنوان الصرمدي  الاية تقول الدين تمت هويته بولاية امير المؤمنين عليه السلام ما معناه? يعني هذه الولاية الالهية الصرمدية بقيت تسري في مصداق غير مصداق النبي. وهو مصداق علي بهذه النشأة طبعا هذا هو القانون الطبيعي. ثم تسري في الأئمة ثم اثاروا هذا الاسلام تترتب عليه اثاره وهي الهداية والامن والاستقرار والعدالة لوازم القيادة الالهية هذا هو الكمال يعني الإسلام يعطي اثاره الله تعالى يرضى عنكم وعن اسلامكم عن اسلامكم ورضي لكم الاسلام دينا. يعني هذا الاسلام الذي انا ارضى عنه غيره لا نعم الذي تمت هويته بخلافة علي او بولاية علي ويعطي حينها الاثار ملاك الاثار في زمان النبي. ولاية النبي ملاك الآثار في زمن الأمير ولاية الأمير اية في السل يا صاحب المحبة. فسر لي هذه الاية تبقى فارغة. الاية لا معنى لها نعم اليوم يعني اليوم يوم عظيم. يوم يوم من ايام الله ليس اليوم الفلك نعم اليوم الفلكي لا والفيزيائي هذا اليوم يوم هيرمونيتيكي يوم معنوي نعم اكملت لكم اه دينكم واتممت عليكم نعمتي ورضيت لكم الاسلام دينا يعني ان ان تمت هوية الاسلام بولاية النبي وولاية علي والاسلام كما اعطى اثارا واكله في زمن النبي ببركة الولاية الالهية التي فيه سارية وحاكمة على شخصه الشريف كذلك يؤتي اكله يعني الاسلام في الولاية السارية في امير المؤمنين عليه السلام وهكذا دواليك في الائمة عليهم السلام حينها يكون هذا الدين مصداقا لرضا الله تعالى. غير هذا فلا غير هدفها يجب ان نفهم هكذا الغدير اذن انا الغدير كشف اثباتي فعل اثباتي مقام الإثبات مقام الكشف لمقام الأمير الثبوتي يعني قبل الغدير هذا المقام كان وما ما قبل الغدير كان نعم ثم النبي عن قريب ينتقل الى الرفيق الاعلى فالحكمة الالهية تبقي هذه الامور بدون ولاية بدون ولاية يعني تأتي السقيفة. السقيفة تسلمها لمعاوية وثم يأتي اه العباسيون على نمط الامويين واتعس ثم ياتي العثمانيون على نمط العباسيين واتعس تقرا البلاط العثماني والبلاط العباسي والبلاط الاموي تتعجب تقول هؤلاء ينتمون الى الاسلام ان يأتي مستشرق ويقرأ يدرس البلاط العثماني وما يحدث فيه من قتل وغدر وفساد و وكذلك النظام العباسي والنظام الاموي. يقول اذا كان الاسلام ينتج هكذا انظمة. هذا دليل على ان العلة خراب على ان الاسلام خراب في حقيقته وانا اقول نعم الاسلام خراب بهذا الفهم السقيفي والاموي والعباسي آل عثماني نعم الغدير فيه لذة حديث عنه فيه لذة فيه نشوة ممكن الله تعالى يدخلنا الى الجنة ليس باعمالنا بهذا الحديث عن الغدير لمظلومية هذه الواقعة في طريق الاسلام انا جزائري ممكن نعيش ثمانين سنة في الجزائر لا نسمع كلمة عن الغدير يعني انت تعيش مع المساجد في صلاة الجمعة في الخطب ومناسبات متعددة. ثمانين سنة وانت في المسجد لا تسمع عن الغدير كلمة واحدة كلمة واحدة يعني التغييب مطلق لاهل البيت عليهم السلام. لا تسمع عن كربلاء كلمة واحدة لا تسمع عن الزهراء عليه السلام كلمة واحدة. تسمع فقط اذا سرقت فاطمة الزهراء لقطعت يدها لو هي تفيد الامتناع لكنهم يأتوها بالسياق. سياق يصوروا لك ان الزهراء من الصنخ الذي يخطئ</w:t>
      </w:r>
    </w:p>
    <w:p>
      <w:r>
        <w:t>والنبي يقيم عليه الحد نعم ولا تسمع عن قمة عن الامام الحسن شيئا الخلفاء من هم ابو بكر عمر عثمان علي آآ عن التاريخ فرضه والا يتجاوزوه نعم يقولون قبل ابن حنبل كان هكذا الخلفاء عند عند في المحيط الاسلامي ابو بكر وعمر وعثمان انتهى الامر علي ما فيه نعم ثم من الخليفة دقق جيدا تاريخيا اه. اتكلم تاريخيا ابو بكر عمر عثمان علي يروح الى آآ الى عمر بن عبد العزيز. يعني عمر بن عبد العزيز عندهم الاموي الذي كان في فترة من زمانه يبغض امير المؤمنين عليه السلام حتى نهاه استاذه افضل من الامام الحسن عندهم تقول لهم الامام الحسن قال في حقه جده عليه السلام صلى الله عليه واله اه السيدة شباب اهل الجنة والجنة ما فيها كهول وما فيها اطفال ولا هم شباب يعني هما متمحضون في في الجنة والذي يتمحض في الجنة يعني هو في الصراط المستقيم زي شباب اهل الجنة ما تتكلم لا تسكت نتحدى انا عالم سني يتكلم في هذه الامور. بعدما بدأ ينتشر تنتشر سيرة الائمة على القنوات واحد وهابي في الجزائر القى محاضرة في المسجد على الحسن والحسين بدأ يتكلم عن فضائلهما فالمسجد تعجب امام ظاهرة غريبة اول مرة يسمعها تعجب من هذه الوجودات القدسية. يعني بدأ قلوب الحاضرين في المسجد تتعلق بماذا? بالسبطين فهو التفت وهو هابي فالتفت قال ولكن مع هذا العبادلة افضل منهما جيد العبدين منهم في علم الحديث المعروف عبد الله بن عمر عبد الله بن عباس وعبد الله بن بن عمرو بن العاص هادو مول العباد الى المشهورون. ثلاثة عبدالله بن عمر عبدالله بن عباس وعبدالله بنهم عمرو بن العاص يعني افضل من الحسن والحسين والله والله هذا اكبر منافق اكبر منافق يوم القيامة حسابه الشديد اي يوم القيامة عبد الله بن عباس كان خاضعا مطلقا للامام الحسن عليه السلام والامام الحسين لا يرى نفسه شيئا امام امام عبد الله بن عمر قصته معروفة. هذا انسان منبطح اسمو منبطح تمام الإنبطاح هذا بايع الحجاج والحجاج استنكف ان يعطيه يده اعطاه قدمه قال بايع قدمي اهانة كبيرة لهذا اه هذا هذا من العبادلة نعم قال انا سمعت النبي يقول من مات ولم يبايع امام زمانه يعني قائد زمانه مات ميت جاهلية والله انا اجأت ابايع. الحجات بعضهم كان يأكل لاذيه فاعطاه قدمه اهانة له يعني انت تبايع تبايع الامويين تبايع عبدالمالك بن وهبوان لا ادري في ذلك الزمان وانت تخلفت عن بيعة امير المؤمنين عليه السلام هذه الذهنية المريضة الذهنية الساقطة الذهنية البائسة نأتي الى عبد الله بن عمر بن العاص كان يصيح في مسجد مسجد النبي صلى الله عليه وسلم. ان افضل الخلق افضل الخلق هو الامام حسين عليه السلام. الامام حسين لم يلتفت اليه فالإمام الحسين لا يعطي قيمة فيوم ما قال انت قال له الامام الحسين لما رآه يتكلم هكذا كلام ويعظم الامام الحسين عليه السلام قالوا انت تقول في هذا الكلام? قالوا نعم. يعني افضل الخلق هو انت وهذا صادق يعني صدقك هو كذب قال اذا انت لماذا حاربتنا في صفين لماذا حاربت انا في الصف يعني لماذا كنت مع معاوية في الصف قال انا سمعت رسول الله يقول انت لا تعصي والديك يعني عمر بن عمرو بن العاص كان معاوية انظر هذا الفقه الدنس هذا الفقه التعس هذا الفقه البائس الامام الحسين عليه السلام وين انت تقيس الامام حسين مع هذا قالها لا لا طاعة لمخلوق في معصية الخالق وهو كان يتزلف للإمام الحسين حتى يسمح له. يعفو عنه لأنه كان في صفين في مقابل أمير المؤمنين. والظاهر ان الإمام الحسين عفا عنه هذا عبد الله بن عباس وهذا هو عبدالله بن عمر وهذا هو عبد الله بن عمر بن العاص هم العباديلة افضل من السبطين بذهنيا المرجة لهذا الوهابي هذا الخبيث وهذا الملعون يربون الامة هكذا حتى تبتعد عن اهل البيت. لماذا سر واضح جدا. تريد نقول لك السر ها هو السر اذا كشفت الامة اهل البيت كلهم دكاكينهم سكار لا دنيا ولا اخرة. صدقني لا دنيا ولا اخرة فهذا الحديث لو تحدثنا عنو مية سنة صدقني لن وفي حقه البقية تأتي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