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فضائل امير المؤمنين عليه السلام وهي فضائل لا تحصى هي كلها ترشح من الولاية الالهية. هذا برهان ليمي انت تعرف السبب وهي الولاية الالهية ثم تأتي اللوازم لوحدها نعم او تقول برهان الملازمات الا ان الولاية الالهية لا يمكن كشفها في مصداق خارجي الى بين تنصيص من الله ومن نبيه وصلنا الى هذه النقطة ومنها قول رسول الله صلى الله عليه وسؤاله في ذي الثدية يقتله يعني يقتل ذا الثدي خير الخلق والخليقة خير الخلق يعني حتى الملائكة ايه يفوقهم الامام سلام الله عليه وفي رواية اخرى يقتله يعني يقتل ذا الثدي خير هذه الامة وقال لي فاطمة عليه السلام ان الله اطلع على اهل الارض فاختار منها اباك اباك فاتخذه نبيا ثم اطلع ثانيا فاختار منهم دع لك يعني آآ زوجك يعني الامير فامرني ان انكحك يعني ازوجك اياه وان اتخذه وصية نعم وقالت عائشة كنت عند النبي صلى الله عليه واله فاقبل علي عليه السلام فقال هذا سيد العرب فقال يعني الرسول هذا سيد العرب قالت قلت بابي وانت بابي انت وامي الست انت سيد العرب? وقال انا سيد العالمين وهذا سيد العرب نعم يعني سيد العرب هو سيد العالمين بتبع النبي. سيد العرب يعني انتم العرب لا تقفون معه سيدكم وانتم تحاربوه. وانت اول من يحاربه نعم وهذا السيد وعن انس ان النبي صلى الله عليه واله قال لعلي عليه السلام انت اخي ووزير وخير من اتركه بعدي تقضي ديني وتنجز ديني بالكسر او بالفتح الديني وتنجز موعدي نعم. وسأل رجل عائشة عن مسيرها الى حرب الجمل الى البصرة فقالت كانا قدرا من الله. انظر الجبر ليس امويا. الامويون روجوه. الجابر في الصحابة عائشة هنا جبرية وعمر في حنين جبري نعم الجبر متغلغل في الصحابة. انظر ماذا قالت. قالت كان قدرا من الله. ايه امسحيها في الله تعالى. اي نعم. امسحيها في الله تعالى. سهلة جدا فسألها عن علي عليه السلام فقالت لقد سألتني عن احب الناس الى رسول الله صلى الله عليه واله آآ وعن زوج احب الناس اليه وقال لفاطمة عليه السلام اما ترضين اني زوجتك خير امتي وان سلمان انه قال رسول الله صلى الله عليه واله خير من اترك بعدي خير من اترك بعدي آآ علي بن ابي طالب نعم خير المبتلى علي الخبر يعني هكذا العبرة خير من اترك بعدي علي بن ابي طالب وعن عبدالله بن مسعود قال قال رسول الله صلى الله عليه واله علي خير البشر. فمن ابى فقد كفر وعن ابي سعيد الخضري قال قال رسول الله صلى الله عليه واله افضل امتي علي ابن ابي طالب معلومة صغيرة فقط وانتم اعلم بها مني فيه زوج النبي الله اعطاها من الكمالات الكثير قال في حقها النبي انك على خير ام سلمة ام سلمة قيسها مع عائشة في الجمال في العقل في ولائها المطلق امير المؤمنين سلام سلام الله عليه. في اخلاصها للنبي وفي روايتها انت تأتي برواية ام سلمة وتأتي برواية الاخرى ترى جماليات روايات ام سلمة في غاية الرواة ولا اسألك من اشهر عند المسلمين ام سلمة ام عائشة? ام سلمة اصلا ليست في في الميدان ليست في الميدان. هذه الزوجة الكريمة وكذلك هذا آآ ابو سعيد الخدري. عنده رواية جدا جميلة اه عن اهل البيت عليهم السلام وان كان في بعض المواطن يخذلهم لا يقف تلك المواقف التي تستحق من صحابي جليل مثله مع الاسف الشديد نعم قال والانتفاء سبق كفره. الامير لم لم يتسلل الى ساحته القدسية الكفر ابدا ابدا نعم لم يعش لا الشرك ولا الكفر اقول هذا وجه ثالث وعشرون وتقرير الوجه ان علي عليه السلام لم يكفر بالله تعالى اصلا بل من حين بلوغه كان مؤمنا موحدا. بخلاف باقي الصحابة فانهم كانوا في زمن الجاهلية كفر. ولا ريب في فضل من لم يزل موحدا على ما سبقه آآ كفره ولا ريب في فظل من لم يزل موحدا على على جروم جروم وتعلق بفظل ولا ريب في فظل آآ فضل من لم يزل موحدا على من سبق كفره على ايمانه. يعني الامير نعم فضله لا شك فيه على من سبق كفرهم على ايمانه عن الصحابة قال ولكثرة الانتفاع به الأمير بركة الإسلام قام بسيف علي و اموال خديجة ونبوة النبي قال وهذا وجه آآ رابع وعشرون وتقريره ان علي عليه السلام انتفع به المسلمون اكثر من نفعهم بغيره فيكون ثوابه اكثر آآ فضله اعظم بيان المقدم اولى ما تقدم من كثرة حروبه وشدة بلائي في الاسلام. وفتح الله البلاد على يده وقوة شوكة الاسلام المفروض يقول وتقوت شوكة. وقوة شوكة الاسلام به. حتى قال رسول الله صلى الله عليه عليه واله يوم الاحزاب لضربة علي اه خير من عبادته الثقار. يا الله. والكلمة المعروفة برز الايمان كله للشرك كله مع اه عمر بن عبد الود في الخندق نعم ولم يبلغ في الزهد آآ وبلغ في الزهد مرتبة لم يلحقها يلحقه احد بعده. واستفاد الناس منه طرائق الرياظة يعني السلوك وترك الدنيا والانقطاع الى الله تعالى. كل المدارس العرفانية في العالم الاسلامي باستثناء مدرسة واحدة كلها تعود وتتشرف كون آآ كونها انها تنتمي الى امير المؤمنين عليه السلام وكذا في السخافة وحسن الخلق والعبادة والتهجد. واما العين فظاهر نعم فظاهر استناد كافة العلماء يعني العلماء كافة اليه واستفادتهم منه وعاش بعد ابي بكر زمانا طويلا يفيد الناس الكمالات النفسانية والبدنية وابتلي ابتلي بما لم يحصل لغيره من المشرق نعم هذه مسطرة في التاريخ لا شك فيه قال وتميزه بالكمالات النفسانية والبدنية والخارجية. هذا عنوان كلي ممر صديق لهذا العنوان الكلي. كأن العلامة الحلي يريد يجمع كل ما سبق تحت عنوان آآ كلي. نعم اقول هذا وجه خامس وعشرون هذا ليس وجه في مقابل الوجوه الاخرى. هذا عنوان كلي ما سبق من الوجوه مصاديق لهذا العنوان الكلي. نعم. هذا وجه خامس وعشرون وتقريره ان الكمالات اما نفسانية واما بدنية واما خارجية واما الهية  اما الكمالات النفسانية والبدنية فقد بينا بلوغه فيها يعني امير المؤمنين الى الغاية اذ كان العلم والزود والشجاعة والسخاء وحسن الخلق والعفة فيه ابلغ من ابلغ من غيره. بل لا يجاريه في في واحد من احد اصلا لا مقايسة وبلغ في القوة البدنية والشدة مبلغا لا يساويه احد حتى قيل انه عليه السلام كان يقط الهام قط الاقلام لم يخط في ضربه لم يخطئ في ظرب في ظربه قط ولم يحتج الى المعاودة يعني الظربة</w:t>
      </w:r>
    </w:p>
    <w:p>
      <w:r>
        <w:t>واحدة كان الظاهر ضربت امير المؤمنين هكذا هكذا ضربة واحدة ما يزيد سلام الله عليه انا اسألكم سؤال فيه جاء واحد ودرس آآ فنون الحرب عند امير المؤمنين? لا ما في  ما في ما في كاننا نحن عايشين عايشين خارج التاريخ خارج التاريخ ما مع الأسف الشديد وقال عباب خيبر وقد عجز عن عن نقلها بعدما القاها الامير سبعون رجلا من اشد الناس قوة مع انه عليه السلام كان قليل الغداء جدا باخشن ما اكل وملبس يعني تأتي الى طبيب التغذية تقول هل الذي يتغذى بالخبز اليابس الذي يكسر على الركبة والملح تكون له هذه القوة قراب على المستحيلات رابعا المستحيلات اذا الامير كان ينتمي الى افق اخر افق الالهية وليس افق البشرية نعم وهذه الولاية الالهية نعم باخشن مأكل وملبس كثير الصوم مداومة العبادة واما الخارجي يعني الكمالات الخارجية في منها النسب الشريف الذي لا يساويه احد في القرب من رسول الله صلى الله عليه واله فانه كان اقرب الناس اليه. فان العباس كان عم رسول الله صلى الله عليه واله من الاب خاصة وعلي عليه السلام كان ابن ابن عمه من الاب والام فاطمة فاطمة بنت اسد الهاشمية ومع ذلك فانه كان هاشمين من الاب والام لانه علي بن ابي طالب من عبدالمطلب بن هاشم وامه فاطمة بنت اسد من بني هاشم النسب الهاشم اجتمع في الامير سلام الله عليه. ومنها المصاهرة كونه زوجا لفاطمة. ولم يحصل لاحد ما حصل له منها فانه اه زوج سيدة نساء العالمين وعثمان وان سلكوا في كونه ختن لرسول الله صلى الله عليه واله الا ان فاطمة عليها السلام اشرف بناتي وفيه تشكيك انه مو بنات النبي ربيبات ربيبات النبي يعني بنات اختي خديجة هذه موجودة هذا هذا الطرح موجود وكان لها من المنزلة وان كان لفاطمة من المنزلة والقرب من قلب الرسول صلى الله عليه واله مبلغا مبلغ عظيم وكان يعظمها نعم وكان لها من المنزلة خليني اقرأ بالنحو. وكان لها من المنزلة والقرب من قلب الرسول مبلغ نعم مبلغ اسمك انا مبلغ عظيم. وكان يعظمها حتى انه كان اذا جاءت اليه نهض لها. قائما ولم يفعل ذلك باحد من النساء قائما نهضه يعني هو تحرك نحوها يا الله من مقام تحرك نحوه هذه الامور لانها من دمي ام ملاكات الهية واقعية ملاكات الهية واقعية. لماذا? اذا كانت ملكات دمية كان يعملها مع من يسانخها في الدم. لا ابدا. هذا لي ملاك واقعي. نعم. وقال رسول الله صلى الله عليه واله سيدة نساء العالمين في الجنة اربع وعد منهم ما فاضل. والرواية المعروفة كمل من عقل النساء اربعة اسيا وخديجة ومريم وفاء قيمة نعم. في رواية اه الرسول يخبر خديجة ان لا ادري اه بعدما قريبة من الوفاة قال سلمي على ذراتك هكذا العبارة قالت ومن يا رسول الله الآسيا ومريم ازواج النبي في الجنة فهي المحبة للنبي وابرزت القبول عن النساء يغرنا كثير معنى هي كتلة ايمان خديجة كتلة تقوى وايمان والهية ما عندها هذه الحيثيات نعم ومنها الاولاد يعني من الزهراء الاولاد الحسن والحسين وزينب وام كلثوم انا في تصوري انا ام كلثوم هي نفسها زينب والله اعلم ولم يحصل لاحد من المسلمين نعم مثل اولاده في الشرف والكمال. فان الحسن والحسين عليهما السلام امامان بلغوا في الشرف الى الغاية. فالحسن عليه السلام اي اولد. يعني اولد فالحسن عليه السلام اولد يعني انجب مثل الحسن المثنى والمثلث وعبدالله بن الحسن المثنى النفس الزكية وغيرهم واولد الحسين عليه السلام مثل زين العابدين والباق والصاقر يقول كاظم والرضا والجواد والهادي عسكري والحجة عليه السلام نعم نجوم مزهرة نجوم نعم هداية سلام الله على الجميع. وقد نشروا من العلم والفضل والزور والانقطاع والترك شيئا. والترك يعني ترك الدنيا شيئا عظيما. حتى ان الفضلاء من المشايخ كانوا يفتخرون بخدماتهم عليهم الثناء. فابو يزيد البسطامي كان يفتخر بانه يفتخر بانه ويسقي الماء لدى لدار جعفر الصادق عليه السلام. نعم ومعروف الكرخ اسلم على يد الرضا عليه السلام وكان بواب داره الى ان مات وكان اكثر الفضلاء يفتخرون بالانتساب لهم اليهم. هذا بشر الحافي صار بهذا اللقب بشر الحافي ببركة القصة التي حدث له مع ماذا? مع الامام الكاظم عليه السلام. لما رأى جاريته في الزقاق وسب مع اه نعم صوت كذا وكذا قال ان سأله سيدك عبد ام حر كيف ذلك? انا انا اماته فهو نعم حر قال نعم لو كان عبدا لاطاع مولاه لما دخلت دخلت القاعة كأن الله تعالى الهم اه بشرا ان يسألها والا عادة ان الانسان كيف يهتم بالجالية خرجت خرجت القمامة والزبالة الهامات الهية. صدقني الهامات الاهية. انت الان في الجالس جالس انت تهتم بخادمك يخرج الزبالة وانت مع الناس خصوصا اذا كنت في نقاش علمي ومباحثة او في مثلا غيرك كان في اللهو وفي الرقص وكذا والشراب يهتم بجارية خرجت الزبناء اصلا الهامات الهية حتى يتغير المصير. فقال لها لماذا انت تأخرت بالله عليك انت معقول يسأل جارية تأخرت ما تأخرت. امور غريبة العقل يناقش. لا هادي الهامات فقالت نعم رأيت رجلا عجيبا وهكذا وكذا كذا فهو فهم انه موسى الكاظم عليه السلام ترك الجلسة حافيا وخرج حافيا تغيرت حياته مطلقا فصار بشر الحافي المعروف العارف الكبير ببركة من? ببركة الامام الامام الكاظم عليه السلام وكان اكثر الفضلاء يفتخرون بالانتساب اليهم في العلم. فان مالكا صاحب المذهب المالكي كان اذا سئل في الدرب عن مسألة لم يوجب السائل فقيل له في ذلك فقال اني اخذت العلم من جعفر بن محمد الصادق عليه السلام وكنت اذا اتيت اليه ليستفيد منه نهض وليس افخر ثياب آآ افخر ثياب وتطيب آآ ليستفيدوا نهض ولبس افخر ثياب آآ ثيابه وتطيب وجلس في اعلى منزلة وحمد الله تعالى وافادني شيئا حتى يعلم الناس ان العلم له قيمة وله قداسة يحتاج هذه الحركة واستفاد استفادة ابي حنيفة من الصادق عليه السلام. ظاهرة غنية عن البرهان. لولا السنة وهذه الفضائل لم تحصل لاحد من الصحابة سيكون علي عليه السلام افضل منه نعم تمت المسألة نعم بالله عليك اي شخصية هذا اي شخصية هذا وليس عجيبا اذا قال النبي صلى الله عليه واله في حق هذا الكلام يا علي لا يعرفك الله اعلم لا يعرفك الا الله وانا سنة صعبة جدا نعم المسألة الثامنة والاخيرة في باب الامامة نعم في امامة باقي الائمة عليهم السلام قال والنقل المتواتر دل على على الاحد عشر آآ ولوجوب العصمة الدليل الثاني وانتفائها عن غيرهم ووجود الكمالات فيهم. خليني انا احلل هذا المتن لأن عندي اشكال عليه  قال والنقل متواتر دل على الاحد عشر يعني الائمة بعد بعد امير المؤمنين سلام الله عليه</w:t>
      </w:r>
    </w:p>
    <w:p>
      <w:r>
        <w:t>عن الامام الحسن الامام الحسين زين العابدين امام البقر امام الكاظم امام الرضا امام الجواد امام الهادي امام الحسن العسكري والامام الحجة اه والامام حسين اناسيته احدى عشر اماما بعد الامير ما هو الدليل على امامتهم? يقول ثلاثة النقل متوافر الدال على احدى عشر ولوجوب العصمة وانتفائها عن غيرهم ووجوب الكمالات فيه التواتر يفيد اليقين. صحيح يعني اذا دققت في في الامر تواتر المعنوي حتما محرز هذا انا اقبله لكن ولوجوب الاسماء لوجوب العصمة هذا لا يكون دليل لماذا? لان نحن لا ندري العصمة اه تنصيص لو قال والتنصيص واللي هو نقل التواتر هو التنصيص. يعني بالنقل التواتر نحن ادركنا انه امام ثم ادركنا انه معصوم في العصمة لا تكون دليلا على على امامة الائمة عليهم السلام لانها باطنية نحن لا ندريها. يعني نحن يصلنا التنصيص بالتواتر المعنوي ثم نقول معصوم اذن العصمة لا تصلح كدليل وانتفائي عن غيري ووجود الكمالات في هذه دليل اني وليس دليل دليل ولا دليل الملازمات. الكمالات تدل على انه هذا عظيم. اما تدل على انه له الإمامة الإلهية والعصمة لها امارات? نعم اما انها دليل يقيننا يبقى الحل الوحيد ما هو التنصيص اقول لما بين ان الامام بعد رسول الله صلى الله عليه واله وعلي بن ابي طالب عليه السلام شارع في امامة الائمة الاحد حداشر وهو الحسن بن علي عليه السلام الاول الامام الاول بعد الامير يعني الامام الثاني في الترتيب اللي في ترتيب الامامة وهو الحسن اه ابن علي عليه السلام ثم اخوه الحسين عليه السلام ثم علي بن الحسين زين العابدين عليه السلام ثم محمد بن علي الباقر ثم جعفر بن محمد الصادق ثم موسى بن جعفر الكاظم ثم اه ولده علي الرضا عليه السلام ثم ولد محمد الجواد ثم ولده علي الهادي ثم ولده الحسن العسكري ثم الامام المنتظر سلام الله عليه. بالامام يعني اثنى عشر نعم مصديق يقينية دقيقة للرواية الشريفة ان الائمة بعدي اثنا عشر كلهم من قريش هذه من قريش حرفوها كلهم من بني هاشم واستدل على ذلك بوجود ثلاثة قلت لكم واحد امارة لا يفيد اليقين وانما يفيد الاطمئنان والاولى يفيد اليقين العصمة نعم اه الأول النقل المتواتر من الشيعة خلفا عن سلف فإنه يدل على امامة كل واحد من هؤلاء بالتنصيص. اه التنصيص التنصيص هو الملاك التنصيص يبين لك المنصب الالهي وتتبعه العصمة والحجية بدون تنصيص لا يمكن فالعصمة ليست دليلا الكمالات امرات نعم وبالتالي كلما احرزنا الولاية الالهية احرزنا الكمالات ولكن اذا احرزنا الكمالات دليل اني على الولاية وليس دليلا برهانيا نعم بالتنصيص يقولها صراحة وقد نقل المخالفون ذلك من طرق متعددة تارة على الادمان واخرى على التفصيل. كما روي عن رسول الله صلى الله عليه واله متواترا انه قال للحسين عليه السلام هذا ابني امام نعم ابن امام اخو امام نعم ابو ائمة هذا ابني امام ابن امام اخو امام ابو ائمة تسعة. تاسعهم قائمهم عليه السلام وغير ذلك من الاخبار. وروي عن مسروق هذا كان مع عائشة بواب عائشة نعم يقولون تاب لا ادري تاب لم يتب. المهم هذا مصيبة نعم مصيبة. ان شاء الله قد وروى عن وروي عن مسروق وقال بين نحن عند عبد الله بن مسعود اذ قال له الشاب هل عهد اليكم نبيكم صلى الله عليه واله كم يكون من بعدي خليفة? قال انك لحديث السن وان هذا شيء ما سألني قدر عنه نعم انظروا الامة لا تهتموا بهذه الامور لا تهتم عندها اهتمامات اخرى نعم نعم انظر هذا امر عظيم عبد الله بن مسعود يعني في اخر حياته يسأل هذا السؤال يا الله نعم انها انك لحديث السن يعني الصغير وان هذا شيء ما سألني احد عنه نعم عهد النبي عهد الينا نبينا صلى الله عليه واله ان يكون بعده اثنا عشر خليفة. عدد نقباء بني اسرائيل الوجه الثاني قد بينا ان الامام يجب ان يكون معصوما نعم وغير هؤلاء ليسوا معصومين اجماعا فتعينت العصمة لهم والا لزم خلو الزمان عن المعصوم وقد بينا استحاء استحالته نعم صحيح لا يخلو الكون من معصوم لكن كيف عرفت العصبة شيخنا العزيز بدون تنصيص لا يمكن الوجه الثالث ان الكمالة النفسانية قلت هذه امارات تورث الاطمئنان ولكن لا تورث اليقين البرهاني اليقين المنطقي ان الكمالات النفسانية والبدنية باجمعها باجمعها يعني بكلها موجودة في كل واحد منهم صحيح وكل واحد منهم كما هو كامل في نفسه كذا هو مكمل لغيره صحيح. يعني كمال في ذاته كمال في في الهداية وذلك يدل على استحالة الرئاسة العامة لانه افضل على استحقاقه للرئاسة العامة لانه افضل من كل احد في زمانه افضل يعني امارا نعم ويقبح عقلا تقديم المفضول على الفاضل فيجب ان يكون كل واحد منهما اماما وهذا برهان لمي لا برهان اني على الامامة اما على القيادة نعم قد يكون برهانا لميا. المسألة التاسعة في احكام المخالفين قال ومحارب علي علي محارب علي عليه السلام كفرة ومخالفوه فسقة. اقول المحارب لعلي عليه السلام كافر لقول النبي صلى الله عليه واله حربك يا علي حرب ولا شك في في كفر من حارب النبي صلى الله عليه واله. واما مخالفوه في الامامة فقد اختلف قول علمائنا فيهم فمنهم من حكم بكفرهم. لانهم دفعوا ما علم ثبوته من الدين ضرورة. وهو النص الجلي. الدال على امامته مع تواطله وهو الغدير وذهب اخرون الى انهم فسقا وهو الاقوى. يعني العلم الحلي يرجح انهم لا ليسوا كفرة. ثم اختلف هؤلاء على اقوال ثلاثة. احدهم انهم مخلدون في النار لعدم استحقاقهم الجنة تاني قال بعضهم انهم يخرجون من نار الى الجنة. الثالث ما ارتضاه ابن لو بخت وجماعة من علمائنا انهم يخرجون من النار لعدم الكفر. الموجب يعني الكفر الموجب للخلود ولا يدخلون الجنة لعدم الايمان المقتضين لاستحقاق الثواب قد يكون في مرتبة غير غير الجنة. هذا البحث يدخل في بحث الفلاح الاخروي فهو الصق بالمعاد وليس بالامامة هناك فيه طرح جميل يسمى آآ الفلاح الاخروي قاعدة في باب العدل وليس في باب الامامة. تم بحث الامامة المقصد السادس. قال والمقصد السادس في الميعاد بفتح الميم وليس بكسر الميم. المعاد. المعاد يعني هذا انت تواعد مع شخص في الحرم نعم هذا الميعاد المعاد يعني يوم القيامة يعني الحياة بعد الموت والوعد والوعيد وما يتصل بذلك ياتي ان شاء الله تفصيله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