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معكم في نهاية المطاف الى المقصد السادس والنهائي المقصد الذي يتناوله المعاد والوعد والوعيد وما يتصل به ذلك يعني يوم اخر المعاد في جزئياته فقط الإلهيات الروحانية الى هي الطبيعية لا تجري في جزئيات المعهد عذاب القبر الصراط نشر الكتب وو جزئيات الجنة جزئيات جهنم هذه كلها لا يمكن الوصول اليها الا من الالهية الوحيانية اذا لم يكن هناك بيان وحياني لا يمكن للعقل ان يصل اليها. لماذا? لانها ليست معاينة حسية حتى نراها ونصل الى معانيها الكلية نعم فيأتي الوحي ويبين تفاصيل هذه الامور. اما الميعاد بنحو الميعاد بنحو كل نعم يمكن. التدليل عليه وانا في تصوري اه احسن دليل هو دليل القيم النظم القيمي الذي يتلازم مع اختيار الانسان وتكامل الانسان وهو العدل الالهي هذا خير دليل على ان هناك نشأة اخرى يتحقق مقتضى هذا هذه القيم نعم قد لا تتحقق مقتضيات هذه القيم في هذه النشأة سيكون اه هذا الامر عبثا في الحكمة الالهية العقل حتما يقول هناك نشأة اخرى هي يوم القيامة هذه الملاك الذاتي يعني الانسان يلتزم بالقيم ثم لا يصل الى مقتضى هذا العدل من كمال وجزاء هذا عبث في الحكمة العقلية فهذا هو الملاك الواقع بلاك الواقعي القيم لا معنى لها بدون عدالة. هذه العدالة اذا تحققت في هذه الدنيا بها ونعمة اذا لم تتحقق فحتما هناك نشأة اخرى وكثير من الامور امور العدالة لا تتحقق في هذه النشأة كتير من الظلم الانسان ظلم ولم يصل الى حقه تحت من العقل يقول مقتضى النظم القومي ان تكون هناك نشأة اخرى وعالم اخر يسمى الاخرة نعم هذا دليل عقلي. اما جزئيات اه جزئيات المعاد نعتمد على الحكمة الوحيانية فقط قال المقصد السادس وهو الاخير في هذا الكتاب في المعاد بالفتح والوعد والوعيد وما يتصف بذلك حكم المثلين واحد والسمع دال على امكان المماثل حكم المثنين هذا دليل امكاني يثبت فقط امكان المعاد اما وقوع الميعاد? لا. لان اه الإمكان لا بشرط نعم نحتاج الى دليل اخر هنا يقول الشرع يعني العقل يقول كما خلق الله تعالى هذا الكون هذه النشأة المادية وعملية الخلق مماثلة فيمكن ان يخلق عالما اخر اذا الحكمة اقتربت ذلك والقدرة متوفرة قدرة مطلقة فيمكن ان يكون هناك عالم اخر ثم يأتي الشرع يبين تفاصيل هذا العالم ولهذا قال حكم المثلين يعني هذه النشأة خلقها والله تعالى ما يقدر يخلق المماثل لها في الآخرة نعم الملاك واحد خالق بالعلم المطلق الماشية المطلقة القدرة المطلقة الفاعلية المطلقة خلق هذا الكون يعجز عن خلق نشأة اخرى والسمع دال علي كثير من الايات المباركة المعاد هو ملاك اه كل شيء انت اذا ما عندك اه نشأته تحاسب عليها وعن هذه المسئولية وهذه القيم  لا معنى للدين ولا معنى هذه النظم القيم نعم حكم المثلين واحد نعم والسمع دال على امكان التماثل. نعم. اقول في هذا البحث في هذا المقصد مسائله. المسألة الاولى في امكان خلق عالم اخر. امكان حكم المثلين واعلم ان ايجاب المعاد يتوقف على هذه المسألة نعم ولاجل ذلك صدرها في اول المقصد يعني ان كان الخلق وقد اختلف الناس في ذلك واطبق المليون يعني اصحاب الأديان عليه على ووجود المعاد وخالف فيه الاوائل نعم فلاسفة واحتج المليون بالعقل والسمع. اما العقل فنقول العالم المماثل لهذا العالم ممكن الوجود نعم صحيح هذا لان الله تعالى عالم بالعلم المطلق ماشي هي مطلقة ارادة مطلقة قدرة مطلقة الفعالية مطلقة الى المنع نعم لان هذا العالم ممكن الوجود وحكم المثلين واحد يعني هو يماثل هذه النشأة هذه النشأة خلقها الله تعالى فيمكن ان يخلق عالما اخر في نشأة اخرى ما المانع فلما كان هذا العالم ممكنا يعني هذه النشأة الدنيوية وجب الحكم على الاخر بالامكان نعم بالامكان فقط لكن بالوقوع لا ولهذا البرهان اشار بقوله حكم المثلين واحد واما السمع فقوله تعالى اوليس الذي خلقه السماوات والارض بقادر على ان يخلق مثلهم بلى وهو الخلاق العليم. اي المثلية لماذا? لان العلة الفاعلية تامة نعم العلة الفاعلية التامة والممكن منفتح على عملية الايجاد اين المانح هل هناك مانع لأ اذن من حيث الإمكان فيه دليل عقلي وكذلك ارشاد وحياني اوليس الذي خلق السماوات والارض بقادر على ان يخلق مثلهم بلى وهو الخلاق العليم هنا قد تقول انت شيخنا العزيز دائما تقول الملاكات الذاتية والا لا معنى لهذه الاية اذا لم يكن هناك بلاك ذاتي يدركه العقل يعني الملاك ليس الآية الملاك هو ذلك الملاك الذاتي. الآية ترشدنا الى ذلك الملاك الذاتي ما هو? اوليس الذي خلق السماوات والأرض هذا هو الملاك يعني خلق نشأة لماذا لا يخلق نشأة? اين المانع? ما في مانع. فاعلية تامة والقابل يقبل تتم المسألة. اوليس الذي خلق السماوات والارض بقادر على ان يخلق مثلهم. بلى وهو الخلاق العليم. عالم بالعلم المطلق فقدرة مطلقة ارادة مطلقة اذا هنا العقل اثبت امكان المعاد والشرع اشار الى الملاك الذي اكتشفه العقل وهو المثلية او المماثلية حكم الامثال فيما يجوز ولا يجوز واحد قال والكورية ووجوب الخلاء واختلاف المتفقات ممنوعة يا ليته لم يذكر هذه الامور نعم كلها اه فلكية ومعقدة ام اقول هذا اشارة الى ما احتج الاوائل به على امتناع خلق عالم اخر وتقريره من وجهين. الاول انه لو وجد عالم اخر لكان كرة لأنه الشكل الطبيعي الشكل الطبيعي هو الكرة غير الكرة في موانع خارجية اخرجته من الشكل الطبيعي نعم من اين جاءوا بهذه الامور يعني معطى تجريبي معطى التجريبي ليس يقينيا نعم ولهذا انت اذا وضعت قطر ماء في بمكان شكلها الطبيعي هو الكرة فقط هي تتغير بعوامل خارجية انه لو وجد عالم اخر لكان كرة لانه الشكل الطبيعي. تعليم للكروية لأنه الشكل الطبيعي نعم هذا مبنى تجريبي والتجريبيات القديمة الاعمى الاخلاق خاطئة فانطلاقت الكرتان او تباينتا لزم الخلاء انظر هذا هذه الذهنية البائسة اغاتيل ذهنية بائسة لان المعارف تطورت عالم البرزخ الصعودي مجرد في اشكال المادة نعم فكيف بعالم الاخرة في غاية التجرد كروية عدم كروية حيز مكان كلها منتفية هناك. اذا هذا الكلام هراء من بدايته الى نهايته فالله تعالى في تصور هذا الساذج هذا الكون كرة فخلق الله تعالى النشأ الاخرة فتكون كرة اليس كذلك بين الكرتين لا شيء فخلاء والخلاء مستحيل نعم فانطلاقت الكرتان او تباينتا لزم الخلاء. نعم تلاقت الكرتان او تباينتا التباين واضح جدا في الخلاء. التلاقي التلاقي اين اين الخلاء</w:t>
      </w:r>
    </w:p>
    <w:p>
      <w:r>
        <w:t>تلاقي يعني جوهر الفرد يكون يعني تكون نقطة جوهر الفرض نعم نعم. فانطلاقت الكرتان او تباينتا لزم الخلاء. جيد التباين نعم فيه  فضاء بدون مادة هو الخلاء والخلا مو مستحيل الخلا ما هو امتداد بدون مادة امتداد بدون موضوع يمتد هذا مستحيل كما يقولون لكن التلاقي كيف التلاقي يعني كرة كانت في حيز ثم تحركت والكرة الثانية يعني النشأة المادية كانت في حيز وتحركت فترك اه كل ترك حيزه ويرزم الخلاء والجواب لا نسلم وجوب الكورية في العالم الثاني. نعم اصلا سلب بانتفاء الموضوع. هناك عالم مجرد نعم سلمنا لكن لا نسلم وجوب الخلاء لامكان ارتسام الثاني في ثخر بعض الافلاك. او احاطة المحيط بالعالمين هنا قرب هالمسألة فلكن قلت لكم يا ليت لم ياتي بهذه الخرافات من هذا الكتاب يقول عندنا دليل عقلي من باب القيم ان العدالة الإلهية تقتضي ان يأخذ كل شخص الظالم والمظلوم جزاءه وكثير من المظلومين لم يأخذوا جزاهم لم يصلوا الى الى حقه فالعدالة الالهية تقتضي ان ان يصل الانسان المظلم من حقه اذا لم تكن في هذه النشأة بنشأ اخرى دليل القيم هو اروع الادلة. اما هذه الافلاك مصادرات على ماذا? على ان النشأة الاخرى مادية داخلة في تحتها فلك الافلاك ثم يأتينا بهذه الخرافات. نعم يقول والجواب لا نسلم وجوب الكورية في العالم الثاني العالم الثاني مجرد اصلا لا ينتمي الى عالم علامة عالم المادة وان كان المتدينون ممكن ثمانين بالمئة يعتقدون ان النشأة الأخروية كما هذه النشأة تمام الا ان الانسان هناك لا يتعب يعيش بهذه المعيشة نعم يقول سلمنا ان العالم الاخروي كرة لكننا لا نسلم وجوب الخلاء لماذا هذا الخلاء لإمكان الاقتصام الثاني الارتسام الثاني يعني العالم الاخروي في ثقل بعض الافلاك نعم يعني ما عنده علاقة اه هذه النشأة او احاطة المحيط اه بالعلمين المحيط ظاهر الفلك الافلاك نعم يعني هادي كلها مبنية على ماذا? ان اه فلك الفلك هو تمام الخلق الإلهي. يعني الله تعالى خلق الفلاك الإفلاك ما فيها هداك الأطلس ما في كواكب في داخله يدور ويدور الأفلاك في داخله فتدور الكواكب والكرة الارضية في وسط في مركز هذه الافلاك ولا تدور ثابتة والشمس كذلك تدور والقمر يدور. هذا هو خلق الله وانتهى لا عالم برزخ سعودي مجرد ولا عالم اخرة مجرد تفاهم جدا ساذج للدين وعالم الاخرة لا ادري ان حقق الطوسي اراد ان يثبت هذه المسألة ثم يدخل في توريطات والكورية ووجوب الخلاء واختلاف المتفقات ممنوعة. يعني هذا كله مرفوض الثاني لو وجد عالم اخر فيه نار وارض وغيرهما يعني من الماء والهواء. يا الله. اذا هذا يصادر على ان الاخرة بلا مادية نعم لو وجد عالم اخر فيه نار وارض وماء وهواء هذه العناصر الاربع فان طلبت امكينا امكنة هذه العناصر اللازمة قصرها دائما والا اختلف المتفق المتفقات في الطباع في مقتضياتها يعني هذه الارض اه يعني الارض هنا المقصود بالتراب والما والنار في تلك النشأة الكل يريد ماذا? يريد آآ امكنة خاصة  هذه الامكنة الخاصة في قاصر لنفرض مثلا الله تعالى يجبرها او يقصرها نقولو احسن الجبر لا ينطبق على الماديات الجبر فقط في المخلوقات المختارة يقولون جبر في المخلوقات الغير واعية اقول القصر يعني يقصرها على ماذا? على اخذ امكنة خاصة بها. جيد. ماذا يترتب على ذلك يقول لو وجد عالم اخر فيه نار وارض وماء وهواء يعني العناصر الغرباء فان طلبت امكنة امكنة هذه العناصر يعني كل عنصر له مكانه الخاص كما النشأة هذه ارض عندها مكان ثم يأتي ما فوقها ثم الهواء فوق النار النار هي الاعلى نعم لزم قصرها قصر هذه العناصر دائما والا اختلفت المتفقات في الطباع في مقتضاتها. يعني يختل الوضع نعم والجواب لما لا يجوز ان يكون العالم الاخر مخالفا لهذا العالم في الحقيقة. هذا الكلام جميل من العلامة الهندي. رحمة الله عليه ما عندنا علاقة لا بالعناصر الاربعة ولا بذل خرطي. ولا بالنشأة المادية. انظر كلام العلامة الحلي كم? جميل ونفيس ولما لا يجوز? يجوز احتمال عقلي فقط. ولما لا يجوز ان يكون العالم الاخر مخالفا لهذا العالم في الحقيقة. اصلا صنخ حقيقة لا علاقة لها بهذه المادة. هذا هذه النشأة نشأ التكامل صنعت لاجل الانسان فحتى يرتبط بمادة يسانخ العالم المادي من حيث العناصر حتى ياكل ويتغذى ويبقى ويتنفس هذا هو التسخير سخر هذا الكون للانسان نعم يحتاج الى اضاءة يحتاج الى برودة يحتاج الى ماء يحتاج الى رطوبة الى ارظ حتى ياخذ من عناصرها ويبقى ويستمر النصف ويتكامل هذا القانون غير موجود في الاخرة الاخرة ليست النشأة التكامل. ابدا لما لا يجوز ان يكون عالم الاخر? يعني الاخرة مخالف لهذا العالم في الحقيقة? نعم سلمة يدك يا العلامة الحلمي هذا هو الكلام الصحيح نعم سلمنا سلمنا انه له هذه العناصر الاربعة. لما لا يجوز ان يكون المكانان طبيعيين لهما لماذا الله تعالى يقصرهما وحكيم وقادر على كل شيء اذا خلق الاخرة وخلقها من ارض وماء وهواء ونار يرتب لها الترتيب التام حتى تستقر يعني الله تعالى آآ ناقصون ليس له الكمال فهذا ما خطر لنا في تطبيق كلام المصنف رحمه الله تعالى. نعود الى المتن الكورية حتى يلزم الخلاء. يعني النشأة الاخرة كهذه النشأة كورية لان الشكل الطبيعي هذه مصادرات مصادرات كلها الطبيعية ان النشرة الاخيرة مادية وكرويا لانه شكل طبيعي ثم اما ان يلتقيان او يفترقان من قال يلتقيان يفترقان الم الم تقرأ القرآن الكريم ان هذه النشأة تندثر وتختفي تروح نهائيا ما تبقى حتى تصل النوبة للاجتماع والافتراق فيلزم الخلاء الباطل. واختلاف المتفقات ممنوعة. اختلاف المتفقات يعني هذه العناصر الاربعة نار وهواء وماء وتراب نعم المسألة الثانية في صحة العدم على العالم. يعني هذا العالم يروح بعد والامكان يعطي جواز العدم. نعم يمكن كما الله تعالى خلقه بملاك الإمكان في دائرة العالم والحكمة والارادة والقدرة والفاعلية المطلقة في ذات الله فيمكن ان ينسفه نسفا. نعم اقول اختلف الناس في ان العالم هل يصح عدمه ام لا? فذهب المليون يعني اهل الاديان اجمع الى ذلك الى انه يجوز عدم الا من شذ ومنع منه القدماء واختلفوا فذهب قوم منهم الى ان الامتناع ذاتي الامتناع ذاتي من اين جاء بها؟ لماذا تعرف ليش? لانه هو لا يؤمن بالله هذا الدهريون هذا الدهريون العالم لا مبدأ له ولا منتهى هذا الدهر لا لا يهلكنا الا الدهر وجعلوا العالم واجب الوجود هذا هو ونحن قد بينا خطأ وبرهنا على حدوث العالم. فيكون ممكنا بالظرورة نعم فيمكن ممكن الوجود وممكن العدم. نعم وذهب اخرون الى ان امتناع باعتبار الغير يعني ليس لامتناع الذاتي. الامتناع من بالغير وذلك يبين ذلك الغير. وذلك ان العالم معلول علة واجبة الوجود. نعم. واجب الوجود. والله تعالى هو الذي خلقه</w:t>
      </w:r>
    </w:p>
    <w:p>
      <w:r>
        <w:t>فلا يمكن عدمه الا بعدم علته يعني اذا عدم العالم ينعدم الله تعالى الانتفاع المعلول ينتفي تنتفي العلة ويستحيل عدم واجب الوجود ونحن بينا قد بينا خطأهم في ذلك وبرهنا على ان المؤثر في العالم قاضي المختار وذهب لا قادر المختار على منحه ليلة سوا الملك لا تقل لان الله تعالى قادر مختار فتعطيه انت الاختيار يفعل ما يشاء فنقع في الذوق الاشعري في الاشعري لا لا ليس هكذا يجب ان نفهم لماذا اذا انتفى العالم لا اه ينتفي الفاعل نعم الله تعالى ليس علة تامة في الخلق فلاسفة كلهم متفقون على ان الله تعالى ليس علة تامة للخلق. علة اه فاعل تام وليس علة تامة فاعل تام فاعلية تامة غير العلة التامة مثلا في خلق الولد والله تعالى اه فاعل تام. هو الفاعل التام. هو الخالق لهذا الولد لكن في ارضية حكمته شاءت ذلك ان يكون هناك ولاء الوالدان لهما شأن في هذه الخليقية. يقولون العلماء شأن اعدادي وليس شأنا فاعلي. شأن الفاعلي خاص بالله تعالى نعم تخيل الان الان انقرض انقرض كل ما يصدق عليه انه والد ووالدة لا يأتي الولد يعني ينتفي النسر هل الله تعالى فاعليتهم تمت له? فاعلية تامة بمجرد ان تتحقق الارضية اه يفعل ويوجد هذه النشأة خلاص ارضيتها ما بتصلح فتنتفي وتبقى فاعلية الله تامة يمكن ان ينشئ نشأة اخرى اشارة اخرى ويأتي موجودات اخرى غير النشأة التي نحن فيها ونحن ننتقل لننشأة اخروية هكذا يجب ان نفهم المسألة نعم ليس بالاختيار فقط استاذنا الاختيار اه هذا ذوق اشعري. نعم. يعني تحيل الى القدرة والاختيار هذا سهل جدا نعم وذهبت الكرامية كرامية نشأت تشبه مدرسة تشبه السلفية الان مجسمة وكانت تستعمل العنف. تقتل الناس. يقولون الفخ الرازي قتلته الكرامية والجاحظ الى استحالة عدم العالم بعد وجوده بعد اعترافهم بالحدوث اذا اعترفت بالحدوث لماذا لا تعترف بانتفائه? لان الاجسام باقية فلا تفنى بذاتها ولا بالفعل لان شأنه الايجاب لا الاعدام اذ لا فرق في العقل بين نقل نفي الفعل وبين فعل العدم ولا ضد للاجسام لانه بعد وجوده يعني بعد وجود الجسم ليس اعدامه للباقي اولى من عدمه بل لوقوع التضاد من الطرفين. واولوية الحادث بالتعلق بالسبب يعني الله تعالى مشتركة وهل يكترثه بكثرته باطلا نعم الامتناع اجتماع المثليين. كل هذا كلام خرطي عدم النضج في المعقول كل هذا الكلام من الجاحظ والكرامية هزالة في المعقول مع الاسف الشديد ما قدروا الله حقا قدري نعم هذا الكلام لا معنى له لا من الكرامية ولا من الجاحظ ولا الجاحظ كان من منظرين في علم الكلام داك المنظر الصحيح كان في بداية نشأة المعتزلة. الكرامية اه طائفة مجسمة لا تفهم الى الاجسام اذا انتفى الجسم يعني انتفى الوجود عندها نعم وذهبت الكرامية والجاحظ الى استحالة عدم العالم بعد وجوده بعد اعترافهم بالحدوث. تعريض من العلماء الحلي. يعني اذا انتم اعترفتم بان العالم حادث لماذا لا ينتفي يقول دليلهم لان الاجسام باقية من اين? ما عنده دليل لان الانسان بقي من اين لا الاستقراء يفيد هذا ولا الاستنباط لان الاجسام باقية فلا تفنى اول الكلام الاجسام باقية هذا هو المدعى انت تقول انا اقول الاجسام الثانية تقول الاجسام باقية. يعني المدعى مصادر على مطلوب فلا تفنى بذاتها ولا بالفاعل بان شأن الفاعل الايجاد لا الاعدام اذ لا فرق في العقل بين نفي الفعل بين فعل العدم الله الله لأن فيه الفعل وفعل العدم هل الفعل العدم يفعل هل العدم يفعل ما عدم لا شيء لا شأن له مطلقا سلب بانتفاء قلت لكم النضج العقلي لم يكن في ذلك الزمان وانا استطيع اجزم ان علم الكلام استقر بعد المحقق التونسي. كنسق علمي محترم. اما السابق لا كوارث ولا ضد للاجسام يعني هو يتصور ان انها تسن تفنى الا اذا كان هناك آآ ضد ولا يكفي الله تعالى وان كان انتفاء العالم نعم ولا ضد للاجسام. لماذا تأتي بالظدية? لانه بعد وجوده يعني بعد وجود الجسم يعني العالم. ليس اعدامه للباقي اولى من عدمه بل لوقوع التضاد بين الطرفين ولا التظاد واولوية الحادث يعني اولوية الحادث يعني المخلوق بالتعلق بالسبأ مشتركة. نعم. يعني انت الآن عندك جسم ملاك التعلق به الحدوث. وهو الآن موجود فلماذا ينتفي بسبب مشتركة وبكثرته باطن يعني يتعدد هذا العالم وتأتي نشأة اخرى باطلة لامتنان اجتماع المثنيين يعني هو يتصور ان العالم الاخرة مثل هذا العالم في كل الخصوصيات كاجتماع المثلين نعم باطن لا اشتباه انت اصلا فهم الدين فهم بائس جدا نعم وهذا طبيعي جدا هذا طبيعي جدا طبيعي جدا ان المعرفة الدينية بعد مجيء الاديان تكون ساذجة ثم تترقى تترقى مع الزمن من نضج الانساني والمعصوم لا يمكن ان يعطي الفهم النهائي لانه يراعي تطور البشر. مع هذا الائمة عليهم السلام كانوا يشيرون الى نكات عقدية وحتى فلسفية خارقة للعادة. الا انها لم تستثمر وهذا طبيعي. لماذا? لان العقل لم يكن ناضجا في مستوى تلك الكلمات النورانية من الائمة نعم وباستلزام الجمع بين الناقضين باطلة الانتفاع على تقدير القول بعدم دخول الحادث في الوجود. ولا بانتفاء الشرط لعود الكلام عليه وهو خطأ فان الاعدام يستند الى الفعل. نعم كما يستند الوجود اليه. نعم والامتياز واقع بين العالم الاول والعالم الثاني. يعني بين العالم الدنيوي والعالم الاخروي نعم والامتياز واقع بين نفي الفعل وفعل العزم فعلا عدم لا معنى له نفي نفي الفعل يعني نفي الكون هذا الكون ينتفي وفعل العدم لا فعل العدم يعني انت تأتي الى العدم وتعطيه كيانا هذا مستحيل مستحيل مستحيل سلمنا لكن لما لا يجوز ان يعدم بوجود الضد? ويكون الضد اولى باعدامه. وان كان سبب الاولية مجهولا. احالنا الى المجهول سلمنا لكن لما لا يجوز اشتراط الجواهر باعراض غير باقية؟ يوجدها الله تعالى حالا فحال. لبقاء بقاء الاعراض فإذا لم يتجدد العرض انتقلت الجواهر ودليل المصنف رحمه الله على مطلوبه من صحة العدم اه حجة على الجميع هو ان بينا ان ان العالم ممكن هذا هو الملاك ممكن الوجود فيستحيل انقلابه الى الامتناع او الوجوب فيجوز عدمه كما جاز وجوده لانه لا بشار هذا هو الملاك على الخرطي الكرامية والجاحظ وغيرهم هذا لا معنى له. يتكلمون بدون اسس علمية وعقلية. المحقق التونسي فيلسوف يقول ملاك خلق هذا النشأة في دائرة النشأة ليس في دائرة الله في دائرة الله العلم المطلق الماشية المطلقة القدرة المطلقة الفاعلية المطلقة هذا واضح جدا لا من حيث القابل بقول الفلاسفة يعني الملاك الذاتي في المخلوق ما هو؟ الإمكان يعني قابل انين نوجد وقابل ينعدم ان وجد ان وجد ولا زال ان يقبل الانعدام فينعدم انتهى الامر نعم. ولهذا قال ودليل المصنف على على مطلوب من صحة العدم حجة على الجميع وهو ان بينا ان العالم ممكن الوجود فيستحيل انقلابه الى الامكنة او الوجوب فيجوز عدمه كما جاز وجوده</w:t>
      </w:r>
    </w:p>
    <w:p>
      <w:r>
        <w:t>واللهم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