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والحمدلله الله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 زلنا معكم في الميعاد ولا وازم الميعاد المسألة الثانية في وقوع العدم وفي كيفيته. السمع الدال عليه قلت لكم ان تفاصيل المعاد سمعية يعني حكمة وحيانية اقول يدل على وقوع العدم السمع يعني هذا الكون ينتفي يتبخر بعد نعم وهو قوله تعالى هو الاول والاخر. يعني ما في اخر غير الله  بدلالة الالتزامية ان ما في مخلوق يصدق عليه انه الاخر. هل يبقى يفنى. هذا هو الدليل بالاية الاولى وقوله تعالى كل شيء هالك الا نعم وجهه. وقال تعالى كل من علي اثنان نعم وقد وقع الاجماع على الفناء وانما الخلاف في كيفيته على ما يأتي نعم واشارة الى اعادة المعدوم كيف يعاد هذا المعدوم. اما المعدوم فهو اه العدم ينعدم لكن كيف اعادة هذا المعدوم هناك خلاف اذا الحكمة الوحيانية دلت على ثناء هذا الكون والعقل يدل عليه قلنا لانه ممكن ان وجد وهو ممكن انعدم قال ويتأول في المكلف بالتفريق كما في قصة ابراهيم عليه السلام اشارة الى عادة المعدوم نعم يعني كيف يعيد الله تعالى ما اعدمه نعم نحن لا نؤمن بهذا الامر اعادة المعدوم والمعدوم لا شيء حتى يعدم ساليب في انتفاء الموضوع. نعم من يعيش الاخرة ليس من الامور التي تعاد وانما ترقي. ترقي الى عالم البرزخ ليست اعادة يعني نحن الان نترقى الى مرتبة اعلى وارقى واجمل وهي البرزخ ثم اه العالم الاخروي لكن المتكلم في ذلك الزمان ديال الموت عنده عدم. يعني اذا مت انت خلاص راحت في سرة عدم ثم يرجعك يوم القيامة من سلة العدم. العدم عدم لا شيء لعدم لا شيء يعني فهم عرفي للدين فهم عرفي جدا وسذج. نعم اقول المحققون على امتناع اعادة المعدوم نعم الدين المعدوم لا شيء يعني سلب بنتفاء الموضوع. الموضوع غير موجود معدوم نعم وسيأتي البرهان على وجوب المعاد نعم وها هنا قد بينا انه تعالى اه يعدم العالم وذلك ظاهر المناقضة. فبين المصنف مراده من الاعدام اما في غير المكلفين وهم من لا يجب اعادته فلا اعتبار به اذ لا يجب اعادته فجاز اعدامه بالكلية ولا يعاد مثل الحيوانات والنباتات والجمادات واما المكلف يعني الانسان الذي له حق في العدالة الالهية فينتفي مطلقا يدخل في سنة العدم مطلقا. ثم لا يعاد حتى يأخذ حقه ويتنعم في الاخرة واما المكلف الذي يجب اعادته فقد تأول المصنف رحمه الله معنى اعدامه بتفريق اجزائه ولا امتناع في ذلك تتفرق اجزاؤه بالموت ثم في الاخرة اه تجتمع هذه الاجزاء بقدرة الهية فيعاد في تلك النشأة. يعني هذه العناصر. اذا هذا المبنى مبني على ان النشأة الاخروية عنصرية. يعني هي هذه الاجسام هي التي في الارض هي التي في اه النشأة الاخروية. الشيخ حسن زادنا اموري عنده كلمة جميلة جدا يقولون انتم تستمتون على هذه المعقولة. اعادة الروح الى الجسم ونحن نستميت ونقول اعادة الروح الى ربها. وليس الى جسمها نعم هي ارقى من الجسم وترقت تعيد الى تعود الى الحضيض والتقهقر ان ترقى الى ربها لكن مع الأسف الشديد الى الان في الحوزة يستميتون على المعادن الجسمانية. اصلا ما فاهمين مع معنى المعادن الجسماني  نعم. اذا حسب المحقق الطوسي المتكلم اجزاءك انت تتفرغ في هذه النشأة ثم يجمعها الله تعالى في الاخرة كأن الله تعالى عنده ضعف في قدرته وضعف علمه يحتاج الى عناصرك حتى تتأسس يتأسس العالم الاخروي اذا كانت هذه العناصر هي هي فهناك في حركة في تعب في نصب فيها اكل وفيها اكل وفي فضلات وفي طوالات هذه الامور وعمل مكلف يعني الانسان الذي كلف لأجل الاخرة فهذا يعاد حتما الذي يجب اعادته فقد تأول المصنف رحمه الله معنى اعدامه بتفريق اجزائه. قال في المتن ويتأول في المكلف يعني الانسان والجن مثلا لان الانسان والجن اه مكلفا بالتفريق يعني تفرق اجزاءه وترجع كما في قصة ابراهيم يعطيك ينظر لك تجربة تجربة فكرية ابراهيم قطع اوصال هذه الحيوانات الطيور ثم نداها فاجتمعت نعم فان المكلف يعني الذي كلفه الله تعالى فداء في القيم فيحتاج الى العدالة فيحتاج الى نشأة اخرى يرى فيها مقتضى عمله ومقتضى التزاماته بالقيم بعد تفريق اجزائه في الارض في القبر يصدق عليه انه هالك بمعنى انه غير منتفع به يعني الهالك غير منتفع بيه انتهى الامر. صار عناصر او يقال انه هالك بالنظر الى ذاته. اذ هو ممكن ولو كل ممكن فانه بالنظر الى ذاته لا يجب له الوجود فلا يوجد. يعني هو في ذاته هالك اذ لا وجود الا للواجب بذاته او بغيره فهو هالك بالنظر الى ذاته نعم فاذا فرق اجزاء اذا فرق قول الله تعالى. فاذا فرق اجزاءه كان هو العدام. يعني العدم عنده تفريق الاجزاء وليس العدم بالمعنى الحقيقي. فاذا اراد الله تعالى الى فاذا اراد الله تعالى اعادته جمع تلك الاجزاء الفها كما كانت. فذلك هو المعنى. هذا هو المعاد عند المتكلمين جمع الاجزاء المتفرقة ثم تأتلف يوم القيامة هذه العناصر هي انت في الرؤية فقط. الرؤية ترى نفسك ليس باي جسم. هذا الجسم العنصري وعندك حركات وعندك اقوال وعندك كلام وعندك ابصار لا جسم ولا يحزنون. هذه هنا يعني النشأة تعيش هذه التجربة الرائعة في الرؤية ولا تؤمن بالجسم. تتحرك حركات عجيبة وغير غريبة لا يمكن ان تحدث في هذه النشأة نشأة اليقظة. كيف نفسرها هناك يعني الله تعالى في الرؤية اعطاك نشأة اوسع من هذه النشأة وفي الاخرة لا هناك تضيق قدرته نعم يضيق علمه. لا هذا مستحيل نعم المبنى الصحيح هو هذه النشأة لها قانون تستدعي جسم عنصري يناسب هذا القانون في البرزخ نشأة برزخية تستدعي الديسما برزخي فالجسمية موجودة لكن كل نشأة وقانونها. تروح للاخرة ليس الجسم البرزخي. لان القوانين تختلف هناك جسم اخروي نعم وليس هذا الجسم العنصري. هذا الجسم العنصري كل خمس سنوات يتبدل الاخرة معنى هذا التغير هنا تأكل يعني تأكل لماذا? حتى تعوض ما فنى من من عناصر في بدنك حتى يبقى مع وعندك دافعة تدفع السموم والعناصر بتنحل تروح في البول وتروح في بذاك الاتجاه فتحتاج الى الاكل هل في الاخرة تأكل وتدفع حتى يبقى بدنك? لا هناك هذا القانون غير موجود هناك بدن اخروي جسم اخروي في غاية الجمال والرعاة حتى يقولون اذا اكل الانسان من فواكه الجنة اه ما يخرج هذا العرق المتعب يخرج مسك القانون يختلف يختلف يعني ما في هاضمة بهذا المعنى ما في هذه النجاسات بهذا المعنى يعني جسم اخر نشأة اخرى في غاية الجمال والروعة. لماذا تصرون على هذا العنصر الجسم العنصري</w:t>
      </w:r>
    </w:p>
    <w:p>
      <w:r>
        <w:t>لماذا? لا ادري ظواهر الايات وظواهر النصوص ظواهرك انت نعم اذن عندنا المحقق الطوسي هو هذا المعاد نعم ماذا? جمع الاجزاء المتفرقة فذلك هو المعاد ويدل على هذا التأويل قوله تعالى في سؤال إبراهيم عليه السلام عن كيفية الإحياء للاتجاه في الآخرة لأنه تعالى لا يحيي الموت في دار التكليف وإنما الإحياء يقع في الآخرة فسأل عليه السلام عن كيفية ذلك الإحياء وهو على السؤال عن جميع المقدمات التي يفعلها الله تعالى حتى يهيئهم يهيئهم ويعدهم لنفخ الروح  جيد الله تعالى اذا اراد ان يعطي مثالا في هذه النشأة يعطيه مثالا اخرويا ولا ابراهيم يستوعبه ولا غيره يستوعب لماذا? لان هذه النشأة واقعيتها غير معلومة لدينا حتى لو فهمها ابراهيم نحن لا نفهمها اذن يعطيه بماذا? يعطيه باستعارة واقعية نشئوية اما الاخرة لا يعني فيه فاعل مطلق هو الله وفي قابلية للانتقال الى نشأة اخرى والله تعالى كما انت جعلك تجمع اجزاء الحيوان هو الله تعالى يجمعه هناك. لكن ليس في هذا الجان العنصرية. لماذا انتم تتركون لب لب لب الفهم وتروحون الى الى العربي العرضي هو الاجزاء وكذا لا الله تعالى قادر مطلق لاحظت كيف جمعها فيجمعكم يوم القيامة. من قال ان هذه العناصر هي العناصر? في هذه النشأة اه يعني الطيور لا يمكن ان تجتمع الا بهذه العناصر الدنيوية نعم لكن اذا علة الجمع هو الملاك وليس نوع الجمع كيفية الجمع. يا ناس نعم. فسأل عليه السلام عن كيفية ذلك الاحياء وهو يشتمل على السؤال عن جميع المقدمات. التي يفعلها الله تعالى حتى يهيئهم ويعدهم لنفخ الروح. فامره الله تعالى باخذ اربعة من الطير وتقطيعها وتفريق اجزاء يوم مزج بعض الزبيبة ثم يفرقها ويضعها على الجبال ثم يدعوها. انظر يدعوها اشارة الى الى ان الله تعالى يخضع له كل شيء لكن لا يخضع له بنشأة دنيوية هناك اه يجب ان نفكك بين الذات والعرض في هذه العملية نعم نحن لا دخلنا الذات والعرض في النشل الاخروية يعني هذه الاجزاء العنصرية تروح هناك كيف تتحمل هذه الجزء الأجزاء العنصرية تتحمل تلك النشأة الراقية والعالية انا لا ادري والله فلما دعاها يعني ابراهيم ميز الله تعالى اجزاء كل طين عمل اخر وجمع اجزاء كل طير وفرقها عن اجزاء اخر حتى كملت البنية التي كانت عليها الطيور من قبل اولا ثم احياها الله تعالى ولم يعبد تلك الاجزاء فكذا في المكلف. هذا ما فهمنا من قوله كما في قصة ابراهيم عليه السلام. فهذا هو كيفية الاعدام. نعم هذا فهم المحقق التونسي يعني انا في تصوري خرط بين الحيثيات الذاتية والحيثيات العربي نعم قال واثبات الفناء غير معقول لانه ان قام بذاته لم يكن ضدا وكذا ان قام بالجوار هنا يريد ان يبطل مبنى المخالفين في هذه المسألة. هنا العلامة الحنية حسن زاد اموني يقول في في مخطوطة ماء وامتياز امتياز الفناء وليس اثبات الفناء كله هو اثبات الفناء كذلك في متون الشرح القديم للاصفهاني وشروح اخرى نعم نعم المهم واثبات الفناغر معقول يعني تنتفي هذه الاجزاء وتدخل في سلة العنب يقول غير معقول ان لا معنى لاعادة المعدوم لانه ان قام بذاته لم يكن ضدا وكذا ان قام بالجوع. اقول لما ذكر المزهى ذكر المذهب الحق في كيفية الاعدام يعني تفرقة الاجزاء فقط ثم جمعها بقدرة قادر شرع في ابطال مذهب المخالفين في ذلك واعلم ان من جملة من خالف في كيفية الاعدام جماعة من المعتزلة ذهبوا الى ان ان الاعدام ليس هو التفريق بل الخروج من الوجود خروج عن الورود. يعني الدخول في سنة العدم ثم تعيد العدم محقق التونسي يقول هذا محال نعم واثبات الفنا غير معقول لماذا? لان اذا دخل الشيء الى سلة العدم لا ينوجد ابدا ولا معنى لدخول الوجود في ادارة العدم ولا معنى لخروج العدم الى دائرة الوجود انا يلزم اجتماع الناقضين نعم المعايير العقلية حاكمة وذلك ان من جملة من خالف في كيفية الاعدام يعني اه تفرقة الأجزاء. جماعة من المعتزلة ذهبوا الى ان الإعدام ليس هو التفريق كما يقول المحقق التونسي بل الخروج عن الوجود نعم كيف? بان يخلق الله تعالى للجواهر ضدا هو الفناء نعم يعني يفنيها وقد اختلفوا فيه على ثلاثة اقوال احدها قال ابن الاخشيد ان الفناء ليس بمتحيز ولا قائم بالمتحيز الا انه يكون حاصلا في جهة معينة فاذا احدثه الله تعالى فيها عدمت الجواهر باسرها يعني هذه الجوال التي نراها في الدنيا حتى بما فيها الجوهر الانساني في بعده المادي في حقيقة تسمى الفناء وهو ضد لهذه الاجسام. الفناء. يعني اينما كان يفني خرافة كبيرة جدا هذا الفنا ما هو? وجود نعم يقولون لا الا انه يكون حاصل في جهة معينة. بمجرد قل جهة معينة يعني جسم  على الهراء فان احدثه الله تعالى فيها يعني في الجواهر عدمت الجواهر باسرها يعني بكلها هذا مبنى. المبنى الثاني قال ابن شبيب ان الله تعالى يحدث يحدث في كل جوهر فلا ان يعني يعدمه ثم ذلك الفناء يقتضي عدم الجور في الزمان الثاني نعم يعني يأتي الفناء ينصب على الجوهر هذا الجوهر في في المرتبة الثانية يصلوا ماذا؟ عدما. يدخل سلة العدم نعم ان الله يحدث في كل جوهر فناء ثم ذلك الفناء يقتضي عدم الجوهر في الزمان الثاني فيجعله قائما بالمحال نعم قايم بالمحل ماذا? الجوهر قايم بالمحل او الفناء قائم بالمحل قام محل الجوهر غموض في غموض وهراء في هراء. الثالث قال ابو علي الجبائي وابو هاشم الجباهي ومن تبعهما ان الفناء ان الفناء يحدث او يحدث لا في محل تاء اه فيفني الجواهر كلها حالة حدوثه نعم جيد سلمنا سلمنا ان الله تعالى يحدث هذا الفناء فيهلك كل الجوانب وهو بعد مخلوقة وليس بمخلوق ينتمي الى هذا النشأة ام لا? لانه يحدثه مخلوق بعد تورطنا. ذهبت نشأة جاءت نشأة اخرى تصب الفناء لاحظتم الهراء خرطي نعم الفناء يأتي ويعدم الجواهر وهو يبقى. نشأة اخرى اذا الفناء مخلوق محدث اخر وانتم تقولون ايها المتكلمون تقولون ما سوى الله كله مادي يعني الله تعالى انشأ الفناء المادي افنى الجواهر وهو استقر نعم نادرة والله عاقلة يؤصل للعقيدة نعم ان الفناء اه يحدث لا في محل يعني ليس له جوهر سيفني الجواهر كلها حال حدوثه ثم بعد هو يبقى ام لا? مادي ام لا? مادي طبعا. نفسي والله. يبقى يعني انتم اه خليني اقرب لك المسألة بمثال لان هذا مهزلة والله مهزلة عقلية تعطي تكليف لابنك تكلفي ابنك تقول له نظف هذه المنطقة هذه البقعة نظفها انت ينظفها كلها ثم يضع الوساخة اخرى في مكانها تقول لهم انت وين التنظيف هذا هو مبنى الجبائي وابي هاشم الجباري. يعني الله تعالى يريد ينظف هذا الكون يعني يعدمه</w:t>
      </w:r>
    </w:p>
    <w:p>
      <w:r>
        <w:t>الجواهر هاذي كلها لما اذا انتفى الجوهر تنتفى الاعراض من باب اولى ويأتي بالفنا في مكانها. الفنا ما هو مادي لان سوى الله مادي اذن ما الفائدة من اذهاب الجواهر واتيان بمادي اخر لا ادري وما حكم هذا الفناء يوصيه ماديا? يفنى يقول يفنى نعم بفناء اخر وهكذا ان تحلها بالله عليك نعم ثم اختلفوا فذهب ابو هاشم وقاضي القضاة الى ان الفناء الواحد كاف في عدم كل الجوار نعم وامره واحدة. وذهب ابو علي واصحابه الى ان لكل جور فناء مضادا له لا يكفي ذلك الفناء في عدم غيره فاذا عرفت هذا فنقول القول بالفناء على كل تقدير على التقدير فرضوه باطلون. لان الفناء اذا قام بذاته كان جوهرا يعني مخلوق مادي رحمة الله على العلامة الحلي اذ هو معناه فيكون حالا في الجوار اما ابتداء او بواسطة. وعينك الى تقديرين فيستحيل ان يكون منافيا للجواب. حتى لو كان منافيا. يعني يأتي ويعدم كل الجوهر. هو ماذا جوهر مثل هذا المثال انت تأمر ابنك بان ينظف استرداد ينظفه كاملا جميلا بماذا? اي نعم بحديدة بخشب وكذا بعد ما ينظف وانت تجده مملوء بهذه الامور مملوء بهذه الآلات وانت تريد تنظفه حتى تستقبل الضيوف في مكان نظيف ورائع جدا عندك عزاء عندك مباحثة عندك ماذا حفل ايه وتجد انت كل الأدوات التي نظف بها الإبن مازالت في استرداد تحصينه للحاصل وخلاف الحكمة وخرافة كبيرة كبيرة نعم قال وللانكفاء الاولوية. اقول يفهم من هذا الكلام امران احدهما ان اقامة دليل ثاني على امتناع قيم الفناء بالجوهر وتقريره ان نقول يعني هذا الفناء يأتي ويستقر في الجوهر. جيد الجواهر المادية ويفني الجوهر يفنيه او يخفيه اذا ثناه فلا يبقى يدخل في سلة العدم. اذا الفناء يرتكز على ماذا? على فراغ على عدم افهمها انت وهذا الفناء جوهرون والجوهر لا يقوم بالجوهر العرب يقوموا بالجوهر كيف تحللها لا تفهمها؟ قول بسهولة خرافات المعتزلة نعم اقول والانتفال اولوية اقول يفهم من هذا الكلام امران احدهما اقامة دليل ثاني على امتناع قيام الفناء بالجوهر. والتقرير ان نقول لو كان للفناء قائما بالجوهر. اذا كان عرضا لانه الجوهر لا يقوم به الجوهر طبعا حالا فيه ولم يكن اقتضاؤه لنفيه لنفي محل اولى من اقتضاء محلي لنفيه انت الان هذا العرظ اولا الفنا عرض قائم بالجوار انتم عندكم قاعدة فلسفية ما هي ان العرض قائم بالجور يعني كيانه اذاها وقاء بالجور. فكيف يفني هذا الجوهر كيف واذا فان هذا الجوار وهو قائم بالجوار اولى بالفناء. ولهذا قال والانتفال والانتفال الاولوية من اولى بالفناء? الجوهر ام الجوهر ام الفناء? الفناء بوصفه عرظا قائم بالجوهر اذا انت في الجوهري ينتفي العرب والعرض لا يفني الجوال قائم بذاته ما تفهمها خلينا نقرأ التقرير والتقرير هو ان نقول لو كان الفناء قائما بالجوهر يعني كان عرضا لكان عرضا حالا في الجوهر ولم يكن اقتضاؤه لنفي محله يعني لنفي الجوهر. اولى من اقتضاء آآ محلنا فيه. يعني الجواب يفنيه. لان العرض قائم بماذا? بالجوهر بل كان انتفاء هذا الحال بالمحل اولى. لانه عرض قائم بالجوهر. انتفاء الحال يعني الفناء. بالمحل يعني الجوهر اولى. اذ من عظة دخول الضد الاخر في الوجود. مع امكان اعدامه له اولى من اعدام المتجدد ضد الباقي انا لا ادري والله لا ادري المحقق التونسي لماذا اتى بهذه الامور الافضل هو هكذا. ان نأتي بادلة عقلية قيمية يعني اخلاقية على ضرورة المعاد ثم نأتي الى تفاصيل المعاد بالالهيات الوحيانية فقط ما ثبت بالتواتر وبالاستفاضة وبالشهرة يورث ماذا آآ يورث الى حد ما اليقين به. ما ثبت بالاخر بالاخبار الاحد. نقول هذا ثبت بالاخبار الاحد ما معناه? يعني العقل يقول ليس بمستحيل فانت تعتقده بالاحتمال? نعم بالاحتمال ان يكون كذا هذا هو تبرأ ذمتك ماذا? العقدية امام الله تعالى. اما ندخل في هذه الخرافات المعتزلة ثم ما فاهمين اصلا الكون كيف يبنى. يأتي الفناء ويعدم الجوار. والفناء هو عرض ولا ادري واذا كان هذا الفناء جوهرا يعدم يعدم الجوهر. دقق جيد. ما هي جوهرية وما هي جوهرية الفناء ما هي جوهرية اذا لم نقل هو عرض. ما هي جوهرية? ما هي جوهرية? يفني الجوهر. لماذا الى وحدة الماية هذا جوهر وجوهر لماذا? لانتفال لماذا هو له الاولوية في افناء الجوار? لماذا الجوار ليست لها اولوية في افناء كلام منطقه منطقي ومعقول الا ان المسألة من اساسها خراب نعم هي مستحيلة عقلا وهي في فرضيتها كلها خراب. لو كان الفناء قائما بالجوهر لكان عرضا. سلمنا عرب. يعني الفرضية انه عرب حالا فيه حال في الجوهر. يعني الجواهر المادية التي على اساس تفنى. ولم يكن اقتضاؤه لنفي محله. يعني لنفي الجغر اولى من اقتضاء محله لنفي هذا هذا العرض. هذا هذا الفناء نعم بل كان انتفاء هذا الحال بالمحل اولى. لماذا? لانه قائم بالجوهر ضعيف. نعم اذ من عضت دخول الضد الاخر يعني الجوهر يمنع يمنع يمنع الجوهر مستقر الوجود يعني عنده البقاء الباقة ينفي ينفي الفناء لماذا لماذا لا ينفي? يعني باي مرجح الفناء ينفي البقاء نعم اذ من عظمت دخول الضد الاخر في الوجود. يعني البقاء في الجوهر يمنع دخول الضد الاخر وهو الفناء في الوجود مع امكان اعدامه له اولى من اعدام متجدد للظد الباقي هذا البقاء يدفع الفناء. هذا من باب اولى نعم وبالخصوص اذا كان محلا له الثاني اقامة دليل ثاني على امتثال فناء وتقريره ان نقول لو كان الفناء ضدا للجواب لم يكن اعدامه للجوهر الباقي اولى من اعدام الجوهر الباقي له بمعنى منعه من من عن الدخول في الوجود. بل هو اولى بما تقدم. يعني انت هذا ليس بحافظ الان. ندخل الى فرضية الجوهر. الفنان جوهر وانا جوهر وانت جوهر والجبل جوهر والماء جوهر اذا لماذا الاولوية للفناء وليس الاولوية لماذا? للجواهر المادية العلامة يحل يقول الجوهر المادية ما دامت مستقرة ثابتة هي اولى بإعدام الفناء فالفناء هذا لا قيمة له قال ولاستلزامه انقلاب الحقائق او التسلسل يأتي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