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الله يا الله والحمد لله الله يا الله سبحان الله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مع اراء المعتزلة التي لا تنفع في شيء وتورط المحقق الطوسي والعلم الحلي في الرد عليها. قال ولاستلزامه انقلاب الحقائق او التسلسل يعني هذه الجواهر كيف يفنيها الله تعالى بالثناء يحل عليها اما بنحو العرض او بنحو الجوهر فيفنيها ثم اذا قلت لهذا المعتزل اذا فناه هذا الفناء لنفرض جوار كل قد ذهبت يعني ما سوى الله تعالى كله انتفى دخل الى دائرة العدم ودار العدم لانه اذا انتفى الجوهر الاعراض من باب اولى تنتفي بتبعه نعم فانتفى الجوهر وانتفى العرض بتابعيه. هذا الفنبه هذا الفناء الذي يحل في الجوهر كان جوهرا كان عرضا يدخل في عالم المخلوقات نعم كما مثلت لكم في الجلسة السابقة. ابنك انت تأمره تنظيف الزرزمين يعني السرداب ثم ينظفوا التنظيف الجميل ويبقي الاغراظ هناك يعني اذا جاء الضيوف يجدون الاستردام مملوءا بالادوات. يعني لم يفعل شيئا. فهكذا قصة هذا ابن شبيب هكذا نعم ولاستلزامه انقلاب الحقائق ونتا الآن وقائع تدخلها في سلة العدم يا لها هوية فتفقد هويتها وتدخل في العدم. المبنى الصحيح هو هذا. اما الهويات الماء الفلك الذهاب الانسان شجر بقر هذه الامور هويات ما هوية يعني اما ان تتشرف بالوجود من خالقها فتنوجد. واما لا اما لا ما معناه ليس لنا في العدم. لان العدم لا شيء يعني لم تدخل دار الوجود وانتهى الامر فالله تعالى كما اعطاها الوجود ينزع عليها الوجود. وهذا لا يعني انها تدخل العدم ابدا لا معنى لي لعدم ودخول الشيء فيه اقول اه اقول القول بالفناء هذا الفناء حقيقة تبيد الجواهر والاعراب يعني ما سوى الله يستلزم يعني يترتب عليه اه احد امرين محالين انقلاب الحقائق والتسلسل. التسلسل سيأتي بيانه لماذا? لان هذا الفناء كذلك اذا كان اه جوهرا او عرضا يحتاج الى فناء يبيده لان هو جوهر او عرب والذي يبده جوهر وعراظ يحتاج الى من يبيده ونقع في التسل هراء في هراء هذه المباني يجب ان تدخل في تاريخ علم الكلام لا تدخل في متن تدريسية في القرن الواحد وعشرين ما هما المحالن? يقول احدهما انقلاب الحقائق والثاني التسلسل بينت لكم هويات تصير عدما في هويتها وكل مستلزم للمحال فانه محال قطع النعم اما استحالة الامرين فظاهر نعم يعني الهوية الشجرية هويتها شجر لا تتغير مبدأ الهوية اه كمعيار عقلي يعطيه الهوية السرمدية. تنوجد لا تنوجد هادي مسألة اخرى اما تنقلب عدما هذا غريب وعجيب هذا هو انقلاب الحقائق اما التسلسل فبيناه واما بيان الملازمة فلان الثناء اما ان يكون واجب الوجود بذاته او ممكن الوجود واجب الوجود لا يمكن لماذا? لانه في عالم الخلق ممكن الوجود اما ان يكون جوهرا واما ان يكون عرضا والقسمان باطلان. اما الاول في انه قد كان معدوما نعم فان وجد علينا من المخلوقات المحدثات وان لم توجد الجواهر ثم صار ماذا موجودا وذلك يعطي امكانه. نعم الفناء هو يلتزم بهذا انه ممكن مخلوق لابادة الكون الخلقي نعم واما الثاني فلانه يصح عليه العدم لانه ممكن والا لم يكن ممكنا فعدمه ان كان لذاته كان ممتنعا بعد ان كان مستحيلا نعم وذلك يستلزم انقلاب الحقائق وان كان بسبب الفاعل بطول اصل دليلكم وان كان بوجود ضد اخر لزم التسلسل هذا ما خطر لنا في معنى هذا الكلام لعل محلي هكذا قالبها انا في تصوري انقلاب الحقائق لا يعني الهويات تصير عدما هذا لا يمكن لا يمكن لهوية ان تصير عدما ابدا نعم الهوية متساوية النسبة الى العدم والوجود. يعني اما تنوجد او تبقى اه لا تدخل الوجود وهذا لا يعنيه التلبس بالعدم فرق يسند عن الوجود والتلبس بالعدم. هذه النقطة كثير لا يدركها لانها دقيقة. التلبس بالعدم غير انها لا تنوجد. لا تنوجد. يعني الان انت لا تكتب هذا يعني ان كتابتك في في كتابتك في العدم? لا ابدا لم تكتب وانتهى الامر اذا كتبت حقق الوجود لم تكتب لم تكتب لم تكتب غير انك كتبت العدم نعم لا نعلم الحي يطول المسافة هذا غير صحيح انقلاب الحقائق عن الهويات التي كانت لا تقتضي الوجود ولا تقتضي العدم صارت تقتضي العدم بذاتها فتصير آآ معدومة وقال مستحيلة يعني مستحيلة الوجود حينها انا اقول لا الهوية الهوية الهوية الهويات لا تنقلب الى العدم ابدا والا ينتفي اللا اقتضاء. لا تقتضي الوجود ولا تقتضي العلم اما التسلسل فبينا تسلسل هذا الفناء جوهر ام عرظ؟ اللي كان جوهرا او كان عرض لا يهم هو كذلك من المخلوقات فيجب ان يباد يعني يأتي فناء جديد ويدخله الى دار العدم هناك يتشرف بالعدم الى جهنم ثم هذا الفناء الذي اباده كذلك جوهر وعرب يحتاج الى من يفنيه فنحتاج الى ثناء الى اه لا نهاية قال واثبات بقاء الله في محل يستلزم الترجيح من غير المرجح او اجتماع النقيضين نعم. اقول ذهب قوم منهم ابن شبيب من المعتزلة. ما زلنا في خرافاته معتزلة. الى ان الجوهر باقي ببقاء موجود لا في محل فما انت الان يعني هذا الجور يبقى بماذا? يعني يبقى حيثية وهي البقاء وليس في محل ليس في محل يعني جغر او واجب اما ان يكون واجبا الى هنا وهو الذي يبقي الجواهر نعم وهذا لا يمكن لماذا? لان انتم الباقات تقولون من المخلوقات لا في محل يعني يكون جوهرة. غير هذا ما فيه هذا خير دليل على ان المباني العقلية لما تكن واضحة في وهم المعتزلة لا اقول في عقل المعتزلة. في وهم المعتزلة لان هذه كلها اوهام. ما معنى البقاء حيثية ليست في محل الذين عرفوا ان ليس في محل هو الجبر نعم. يقول ذهب قوم منهم الى منهم ابن شبيب الى ان الجوهر باق. ببقاء موجود الا في محل موجودة. واجب الوجود لا اذا يكون ممكنا لا في محل يكون جوهرا. جيد. اذا كان جوهرا لماذا يفني الجوهر? ولماذا الجوهرة الاولى يفنيه يعني هذا البقاء هو جوهر. يأتي يفني الجوهر كالشجر مثلا او كان انسان من كل جواهر لماذا الانسان يفنيه لماذا? من اين جاء هذا الترجيح? هذه الميزة يعني بمبدأ السبب الكافي هنا يقف ويقول بأي ملاك انت تفلي الشجرة؟ التي هي جوهر والانسان الذي هو جوهر والملك الذي هو جوهر والعقول التي هي جوهر والاحجار التي هي جوهر. باي ملاك بجوهريتك هم كذلك جواهر هم اولى بافنائك. نعم. ولهذا يقول يلزم الترجيح من غير مرجح في المتن. انظر في المت واثبات بقاء الا في محل</w:t>
      </w:r>
    </w:p>
    <w:p>
      <w:r>
        <w:t>يستلزم الترجيح من غير المرجح جوهر في مقابل جوهر. لماذا هذا باء او تجر وباء الشجر لا تجر نعم واجتماع النقيض لن يأتي ان شاء الله. ذهب قوم منهم ذهب قوم منهم يعني من المعتزلة او من المتكلمين مطلقا ابن شبيب يعني منهم ابن شبيب الى ان الجوهرة باق ببقاء موجود لا في محل لا موجود لا في محل حسب التقسيم العقلي هو الجوهر فاذا انتفى ذلك البقى انتفى ذلك الجوار يعني ذلك البقاء عندو منة على الجواهر اذا بقي بقيت اذا انتفى تنتفي والمصنف يعني المحقق الطوسي رحمه الله احال هذا المذهب هذا الراي ايضا باستلزامه المحال وذكر ان القوم بذلك يستلزم امرين. احد آآ احدهما الترجيح من غير المرجح بيناه اذا كان هذا البقاء آآ جوهرا باي حق يفني الجوهر. لماذا هي لا تفنيه باءوا تجر وباؤها لا تجر هذا يلزم الترجيح بلا مرجح نعم والثاني اجتماع النقيضين اجتماع النقيضين اه هنا اجتماع الناقضين لمحققة العلامة الحلي كأنه استصعب المسألة قبل الدخول في آآ في المسألة اه تقرير العلامة الحلي رحمة الله عليه خلينا من المتن نخرج الاستحالة. يقول واثبات بقائي لا في محل يستلزم الترجيح من غير المرجح. بيناه يعني اذا كان هو عرضا لماذا يبيد الاعراض لماذا باء وتجر? لماذا الاعراض لا تبيده يعني يأتي ويبيد اللون الأحمر لماذا الأحمر لا يبيده? لأن التساوي الميلاد اذا كان جوهرا لماذا يبيد الشجرة وهي جوهر هنا الترجيح بينهم بدون مرجح يعني ما بدا السبب الكافي لا يكتشف ملاك يجعل هذا البقاء يبيد الجوهر. هذا هو الترجيح من غير مرجح يلزم اجتماع اجتماع الناقضين كيف يلزم اجتماع الناقضين? يعني هو يبقيها يبقيها. يعني هذه الجواب باقية بي هذا البقاء يعني الجوهر قائم بهذا البقاء يفنيها ماذا? يعني يبقيها ولا يبقيها. هذا الذي افهمته انا بعقلي الصغير والضعيف كطالب حمزة صغير لا اصل الى اه ظفر العلامة الحلي في العلم دقيق جيد هو يقول البقاء ملاك بقاء الجواهر يفنيها يعني ملاك وعدم بقاء الجوار ملاك وبقاء الجواهر عدم ملاك بقاء الجواهر. ما هو هذا؟ اليس اجتماعا? الناقضين? نعم. يعني هو في حين كونه ملاك لبقائها هو كذلك اه ملاك في ثنائها. اجتماع? الموقفين دماء للناقضين. مثل انسان عطشان جدا عطشان وتأتيه بماء يزيده عطشا يعني ماء مالح تزيده عطشا نعم. والذي يخطر لنا في تفسيرها ذلك امرا. يعني استصعب المسألة في اجتماع النقيضين احدهما ان يقال البقاء واما جوهر او عرب هذه واضحة جدا ليس بواجب بالوجود والقسمان باطلان فالقول به باطن. اما الاول يعني جوهر. فلانه لو كان جوهرا لم يكن جاء له شرطا لجوهر اخر اولى من العكس. نعم. لماذا باءه تجر وباءه الجوهر الاخرى لا تزر. يعني هو هذا جوهر يأتي يفني الشجرة تقول لهم انت جوهر وانا جوهر من الدان نحن ندان لا يمكن لك ان تفنيني. فاما ان يكون كل واحد منهما شرطا لصاحبه هو دور يعني تقول شجرة تقول انت تفنيني? انا نفنيك قبل اذ فلا يقول هلا انا افنيك ثم انت فتفنيني مرة ثانية خرافة دور او لا يكون احدهما شرط للاخر وهو المطلوب نعم يعني تساوي في المناك اذا ترجيح بلا مرجح. واما الثاني فلانه لو كان عارضا قائما بذاته لزم اجتماع الناقضين. يعني هو عرض وليس بعرض. لا المسألة ليست في كونه عرض ولا بعرض. المسألة لها علاقة بتقويم الجواهر فاذا كان هو ملاك تقويمها وكان هو ملاك يلزم اجتماع النقيضات. يجب ان نفهم المسألة هكذا. اذا العرض هو الموجود في المحل فلو كان البقاء قائما لا في محل مع كون عرضا لزم ما ذكرناه. لا الكلام ليس في اهله في هوية البقاء الكلام في افناءه للجواهر وهو ملاك ابقائها. ولا يلزم اجتماع النقيضين. انا اتصور ان العلامة الحلي لم يلمس المراد الجدي من النص من المادة اذا انت تقول البقاء ملاك آآ بقاء الجوهر وتقول والبقاء ملاك اثنا الجواهر. حلها انت اجتماع الناقضين. نعم. الثاني ان يقال ان البقاء اما واجب لذاته او ممكن لذاته والقسمان باطلان واجب الوجود لا هذه واضحة. ممكن لذاته اما جوره المعارض. اما الاول في لان وجوده بعد العدم يستلزمه جواز عدمه والوجود والوجوب يستلزم عدم جوازه وذلك جمع بين النقيضين لا ليس هذا الامر. الامر كما بينت لكم انه ملاك تقويم الجوار وملاك اثنائها نعم. واما الثاني فلان عدمه في وقت دون اخر ترجيحه من غير مرجح لاستحالة اسناده الى ذاته. والا لكان ممتنع لوجود مع امكانه. وذلك جمع بين المناقضين لا ابدا. ليس هذا هو المراد من المآتنة انه يجب ان تركز على على عمق المتناهوة افناء الجواهر وابقاء الجواهر. هذا هو الميلاد. ليس الملاك انك تبحث عن هوية البقاء لا نعم ولا الى الفاعل ولا الى ضده والى لا جاز مثله في الجواب. فالقول بذلك هنا مع استحالته في الجوف ترجيح من غير مرجح. نعم. هذه معقولة في الجوهر. ولا الى انتفاش شرط والا لزم ان يكون للبقاء بقاء اخر فليس. احدهما بكونه اولى من العكس وذلك ترجيح من غير مرجح. لا تطويل من العلامة الحلي بدون موجب وبدون بلك المسألة ببساطة انت تقول الجواهر باقية بالبقاء. جميل. اذا ملاك بقائها ما هو  البقاء فكيف يكون هو ملاك افنائها اليس هو الجمع بين النافضين? نعم نعم اقول واثباته في المحل يستلزم توقف الشيء على نفسي اما ابتداء او بواسطة اثباتو في محل باتوا في محل يعني هذا البقاء ويقول والاستلزام انقلاب الحقائق اللي بينه. واثبات بقاء الله في محل يستلزم الترجيح لي بينها. يقول الان واثباته في المحل يعني البقاء يحتاج الى محل الحل كيف يستلزم توقف على نفسه. يعني انت الان هذا المحل اه هذا البقع من المحل البقاء الفرضية الاولى ليس في محل ما معناه يعني جوهر قلنا يلزم اه الترجيح بلا مرجح يعني يأتي مبدأ السبب الكافي يبحث عن ملاك افنائه للجواهر وهو جوهر. لا يجد لانه اذا كان هو يفني الجواهر لجوهريته لماذا الجواهر الاخرى تفنيه? بينا هذه بالتفصيل اذا كان اه قائما بغيره. هنا يقول قائم بغيره. يعني اه فرضية ماذا? فرضية العربية قائم بغيره يعني يستمد القوام بالجوهر فكيف يفنيه كيف يفنيه نعم نحن في المثل الجزائري نقول من لحيته بخر له. يعني ياتي قطع من ناحيته الطويلة ثم يعمل البخور بها نعم هذا هو البقاء هو البقاء قائم على ماذا? على الجوهر. ثم يفتي يفني الجوهر. معقول هذا ولهذا يقول واثباته في المحل يستلزم توقف الشيء على نفسه توقف الشيعة على ماذا? نفسه هو يبقي الجوهر ثم ببركة هذه الإبقاء يبقي نفسه لماذا? لأنه يحتاج الى الجوهر نعم   ابقه لنفسه يمر من خلال ابقائه للجوهر. هذا وعلى الواسطة</w:t>
      </w:r>
    </w:p>
    <w:p>
      <w:r>
        <w:t>او لا هو عرض يقوم الجمل ويقوم نفسه. آآ ويقوم نفسه والاشتباه جباه كبير واثباته في المحل يعني واثبات البقاء في المحل يستلزم توقف الشيء على نفسه اما ابتداء او بواسطة يعني هذا البقاء قائم على الجوهر وهو يقوم الجوهر باعتباره عرظا من يقوم? يقوم نفسه يلزم ماذا يلزم الدور يلزم تقدم الشيء على نفسه او لا? تقول لا هو يقوم سيدنا الجوهر كالشجر والبقر والماء والحمار والحمار يقومه هذا بواسطة دور بواسطة نعم اقول ذهب جماعة من الاشاعرة والكعبي من المعتزلة للكعب الى ان الجواهر تبقى ببقاء قائم بها. فاذا اراد الله تعالى اعدما لم يفعل البقاء. فانتفت الجواهر لم يفعل البقاء يعني يسحب البقاء فتنتفي مباشرة الى ملاكو ابقاءها انت والمصنف رحمه الله ابطل ذلك باستلزامه توقف شيء على نفسه. اما ابتداء كما بينت لكم. يعني هذا البقاء بوصفه عرضا يقوي نفسه. لا يمر على الجوهر. مرة لا. يقوم الجوهر والجوهر يرد له الخير. يقومه ومرة يقومه مرة ثانية. نعم اما ابتداء او بواسطة وتقريره ان حصول البقاء في المحل يتوقف على وجود المحل الذي هو الجوهر في الزمان التاني لكن حصوله في الزمن التاني اما ان يكون هو البقاء او مع آآ آآ معلول ويستلزم من اول توقف شيء على نفسه ابتداء ومن الثاني ومن الثاني توقفه على معلوله الذي هو الجوهر المتوقف عليه وذلك يقتضي توقف الشيء على نفسه بواسطة هذا ما يمكن كلامه آآ رحمه الله عليه. نعم هذا الكلام صحيح اذا هذا البقاء قلنا يقوم الجوهر يعني الشجر بقر حمار وبالتالي يقوم الاعراض كذلك. اعراض هذه الجواهر انه اذا قوم الجوهر يقوم الاعراض من باب اولى. جميل وهو من يقومه لانه يحتاج الى محل لا هو نفسه نعم قيوم ومتقوم هذا يلزم الدور لا تقل له هو يقوم الجوهر ثم الجوهر يرد له الخير. يقومه. هذا يلزم الدور بواسطة مسألة واضحة جدا لا تحتاج الى كثير تأمل كلها خرافات في خرافات نعم المسألة الرابعة في وجوب المعادن الجسماني انا انا من من الناس الذي الذين يؤمنون بالمعادن الجسماني لكن كل جسم بي نشأته الجسم العنصري يخضع لقوانين هذه النشأة. لا يمكن ان يكون في البرزخ ولا يمكن ان يكون في الاخرة في البرزخ عندنا جسم البرزخ امتداد برزخ فالرؤية انت عندك امتداد برزخي الا انه متصل بك في نفسك المتصلة البرزخ السعودي منفصل عنك عندك هناك جسم برزخي لا يخضع لهذه القوانين ابدا في الآخرة عندك جسم اخروي يخضع لقانون الاخرة. انا هذا اؤمن به. اما هذا الجسم العنصري الذي يلح عليه المتدينون كثيرا. هذا انا عندي ليس فقط لا يمكن مستحيل مستحيل ادخال قوانين نشأة فيه قوانين نشأة اخرى بدليل هناك انت اذا اشتهيت التفاحة في الاخرة هم موزة او كأس من عسل لا يهم او كأس من حليب هنا تسعى لانتاج هذا المنتوج ويأخذ وقت وقتا كثيرا وطويلا وتعمل حركة وتعرق وتتعب وتكد لماذا? طبيعة النشأة هذه حتى تفعل قواتك واستعداداتك وقدراتك. شي جميل تتكامل اما هناك لا هناك مجرد تخضع الارادة. فهذه اللذات والمشتهيات في الاخرة شؤونات ارادتك من باب كن فيكون وزيد اذا اكلت تخرج في شكل آآ مسك عطر رائع جدا ما في فضلات هناك ما في طوالات ما في طوالات لكن هذه النشأة العنصرية لانسان حتى يبقى بدنه يدخل العناصر. هناك لا تدخل العناصر لابقاء بدنك تدخل العناصر عناصر من نوع اخر تعطيك المسك. لا تزيد في بدنك لا تزيد في بدنك ليس من هذا الصنخ مطلقا والا كيف يخرج المسك? يلزم تروح للطواليط هناك نعم تروح لتواليت نعم اذا كانت التواليت هنا من النظام الاصلح هناك من النظام الافسد نعم يعني انت تدخل الجنة حتى تكون عندك طوالات هناك. يعني هذا هو مقصودك؟ هذه الجسم العنصري انا لا افهم لماذا يتشبثون بهذا والله لا ادري في وجوب المعادي الجسماني اقول قال يعني الماتن هنا وجوب ابقاء الوعد هذا الدليل الأول والحكمة يقتضي يعني المجموع وجوب البعث يعني الاخرة هنا بحث الجزئية بحث جزئي والظرورة قاضية بثبوت الجسمان من دين النبي صلى الله عليه واله مع امكانه. يعني يقول احنا ما نعرف المعادن الجسمانية الا من النصوص الى من الوحي. بالله عليك انت هذه الاحاديث او حتى النصوص الظاهرة تعطي اليقين بثبوت الجسم مع الجسماني تعطي اليقين باصل المعاد اما هذا المعهد العنصري لا يمكن لا يمكن. اقول اختلف الناس هنا. فذهب الاوائل الى نفي المعاد الجسماني. لا لم ينفذ مأوئه هذا غير ما في انصاف هنا من الاعلام الحلي. هم قالوا لم ندركه ابن سينا يقول انا لم ادركه بالعقل هذا الجسم العنصري لم افهمه هناك لكن انا اؤمن لان المعصوم هو قال ان الصادق المصدق لبي كثير الناس تفتري على الفلاسفة كنا نحن في مباحثات الهاتف كتاب من بدايته ويؤسس للتوحيد فيه النبوة فيه الامامة لما وصل ابن سينا للامامة ماذا قال؟ قال الاولى بالنص يعني هو يؤمن انها بالنص. يعني هذا العقيدة الامامية ثم المعاد بينهم بطريقة رائعة بغض الطرف انت تخالفه توافقه هذه طبيعة الفكر الا انه الرجل اثبت الله تعالى واثبت التوحيد ثم اثبت العدل ثم النبوة ثم الامامة وقال اولى بالنص ثم لا ادري تقية بدأ في الشورى ثم اثبت المعاد مرجعية كبيرة في المسجد الاعظم امام ولا ادريكم ام كم الف طالب يأتي بمغالطات اخذ ما بالذات ما بالعرض. يعني لانك انت مرجعية فقهية واصولية. تتكلم في كل شيء لا لا. فكان يقول لهم ابن سينا تاب جيد تاب تاب من التوحيد كان من الامامة من المعاد من النبوة نعم ولكن ولا واحد قام وقال له لا يا شيخنا العزيز انت مشتبه انت احقاق الفكر احقاقي الاتجاه نعم قال في وجوب المعاد الجسماني يأتي ان شاء الله في الحصة القادمة والسلام عليكم ورحمة الله وبركاته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