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اللهم صل على محمد وال محمد اعزائي الطلاب السلام عليكم ورحمة الله وبركاته قال المسألة الرابعة في وجوب المعادي الجسماني قال ووجوب ابقاء الوعد هذا الدليل الاول والحكمة يقتضي وجوب البعض والضرورة قاضية بثبوت الجسمان من دين النبي. يعني هنا تتدخل الحكمة الوحيانية مع امكانه العقلي. نعم انا اقول لا مع استحالته العقلية. نعم. اقول اختلف الناس هنا فذهب الاوائل الى نفي المعاد الجسماني هذا غير صحيح واطبق المليون عليه نعم واستدل اطبق المليون عليه هذا غير صحيح. كثير من من المليين يقولون لا لا معنى للمعادن الجسماني هناك. واستدل المصنف رحمه الله على وجوب المعاد مطلقا بوجهين الاول. كيف تستدل بامر جزئي هل يعقل هذا هل البرهان يجري في الجزئيات لا يمكن هادي مغالطة مغلطة من العلامة الحلي يعني الأول ان الله تعالى وعد بالثواب وتوعد بالعقاب مع مشاهدة الموت للمكلفين هذا دليل على اصل الميعاد بحث كلي وليس على المعادن الجسمانية قلت لكم ان الله تعالى تعين بقيم تشريعية واخلاقية لهذه لهذا الاختيار الجميل حتى يتفاعل في طريق الخير نعم وقد لا يصل الى كمالاته كما يليق هنا فتظهر له في الاخرة اذا هذا النظم الاخلاقي والتشريعي الذي فيه اه الثواب والعقاب والوعد والوعد لا معنى له بدون يوم الاخرة هذا يدل على المعادن الروحانية والجسمانية لا لا يدل لا على الروحانية ولا على الجسمانية يدل يدل على اصل الميعاد وهذا دليل كلي ما عنده علاقة بالموضوع المعادي الجسماني نعم يقول ان الله تعالى وعد بالثواب في النظام القيمي وتوعد بالعقاب في النظام القيمي مع مشاهدة الموت للمكلفين. للمكلفين جر ومجرم متعلق بوعد وتوعد نعم مع مشاهدة الموت يعني فيه موت يعني فيه فناء اذا اين حقوق هؤلاء واين هذه الكمالات التي تعبوا في الصلاة والحج وو وخدمة انواع البر وادان هو البر اذا حتما ما وراء الموت شيء اخر هذا دليل كلي على اصل المعاد ولا على المعهد الروحاني ولا على المعادن الجسمانيات على من حلي. فوجب يعني بالظرورة العقل كشف الملاك الملاك ما هو? هذه القيم بدون جزاء وثواب ووعد لا قيمة له يصير لغوا للتشريعات وهذه القيم تصير لغوا. هذا هو الملاك فيقول فواجبها. يعني العقل يحكم بالوجوب على اساس هذا الملاك الذاتي فوجب القول بعودهم يعني الى الله ليحصل اه هذا الوفاء بوعده ووعده هذا لم لم تعليلية نعم تعليل بالغاية هذا دليل ليس على المعادن الجسمانية واننا على المعادن الروحاني وعلى ولا على النفي المعاد الروحاني ولا على حتى نفي المعاد الجسماني هذا دليل كلي على الميعاد والمفروض يأتي به في اول الفصل في من باب المعهد ثاني ان الله تعالى قد كلف وفعل الألم وذلك يستلزم الثواب والعوظ والا لكان ظالما تعالى عن ذلك علوا كبيرا. جميل اذا انسان مظلوم هنا اين يجد حقه والمه لان هذا دار الابتلاء المه بمرظ وكذا وكذا امرأة تشتاق للامومة ولم تصل انه يجب ان يعوضها الله تعالى. هذا دليل كلي على اصل المعاد وليس على المعنى المعاد الجسماني. سماحة الشيخ العزيز والا لا كان ظالما تعالى عن ذلك علو كبير. نعم. فالله ليس ظالما. اذا يجب ان يعوض لهم ويثيبهم. فان لقد بينا حكمته تعالى ولا ريب في ان الثواب والعوظ انما يصلان الى المكلف في الاخرة لانتفاء انتفائهما في الدنيا هذا دليل يعرفه المسيحي يعرفه اليهودي عن المعاد الكلي نعم وليس على المعادن الجسمانية يا سماحة الشيخ واستدل على ثبوت المعهد الجسماني لم يستدل رواية رواية لم يستدل استدلال دايما يكون عقليا نعم واستدل على ثبوت المعهد العثماني بانه معلوم بالضرورة من دين محمد صلى الله عليه واله لا المعلوم بالظرورة هو المعاد اصل المعاد. اما نوعية المعاد لا ليس معلوما بالظرورة خلطوا بين اصل الميعاد ونحو الوجود والميعاد نعم وانا اقول لكم هذا المعاد الجسماني العنصري مستحيل هناك مستحيل هناك والقرآن دل عليه في ايات كثيرة بالنص مع انه ممكن فيجب النصر اليه. ممكن هنا دليل دليل عقلي يعني مع الجسماني ممكن. غيرك يقول لا ليس بممكن. لماذا? للذي نشأ لا يمكن ان تدخل في نشأة اخرى نعم يعني انت اذا امنت بهذا الجسد العنصري بهذه القوانين يجب ان تلتزم بكل لوازم هذا الجسم العنصري هناك يعني التغير والناس وو والطواليط وكثير من الأمور والأكل بهذه الكيفية نعم والجد والاجتهاد والعمل والحركة يقول لا هادي غير موجودة في الآخرة كيف كيف كان موجودة وانت امنت بالمعادن العنصري نعم وانما قلنا بانه ممكن يعني ليس بمستحيل لان المراد من الاعادة جمع الاجزاء المتفرقة. وذلك جائز بالضرورة. نعم. اذا فسرنا ان هذه العناصر تعود الامام الصادق عليه السلام عنده رواية رائعة جدا وبها استدلوا على المعاد المعاد الجسماني. لا لا ابدا لا تدل على المعنى الجسماني الامام يقول فيه شيء في الانسان هذا الشيء ما معناه? يعني النفس اذا تكاملت هو يتكامل معه. يترقى معها ثم هو يصير جسما برزخيا ثم يترقى ويصير جسما اخرويا نعم الامام ما قال هذه العناصر قال شيء يعني النفس من هنا تبدأ تكون ذلك الجسم البرزخي والا لا معنى لانتقالك انت اه انتقالك الى البرزخ اذا لم يكن هذا الجسم بدأ ان يتكون نعم جسم اثيري ثم يترقى يترقى حتى ينقلب جسما بال اخرويا. نعم. هذا هو كلام الائمة سلام الله عليهم. في غاية الدقة والان هذه العلوم الروحانية في الغرب تثبت انه لا الانتقالات الى خارج هذه الدنيا ليست بهذا البدن وانما هي ابدا من نوع اخر نورية نورية نورية نحن نقول برزخية قال ولا تجب اعادة فواضل المكلف نعم ممكن آآ هنا يأتي بكلام الامام الصادق عليه السلام سنبينه نعم اقول اختلف الناس في المكلف ما هو على مذاهب عرفت منها قول من يعتقد ان المكلف اختلف الناس في المكلف يعني الانسان الذي يتعبد بالشريعة وبالاخلاق ما هو على مذاهب اه عرف ما ما هو على مذاهب عرفت منها كل من يعتقد ان المكلف هو نفس النفس المجردة وهو مذهب الاوائل يعني الفلاسفة والنصارى والتناسقية والغزالي والحليمي اصلا ما صار عندهم عندهم المعاد شيء اخر. غير هذا اصلا اه والراغب من والحليمي والراغب من الاشاعرة وابن الهيثم نعم من الكرامية وجماعة من الامامية والصوفية جماعة من الامامية نعم. ومنها قول جماعة من المحققين. انت تقول اه في ارجع الى الى الوراء يقول واطبق المليون عليه. وهنا ماذا يقول يقول عندك انت خلينا من الفلاسفة كفر النصارى دعنا منهم التناسقية دعنا منهم الغزالي اشعري</w:t>
      </w:r>
    </w:p>
    <w:p>
      <w:r>
        <w:t>والحليمي ظاهرا آآ اشعري او معتزلي. والراغب من الاشعر الاشعري وابنه الهيسم من الكرامية. يعني معدود من المسلمين المجسمة. وجماعة من الامامية والصوفية. اذا كيف تقول اطبق المليون نفهم ومنها قول جماعة من المحققين ان المكلف هو اجزاء اصلية في هذا البدن. لا يتطرق اليها الزيادة والنقصة وانما تقعان في اجزاء مضافة اليها هذا طهر جاءوا به من كلام الامام صادق عليه السلام. اذا عرفت هذا فنقول الواجب في المعاد واعادة تلك الارزاق الاصلية او النفس المجردة مع الاجزاء الاصلية اما الأجزاء المتصلة بتلك الأجزاء فلا تجب اعادتها بعينها. تبقى وتندثر وغرض المصنف رحمه الله بهذا الكلام الجواب عن اعتراضات الفلاسفة على المعاد الجسماني وتقرير قولهم آآ وتقرير قولهم ان انسانا لو اكل اخر او تغذى باجزائه فان اعيدت اجزاء القضاء الى الاول عدم آآ عدمت ثاني واعيدت الى الثاني علم الاول وايضا اما ان يعيد الله تعالى جميع الاجهزة البدنية الحاصلة من اول العمر الى اخره او القدر الحاصل له عند موته والقسمان باطنا فالمحقق الطوسي وجد نفسه انا ضد هذا الاشكال يعني انت الان كل من يومك خرجت وانا وانا في بطن امي اكتسبتم هذا عناصر وخرجت هذه بعض العناصر لأنها بدني يدفع ثم خرجت انسانا وأنا استهلك وأدفع واستهلك وأدفع يعني كل هذه العناصر تعود يعني انا حجمي يكون حجم الكون يقول بين العناصر الأصلية والعناصر الزائدة ما في حل الا هذا. نعم كله هذا الخرافات جاءت من المعاد العنصري نعم نحن نؤمن بالميعاد الجسماني لا نؤمن بالمعادن العنصري. جسم برزخي انت في الرؤيا ترى نفسك بجسم برزخي الى ان هذا البرزخ متصل بوجودك ليس البرزخ المنفصل الذي يقع في قوس الصعود قبل الآخرة. بين هذه النشأة والآخرة. هذا قوس الصعود. يسمى هذا علم البرزخ انت الان في الرؤية عندك قبس عندك اتصال بهذا اه عالم المثال الصعودي كما ان عندك اتصال بعالم البرزخ النزولي الاتصال بالبرزخ السعودي صعب جدا هادي للاولياء الكبار المهم انت عندك آآ اه وجود برزخي متصل في نفسك ترى نفسك انت هناك الثقل عندك وحركة بدون هذه الحركة لا زمان ولا مكان ولا تشعر بهذا الجسم ابدا في تنقلاتك في حتى في اكلك صدقني انا مرة ارى في الرؤية ناسي اكل واصبح شبعان اشعر بالشبع وين هذا لا فضلات ولا يحزنون جسم العنصريين. دعونا من هذه الخرافات اما الاول فلان البدن دائما في التحلل والاستخلاف. نعم. فلو اعيد البدن مع جميع الاجزاء منه لزم عظمه. يعني ايه? في الغاية. يعني يصير بحجم الكون. ولانه قد منه اجزاء تصير اجساما غذائية ثم يأكلها ذلك الانسان بعينه حتى تصير اجزاء من عضو اخر غير العضو الذي كانت اجزاء اجزاء له اولا فاذا اعيدت اجزاء كل عضو اعيدت اجزاء كل عضو الى عضوه لزم جعل ذلك الجزء جزءا من العضوين وهو محال واما الثاني فنحن قد قد يطيع العبد حال تركبه من اجزاء عينه ثم يتحلل نعم ثم تتحلل تلك الاجزاء ويعصي في اجزاء اخرى. يعني هو ببدن يطيع الله وببدن يعصي الله تعالى. اذا اذا حشر بهذا البدن العنصري يتعذب باي جزء ويدخل الجنة باي جوز كل هذه التحليلات خرافية لاننا قبلنا هذا الاصل الباطل ما هو المعادن العنصري قل نؤمن بالمعادن الجسماني لا تقول نؤمن بالمعادن العنصري نعم  فاذا اعيدت اجزاء كل عضو الى عضوه لزيما آآ جعل ذلك جزء من العضوين وهو محال واما الثاني فلانه قد يطيع الله تعالى العبد حال تنكبه من اجزاء بعينها ثم تتحلل تلك الجزاء ويعصف اجزاء اخرى فإذا اعيد في تلك الأجزاء بعينها وثانيها على الطاعة لزم ايصال الحق الى غير مستحقه. وتقرير الجواب واحد وهو ان لكل مكلف اجزاء اصلية. لا يمكن ان تصير جزءا من غيرها. بل تكون فواض من غيره. لو واقتذى بها فاذا اعيدت جعلت اجزاء اصلية لما كانت اصلية له اولا. وتلك الزاهية التي تعاد وهي باقية من اول العمر الى اخره. من اين جاء بها المحقق التونسي او العلامة الحلي? لا ادري هذه الاجزاء الاصلية الا اذا كان المعصوم يدلون عليها والمعصوم دل قال الانسان فيه شيء هذا الشي يبقى خالدا وانا في تصوري ذاك الذي ينشأ منه الجسم البرزخي وينشأ منه الجسم الاخروي ولا علاقة له بهذه النشأة. نعم يتواجد في هذه النشأة وليس من صنخها كالروح. الروح متواجدة في هذه النشأة وليس من صنخها. لا بأس نعم قال وعدم انخراط الافلاك وحصول الجنة فوقها ودوام الحياة مع الاحتراق الاحتراق وتولد البدن من غير توالد وتلاهي القوة الجسمانية استعبادات استبعادات يعني استبعادات هو ادلة الفلاسفة هنا انا لا اقول فلاسفة خصوصا يوم الخربطة فيهم الخربطة لكن انا كما اوصف المتكلم انصف الفيلسوف كما اخطئ الفيلسوف اخطئ المتكلم واخطي حتى العرفاء كنا في جلسة علمية اه جلس علميا يوم الاربعاء الاربعاء التي مرت يعني في نهاية الصيف لأنكم ممكن ما تشخصون يوم الأربعاء نهاية الصيف يعني نهاية آآ جون فجلس علميا مسؤول الجلسة يريد يقنعني ان المكشوفات العرفان قدسية قلت له لا ليست قدسية ما يراه المعصوم قدسي غير هذا ما فيه هذه عقيدتي انا مع اني انا متخصص في العرفة العرفان مكشوفاته ليست قدسية. نعم قد تكون صحيحة قد تكون هي متن الواقع لكن القداسة لا وقال يعني انت تحذف في القدسية من من مكشوفة عرفة? قلت له نعم القدسية تعطيها فقط للمعصوم. لماذا? لان المعصوم هو متن الحقيقة اما نعرف لا ما عندي انا يقين وما عندي حجية ان ما يراه هو متن الواقع. وقد يكون هو متن الواقع بمقام الثبوت لكن انا عندي في مقام الاثبات ما عندي حجة فما نعطي قدسية لمكشوفة العرش هذا مبناية. حريتي الفكرية تؤدي بي الى هذا والاغلب يرون اننا مكشوفات العرفاء تتسم بالقدسية. انا اقول له ما يراه المعصوم هو هو القدسي والحقيقي   هنا جاء بي بعض كلام الفلاسفة التي الذي لا يقل كذلك هراء من قول المعتزلة اقول احتج الاوائل على امتناع الميعاد الجسماني بوجوب احدهما ان السم قد دل على انتثار الكواكب وانخراط الافلاك وذلك محال نعم يعني كيف تنخرق هذه الكواكب وتنخرق هذه الافلاك? هم يقولون الفلك لا ينخرق لماذا? لانه بسيط ليس له مكونات حتى ينخرطوا تاني ان حصول الجنة فوق الافلاك كما ذهب اليه المسلمون يقتضي عدم الكوري. نعم. يعني هو يتصور ان الجنة آآ الجنة هي مرتبة من مراتب العالم العالم المادي لان هذه الافلاك مادية وان كانت اه جرمية وليست اه افلاك في اه مادة اثيرية اذن المبنى عند المتكلم خطأ يعني القول بالمعهد العنصري كذلك هذا الذي يعتقد هذا الاعتقاد من الاوائل كذلك خطأ فهموهم لنظام الوجود خطأ مع ولانه هو المتكلم يرى بالمعاد الجسماني فحتما المعهد الجسماني يعني الجنة جسمانية</w:t>
      </w:r>
    </w:p>
    <w:p>
      <w:r>
        <w:t>يعني من عالم الخلق هذا لي ضحى يضعها لداخل الافلاك او خارج الافلاك خارج لا فلا معنى لها الداخل لافلاك لا معنى له نعم ان حصول الجنة فوق الافلاك مذهبها ذهب اليه المسلمون يقتضي عدم الكورية لان كلشي داخل تحته الافلاك والافلاك الكورية ثالث ان بقاء الحياة مع دوام الاحتراق في النار محال. يعني انتم تتقنون اه الناس الى النار والنار تبيد دخل يدك انت لا تبقى. ادخل في النار اذا تبقى. ساعة بعد تصير اه فحما نعم رابع ان تولد الاشخاص من وقف الاعادة من غير توالد الابوين باطن نعم يعني مرة اخرى الله تعالى يفنيه ثم يوجده بدون والدين يعني يوجده كادم عليه السلام الخامس ان القوة الجسمانية متناهية والقول بدوام نعيم اهل الجنة قول بعدم التناهي. هذا الهراء من الاوائل كله مبني على هذا المبنى قياس عالم الآخرة والنشأة الأخروية بهذه النشأة الدنيوية النار الآخرة هي نار الدنيا مكان الاخرة هو مكان هذه الدنيا وهذا هراء في هراء لا قيمة له وصدق المحقق الطوسي رحمه الله حينما قال استبعادات فقط ليست ادلة حقيقية لان هذه امور جزئية يتكفل بها فقط الوحي والعقل لا يمكن ان يصل اليها لانها ليست من مجاله ولهذا قال رحمه الله في المتن قال وعدم انخراط الافلاك وحصول الجنة آآ وحصول الجنة فوقها فوق الافلاك ودوام الحياة مع الاحتراق وتولد البدن من غير التوالوت وتناهي القوى الجسمانية استبعادا يعني هذه ادلة الاوائل كلها مجرد استياء بعادات امور غيبية لا نعاينها بالشهود فلا يمكن الحكم عليها. نتركها لمن الوحي الوحي يبين لنا. اذا جاء الوحي بقضايا وحيانية يمكن للعقل ان يتوسع في فهم حيثياتها. اذا اعطي له المعطى الوحياني المعطى المعاينة غير موجود لان نحن في هذه النشأة اعيد التطبيق من العلامة الحلي اقول احتج الاوائل على امتناع الميعاد الجسماني بوجوه. احدها ان السمع قد دل على انتثار الكواكب وانخراط الافلاك وذلك محال نعم محقق التونسي يقول او العلامة الحلي يقول كما كان خلقها ممكنا خرقها اه اعدامها ممكن الملك والامكان اذا ليس بمحال ثاني ان حصول الجنة فوق الافلاكية هناك لا معنى لها. يا لعلام الحلي نعم كما ذهب اليه المسلمون يقتضي عدم الكورية لا نشأة اخرى اصلا الكورية هناك ما موجودة الثالث ان بقاء الحياة مع دوام الاحتراق في النار محال من قال انت تقس دار الآخرة قانون الاخرة بقانون الدنيا قانون الدنيا نعم اذا وضعت شيئا في في النار يصير فحما لان طبيعة المادة هكذا من قال ان اه الجسم في الآخرة كهذه المادة نعم لا يتحمل الخلود في جهنم من اين? نعم الرابع ان تولد الاشخاص وقت الاعادة من غير توالد الابوين بطل. من قال مادام الله تعالى خلق عدم بدون والدين نعم الخامس ان القوة الجسمانية متناهية نعم متناهية والقول بدوام نعيم اهل الجنة اقول بعدم التناهي من قال ان هناك هذه القوة التي هي هنا متناهية هناك اه متناهية كذلك والله لا ادري والجواب عن الكل واحد ان هذه استبعادات اما الافلاك فلانها حادثة. يعني ممكنة نعم على ما تقرر اولا فيمكن اخراجها كما يمكن عدمها لانها ممكنة هكذا حصول الجنة فوق الافلاك. اصلا فوقية هناك ما موجودة ودوام الاحتراق مع بقاء الجسم ممكن ممكن في الحكمة الالهية ولانه تعالى قادر على كل مقدور فيمكن استحالة الجسم لاجزاء نارية ثم يعيدها الله تعالى هكذا دائما حتى هذا الكلام من علام الحل غير علمي خليها لي الحكمة الوحدانية. لا تحكم في امور معطياتها ليست حاضرة عندك. نعم والتولد ممكن كما في ادم عليه السلام. حكم الامثال فيما يجوز ولا يجوز واحد والقوة الجسمانية قد لا يتناهى اثرها اذا كانت واسطة في التأثير نعم ومن قال ان القوة الجسمانية هناك متناهية. بل خصوصا في النشأة الالهية الراقية هناك قوانين اخرى اذا كل هذه الامور هراء والجواب عنها كذلك غير دقيق. نعم 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