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جزئيات الافعال الانسانية التي تتجلى في الاخرة اما حسنا واما قبيحا والثواب والعقاب قال ولقضاء العقل به مع الجهل نعم مع الجهل بالشريعة. اقول هذا دليل ثاني على ابطال قول البلخي وتقريره ان العقلاء باسرهم يعني باجمعهم يجزمون بوجوب الشكر للمنعم هذه من المستقلات عقلية حتى عندنا مسألة لم يذكرها هنا بهذا الكتاب ظاهر في الباب الحادي عشر موجودة ما هو وجوب النظر لماذا النظر يجب يعني لماذا الفكر يجب التأمل يجب يقولون لي شكري المنى دليل عقلي من مستقلات العقلية ودائما اذا قلنا دليل عقلي يعني نكشف الملاك الذاتي يعني العقل يتعامل مع الملاك الذاتي الواقعي هذا لا يعني ان العقل ينتج الحوس او ينتج القبع. لا العقل كاشف الانملاكات الواقعية وتقرير ان العقلاء باسرهم يجزمون بوجوب الشكر المنعم. على اي اساس على اساس ملاكات واقعية واذا كان وجوب الشكر معلوما بالعقل انظر. هنا قال العقل معلوما بالعقل مع ان العقل لا يدرك التكاليف الشرعية نعم والا لا كان لم تكن شرعية تكون عقلية نعم وجب القول بكونها ليست شكرا. نعم هذا دليل على بطلان آآ الدليل البلخي على ان الثواب هو تفضل وليس استحقاق من باب العدل. وقلت لكم خلط بين مقام العدل ومقام الإحسان قال ويشترط في استحقاق الثواب كون الفعل او الاخلال به شاقا هذا شرط اساسي نعم نعم لا رفع الندم على فعله ولا انتفاء النفع العاجل اذا فعل للوجه آآ قلت لكم عندك ابناء واحد يتعب في البستان وحتى النخلة تصل الى كمالها وتثمر النقل وذاك جالس في المقهى يشرب الانجيلة. ويسولف في امور تافهة ثم انت تعطي الثواب يعني الهدية الاثنين بالتساوي المستقلات العقلية ماذا تقول? تقول هذا قبيح خلاف العدل اذا المشقة منك انت يعني انت وجدته في مشقة ويستحق الثواب اقول يشترط في استحقاق الثواب آآ كون الفعل اه الفعل المكلف به الواجب او المندوب شاقان. وكون الاخلال بالقبيح شاقا نعم كما قال في المتن ويشترط في استحقاق الثواب كون الفعل او الاخلال به يعني الاخلال بالقبيح الشاق نعم هذه فلسفة التكليف من حيث الله تعالى من اما من حيث الإنسان النية الطاهرة صحة الفعل والغاية القدسية. نعم اذا المقتضي هنا المبدأ السبب الكافي يكتشف السر اذا مقتضي الاستحقاق الثواب هو المشقة فاذا انتفت انتفى المقتضي للاستحقاق ولا يشترط رفع الندم على فعل الطاعة رفع الندم على فعل الطاعة لماذا الندم هنا لا ادري انا هذا يشترط رفع الندم على فعل الطاعة فان الطاعة سبب لاستحقاق الثواب كيف يندم نعم. وقد وجدت منفكة عنه عن الندم. لانه في حال الفعل يستحيل ان يكون نادما عليه. صوم طرح هذه المسألة لا معنى لها. انا لا افهم ملاك طرح الندم هنا نعم يعني الانسان يندم لانه صلى ويرى الثواب يعني انت ابنك تكلف بمشقة وهو آآ الفلاحة حتى نصل الى الغلة تامر ينتج وعندنا خضر وفواكه في البستان نعم فهو يصل الى هذا الخير نادما ويكون نادما هذا غير معقول اصلا لا ادري هذه الفلسفة لماذا نعم نفي الندم شرط في بقاء استحقاق الثواب  وكذا لا يشترط في الثواب عدم النفع العاجل. نعم هذه فلسفة ماذا? فلسفة التكاليف الابن قد يشكل على والده في ربع العمل مشقة كبيرة. سقي مثلا النخل وكذا فيقول اعطيني ثواب يقول اصبر اصبر ياتيك الثواب التام والسرمدي وكذا لا يشترط في الثواب عدم النفع العاجل. نعم قد يكون موجود وقد لا يكون اذا اوقعه المكلف لوجه الوجوب او للوجوب او لوجه الندب او للندب اذا قد يكون الثواب وقد لا يكون المسألة مفتوحة. قد يجيزك الله تعالى في هذه الدنيا صحة تربية الوالدين اه تربية الاولاد رضا الوالدين واكثر من الامور تعيشها وتعيش بها ولا لا مرة لا يدخلها ليوم القيامة من باب البلاء. نعم. المسألة السادسة في صفات الثواب والعقاب نعم ما يتبع الثواب وما يتبع العقاب. الثواب قلنا التعظيم عقاب الذم ويجب اقتران الثواب بالتعظيم هذه هي صفة الثواب والعقاب بالاهانة للعلم الضروري باستحقاقهما مع فعل موجبهما. يعني اذا ادى الطاعة يعني اطاع المولى ثواب وتعظيم فانت تعطي هدية لابنك وتقول احسنت. جزاك الله خير رضي الله عن افعالك. وجزاك الله يوم القيامة خيرا لبر والديك تعظيم وهذا اللي يشرب الانجيله ها في بالمقهى وبعد الانتاج يأتي يأخذ حقه فهذا الزم وانت تقولو روح نعم هذا حكم حكم عقلي مستقلات عقلية ولهذا يقول للعلم الضروري ويجب اقتران الثواب بالتعظيم والعقاب بالاهانة للعلم الضروري باستحقاقهما مع فعل موجبهما نعم في الغرب لانهم اه ماديون هذا الامر التعظيم يكون بنحو الهدايا حافل وهدايا وكذا. نعم نعم نحن في عرفنا الحوزاوي آآ يقول لك نعم جزاك الله خير ثوابك عند الله تعالى هذا فقط يعني انت تؤدي عمل لله تعالى صحيح بعد اذا رجعت الى اولادك انت ما عندك لا فاتورة الغاز لا الكهرباء ولا اولادك يدرسون ولا يحتاجون شيء انتهى انت لا انتهى انت مولانا من علي السيد علي قاضي في العرفان يقول الله تعالى في في الطلاب تقول الله تعالى في الفضلاء نعم هم يعيشون كما يعيش الناس لماذا ابنه يروح منهزما فقيرا الى المدرسة مع انسان عادي يكون رائعا في لباسه وفي هندامه وفي اموره وتقول له لوجه الله تعالى نعم لوجه الله تعالى لست انت اللي تحدد هذا الامر الله هو الذي يحدد هذا الامر اقول ذهب المعتزلة الى ان الثواب نفع عظيم مستحق يقارنه التعظيم. نعم والعقاب ظرر عظيم مستحق يقارنه يقارنه الاهانة. تقول ما هو الدليل? ما في دليل شهود. ولهذا يقول للعلم الضروري نعم واحتجوا على وجوب اقتران التعظيم بالثواب والاقتراء اقتران الاهانة بالعقاب باننا نعلم بالظرورة يعني بالشهود يعني هذا ضياء تراه نعم وان فاعل الفعل الشاق المكلف به فانه يستحق التعظيم والمدح. وكذلك من فعل القبيح فانه يستحق الاهانة والاستغفار. امور شهودية اقول لكم الامور الطبيعية يعني الزامات الطبيعية اغلبها الشهودي ضياء يغمرك ويبين لك ما هو حسن ما هو قبيح فالهمها فجورها وتقواه التقوى دوائر الخير يعني دوائر الحسن والفجور دوائر الشر والقبيح بعض الافعال تحتاج الى عملية استدلالية فقط قال ويجب دوامهما لاشتماله على اللطفية. ولدوام المدح والذم ولحصول ناقضهما لولا هنا صحيح هذا بحث جميل نحن كلفنا في مشقة وادينا التكليف بإخلاص صحة الفعل نية القربى الى الله تعالى. يعني نريد الله تعالى يوم القيامة هذا الخلود في الجنة يعادل فعلا ام لا فيه زيادة احسان من الله تعالى فهذا فعل فعل يعني انت دخولك الى الجنة بما يساوي فعلك</w:t>
      </w:r>
    </w:p>
    <w:p>
      <w:r>
        <w:t>ينتهي الامر هذا الخلود لماذا? من باب العهد ام من باب الإح? يقول ذهب المعتزلة الى ان الثواب والعقاب دائما ما يهم هذا الدوام هو الخلود خلود لا ملاك الخلود ما هو بلا كول عدل املك الاحسان نعم واختلف في العلم بدواهم بدوامهما هل هو عقلي او سمعي? فذهب المعتزلة الى انه عقلي وذهبت المرجعة الى نوم سمعي واحتج المصنف رحمه الله على دوام دوامهما بوجوه. ماذا قال? وياجب دوامهم لاشتماله على اللطفية. جيد هذه اللطفية من باب العدل ام من باب اللطف نعرفو انه من باب العدل. فالمحققة التونسي يقول هذا عدل نعم يعني دوام الثواب يعني الخلود في الجنة من باب العدل وليس من باب الإحسان لأن كلمة اللطف هي العدل نعم احدهما ان العلم بدوام الثواب والعقاب يبعث العبد على فعل الطاعة ويبعده عن المعصية. وذلك ضروري. نعم. اه خلود في الجنة يحفزك على الفعل الكلام ليس في التحفيز على الفعل. الكلام انت اديت هذا الفعل. هل يساوي الخلود ام لا وعندك مدة ينتفي استحقاقك والباقي من باب الإحسان وليس من باب العدل المحقق التونسي هنا راحلة اتجاه اخر. انظروا ماذا يقول الاعلام الحلي. ان العلم بدوام الثواب. والعقاب يبعد يبعث العبد. يعني لطف على فعل الطعاوي بنوا على المعصية وذلك ضروري. نعم هذا لطف بالنسبة الى تحفيز الفاعل. الكلام لا يوم القيامة انت صليت ستين سنة اربعين سنة ذاك صلى عشرين سنة والله تعالى يعطيه الثواب هذا الخلود في الجنة يساوي هذا الفعل هذا عدل لا يساويه فالباقي ما هو؟ من باب الاحسان وليس من باب العدل واذا كان كذلك كان لطفا واللطف واجب على ما مر يعني عدل للخلود عدل عند المحقق الطوسي. هذا الدليل الأول. الدليل الثاني هو لدوام المدح والذبح ان المدح والذنب دائما اذ لا وقت الا ويحصل مدح المطيع وذم العاصي اذا لم يظهر منه ندم على ما فعل وهما معلومات طاعة والمعصية فيجب اه كون الطاعة والمعصية في حكم الدائمة كاين نعم يتصور ان هذا الامر دائمي لكن دائمي من باب العاد اما من باب الاحسان. المحقق التونسي هنا يقول من باب الا من باب العدل. وانا اقول من باب الاحسان وليس من باب العدل. مستحيل انت بافعالك مهما كانت آآ ان تصل الى ذلك الخلود الاخروي نصوص افعالنا مشوبة بالاخطاء اذا استثنينا المعصوم لا يخطئ نعم فيجب دوام الثواب والعقاب. لان دواء ما احد المعلولين يستلزم دوام المعلول الاخر  ما ادري انا انا الذي ارى انه من باب الاحسان وليس من باب اللطف والعدل لان العلة تكون دائمة او في حكم الدائم. الثالث ان الثواب لو كان منقطعا لحصل لصاحبه الالم بانقطاعه. نحن لا نتكلم عن انقطاع الثواب. اتفقنا على الدوام خلود الكلام في هذا ليس في الانقطاع بالاتفاق في خلود خلقتم للابد هذا رواية الكلام انت تستحق الخلود من باب العدل يعني افعالك صحة حققت هذا الخلود? لا. افعالك لا تستحق الخلود. تستحق تستحق مدة ثم ينقطع الثواب لكن الثواب يستمر. من باب الاحسان ولو كان العقاب منقطعا لصحى لحصل لصاحب السرور بانقطاعه لحصل لصاحب السرور بانقطاع او الالم من انقطاعي العلامة الحسن زادو يقول كذا في النسوخ كلها الا ما ففيها لا حصل له الشروط نعم ولو كان العقاب منقطعا هذا بالنسبة الى من اه بالنسبة الى العقاب ولو كان العقاب منقطعا لحصل لصاحبه السرور بانقطاع وذلك ينافي الثواب والعقاب لانهما حاصلان على الشوائب. خالصا على الشوائب هذا ما فهمناه من كلام المصنف رحمه الله. يعني المسألة عند العلم محلي غامضة وقوله لحصول نقيضهما يعني نقيض الثواب والعقاب لولاه لولا الدواب لا الكلام فخلاصته هكذا نتكلم على الخلود في الجنة خلود في الجنة سببها هو الطاعة والتسليم والعبودية هل الخلود يساوي هذه الطاعة او الطاعة تساوي الخلود او لا اذا قلنا تساوي هنا العدل كما يقول المحقق لطف اذا قلنا لا لا تساوي اذا باقي كلهما من باب الاحسان والتفضل الالهي على هذا المخلوق نعم. لماذا? لانه اه فادى ما عليه مسكين نعم ادى ما عليه. مثل انسان انت يشتغل عندك في مصنع باخلاص. عندك مصنع ويخدم باخلاص باخلاص باخلاص اشتغل مثلا ثلاثين سنة انت اعطيته مقدار ثلاثين سنة. من اجرة وممكن حتى الزائد على الأجرة ثم اه انتهى عمله انتهى عمله لسبب ما صحي اننا نحتاجه في المصنع ثم انت تغدق عليه بالاجرة تستمر في اعطائه الاجرة يقول لك قائلون لماذا تعطيهم ولا يؤدي عملا? قل لا هذا حفظا لماء وجهه اه اشتغل عندنا كثير باخلاص هذا هو الاحسان هذا التلطف والاحسان وليس من باب العدل. المحقق التونسي يقول لا يعطيه حتى يموت مثلا اجرته وهذا عدل وانت تحكم بين الامر. انا ارى في الاخرة بالنسبة الى المؤمنين آآ الاستمرار في الخلول استمرار في الجنة يعني الخلود من باب الاحسان وليس من باب العدل اما العاصي العاصي المؤمن هذا وضعه معروف للفصول الناصيرية والذي سندرسه ان شاء الله بعد هذه الدورة بعد ما ينتهي كشف المراد هناك يقول لا يعاقب ثم ينتهي العقاب ويدخل الجنة يتكلم على المعاند المتكبر الخبيث الملعون هذا نيته فقط نيته تستدعي الخلود هناك نعم نيته تستدعي الخلود. المسألة واضحة جدا وحكم عقلي لا نحتاج الى الشرع نعم قال ويجب خلوصهما والا لكان الثواب انقص حالا من العوظ والتفضل على تقدير حصوله فيهما وهو ادخل في باب الزرع نعم انت الان تكلف ابنك في البستان اعمال شاقة حتى تصل الى الخير التآمر والخضر والفواكه في البستان تنتهي العملية يعني تحصلنا على هذا الخير الوفير ثم انت وتعطيه اه الثواب لابنك يعني تجازيه تجازيه وهذا الجزاء مقرون بمشقة خلاف العاقل وهو لا يقبل هو يريد ان يرتاح ويلتذ هذا الثواب والهدية والموجزات ثم انت تورطه بمشقة اخرى فهذا الثواب لا يكون مشوبا وهذا حكم العقل من مستقلات العقلية نعم ويجب خلوصهما يعني الثواب والعقاب. الثواب يكون خالصا والعقاب يكون خالص ما فيه نور نعم اهل النار يخاطبون اهل الجنة اعطونا من ماء نحن نحترق يقولو لا ابدا ما في عقاب مشوب بنور وبضياء الهي ورحمة الهية لا لا يمكن والا يعني هذا الدليل مبدأ السبب الكافي والا لكان الثواب انقص حالا من العواظ والتفضل على تقدير حصوله فيهما وهو يعني والتفضيل عطف على ماذا? انا انقص بما فيهما وهو ادخل في باب الزوج. اقول يجب خلوص الثواب والعقاب من الشوائب اما الثواب فلانه لولا ذلك لكان العوظ. نعم وليس ثوابا. والتفضل اكمل منه لانه يجوز خلوصهما عن الشوائب وحينئذ يكون الثواب انقص من التفظل انقص درجة وانه غير جائز نعم يعني حكم العاقل واما العقاب فلانه اعظم في الزاج فيكون اللطفان. نعم</w:t>
      </w:r>
    </w:p>
    <w:p>
      <w:r>
        <w:t>نعم نيسان اذا تأمل جيدا في جهنم لا يفكر في المعصية ابدا ولهذا يقول فلانه اعظم في الزاجر فيكون نطفا نعم في الزجر قال وكل ذي مرتبة في الجنة في الجنة لا يطلب الازيد. ويبلغ سروره بالشكر الى حد انتفاء المشقة وغناؤهم بالثواب ينفي مشقة ترك القبائح نعم واهل النار يلجأون الى ترك القضية اقول لما ذكر ان الثواب خالص عن الشوائب بحكم العقل انت تجازي مع مشقة وغير صحيح هذا نعم غير صحيح ما لما ذكر ان الثواب خالص عن الشوائب ورد عليه ان اهل الجنة يتفاوتون في الدرجات نعم فالانقص اذا شاهد من هو اعظم ثوابا حصل له الغام. لا اله الا الله محمد رسول الله حتى العرف العرف ما يقبلها. نعم. انت الان الشعوب الشعوب لماذا تستشكل على حكامها لان عادة الحكام يعيشون البذق ويعيشون الراحة فالشعوب ابدا ما تريد ان تعيش مثلهم كلنا هيئونا ما نحتاج فقط ما نحتاج يعني سكن محترم عمل محترم. دراسة لاولادهم محترمة. بيئة يعيشون فيها محترمة هذا العقلاء وهذا حكم عقلي في الواقع في الواقع يعني انت الان في الجنة تفكر اصلا صار هذا التفكير غير موجود في الجنة تفكير ديني هزيل نعم هو يدخل الى اذهان اهل الجنة ويفكر في مكانهم ويشكل على ماذا? على المحقق الطوسي. نعم لما ذكر ان الثواب خالص عن الشوائب ورد عليه ان اهل الجنة يتفاوتون في الدرجات تتصور انت جنة النبي مثل جنتك انت نعم فالانقص اذا شاهد من هو اعظم. يعني انا اشاهد جنة النبي ثم اتألم. نعم فالانقص اذا شاهد من هو اعظم ثوابا حصل له الغام. هناك ذنب الله عليك في الجنة غم نعم ينقص اه ينقص درجته عنه وبعدم اجتهاده في العبادة وايضا فانه يجب عليهم الشكر لنعم الله تعالى والاخلال بالقبائح وفيه ذلك مشقة والجواب دعنا من الجواب انت الان خذ كل المؤمنين ما عدا الاولياء الذين يريدون جنة الله جنة الذات وليس هذه الجنة القصور والغلمان وانهار من العسل المؤمنون تكلم المؤمنون الله تعالى يقول لهم انا اعطيكم بمقدار كندا كندا وما عندكم لا تعيب ولا مشكلة اساسا ولا غم ولا شر ولا حر ولا برد نعطيكم كندا او استراليا الأكثر يقبل اكثر يقبل ويفرح ويسر المشكلة وين? المشكلة من? هل نصل الى هذه المرتبة يعني نحن في الجنة ونختم والله هذا هراء من المستشكل واتأسف لان العلة من حلي اتى بهذه الامور في هذا الكتاب القيم. والجواب عن الاول ان شهوة كل مكلف مقصورة على ما حصل له يعني الجزاء يصارخ الفعل نعم من جنس الفعل ولا يهتم بفقد الازيد لعدم اشتهائي له يقارب مسألة تكوينية. صار هناك لا يفكر هكذا. نعم وعن الثاني انه يبلغ سرورهم بالشكر على آآ النعمة الى حد تنتفي المشقة معه ابدا ما في مشقة هناك. الجنة فيها مشقة يعني هذا المستشكل يقول اذا انت كلفت اذا انت جعلت اهل الجنة يشكرون الله تعالى. هذه مشقة ذي مشقة بالله عليك. انت دخلت الى نظام الجنة فهمت كيف يكون الشكر? وما هي نحو وجود الشكر? واما الاخلال بالقبائح فلانه لا مشقة عليهم فيها لانه تعالى يغنيهم بالثواب. ومنافع الثواب عن فعل القبيح. فلا تحصل لهم مشقة اما اهل النار فانهم يلجؤون الى فعل ما يجب عليهم وترك القضاء فلا تصدر عنه وليس ذلك تكليفا لانه بالغ حد الارجاء اه لانه بالغ حد الالجاء ويحصل من من ذلك نوع من العقاب ايضا هذه كلها فلسفة ناقصة بائسة في محاولة فهم قوانين الاخرة هادي خلوها للنصوص اما قرآنية واما روائية صريحة صحيحة هي تبين هذه الامور. نعم والا دخول العقل في هذه الامور لا يمكن لا يمكن لان هذه ليست معاينة لا نعاينها كما نعاين المحسوسات ثم نصل الى قوانينها غائبة عنا والعقل لا يتعامل مع الجزئيات فيبقى الطريق الوحيد والسبيل الوحيد الى ذلك هي الحكمة الوحيانية يعني النصوص والنصوص على قسمة نصوص متواترة صريحة صحيحة تورث ماذا? قريب من اليقين نعم وبعضها لا لا يورث حتى الظن الراجح فتؤمن بها تؤمن لا تؤمن بها هذا شأنك نعم قال ويجوز توقف الثواب على شرط هذا ان شاء الله يأتيكم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