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حيثية الثواب والعقاب قال ويجوز توقف الثواب على شرط والا الدليل يعني مبدأ السبب الكافي والا لاثيب العارف بالله تعالى خاصة نعم اقول ذهب جماعة الى ان الثواب يجوز يجوز يعني ليس واجبا ان يكون موقوف على شرط. يعني الله تعالى يقول انا اثيبك بشرط هكذا نعم ومنعه اخرون لا يقولون لا لا يشترط بأي شرط الثواب نعم. والاولى والحق هذا يتبناه المحقق الطوسي والاعلام المحلي والدليل عليه انه لولا ذلك لكان العارف بالله تعالى وحده مثابا مع عدم نظري في المعجزة وعدم تصديقه بالنبي صلى الله عليه واله. نعم والتالي باطل اجماعا فكذا المقدم. يعني يجب ان تكون عندك ماذا? معرفة والله تعالى وبالنبي وبالتكليف. بيان الشرطية ان المعرفة طاعة مستقلة. نعم بنفسها واجبة المعرفة واجبة ووجوب النظر من مستقلات العقلية لشكري المنعم على هذه النعم الكبيرة وكذلك الدليل الاخر هو دفع الظرر لماذا يجب ان اعرف وافكر واتأمل اولا شكرا منعم والدفع الضرر نعم دفع الضر احتمل ان هناك ضرر باخرها واعاقب فاتأمل وافكر نعم هذه من الادلة الرائعة والمستقلات العقلية في وجوب النظر لا يمكن ان يكون النظر واجبا بالشر. الدور كما يدعي آآ مشاعر ذلك يقول بيان الشرطية نعم شرطية لولا ذلك لكان العارف بالله تعالى وحده مثابا مع عدم نظره في المعجزة وعدم تصديقه بالنبي صلى الله عليه واله نعم وبالتالي باطن يعني لا ينظر في المعجزة ولا يتأمل ويصدق بالنبي كيف والتالي باطل اجماعا نعم فكذا المقدم يعني لكان العارف بالله تعالى وحده مثابا لا لا يكون مثابا الا اذا امن بمعجزة النبي وبالنبي وبالتالي ينتمي الى دائرة القيم التشريعية نعم بيان الشرطية ان المعرفة طاعة مستقلة وطاعة عقلية بنفسها فلو لم يتوقف الثواب عليها على هذه المعرفة على شرط لوجبت اثابة من لم يصدق بالنبي عليه السلام حيث لم لم ينظر في معجزته. اذا الثواب مشهور بماذا? الانتماء الى دائرة الدين. يعني انك تصدق بالله تعالى بالتوحيد وبنبوة النبي. قال وهو مشروط بالموافاة لقوله تعالى لئن اشركت ليحبطن عملك نعم  في الفصول الناصيرية هناك مطلب جميل يشير الى نظرية الفلاح الاخروي المحقق التونسي هناك يقسم الانسان الى خمسة اقسام الكافر المعاند الذي يموت على كفره هذا في جهنم المؤمن الذي يستمر على ايمانه ويموت على ايمانه ذلك له الجنة والخلود ثم يأتي ببعض الاقسام الاخرى كلها ينالها الفلاح الاخروي شروط ما عدا المؤمن الذي يعيش على الايمان ويموت على الايمان ما عندوش ردة. يدخل مباشرة للجنة ويخلد والمعاند والظالم والكافر يدخل الى جهنم ويخلو. الباقي لا آآ عندها بعض الشروط نعم اذا العيش على الايمان والموت على الايمان هذا ضروري دخول الجنة والثواب. يعني شرط وهو مشروط بالموافاة لقوله تعالى لئن اشركت ليحبطن عملك. يعني انت عملك انت يعني استمر في الايمان. تعيش على الايمان وتموت على الايمان. نعم هذا شرط اساسي جدا. للفلاح الاخروي الدخول الى الجنة والخلود هذا دليل دليل آآ دليل عقلي بلسان وحياني لئن اشركت ليحبطن عملك وقوله تعالى ومن يتردد مثلكم عن دينه يعني لا يبقى على ايمانه نعم اقول اختلف المعتزلة على اربعة اقوال فقال بعضهم ان الثواب والعقاب يستحقان في وقت وجود الطاعة والمعصية وابطلوا القول بالموافاة يعني لا يموت ليس يشترط ان يموت على الايمان يعني عمل اه كالمرتد يعني عشر سنوات في الايمان يثاب عليها. لا ابدا وقال اخرون انهما يستحقان في الدار الاخرة. وقال اخرون انهما يستحقان حال الاغتراب. وقال اخرون انهم يستحقان في الحال بشرط الموافاة نعم هذا مبنى المحقق التونسي فان كان في علم الله تعالى انه يوافي الطاعة سليمة الى حال الموت يعني يعيش على الايمان ويموت على الايمان او الاخرة استحق بها الثواب في الحال وكذا المعصية نعم الذي يعيش على المعصية ويموت على المعصية له العقاب وان كان في علمه تعالى انه يحبط يحبط الطاعة او يتوب من المعصية قبل الموافاة لم يستحق الثواب ولا العقاب بهما واستدل المصنف رحمه الله على القول بالموافاة بقوله تعالى لان اشركت ليحبطن عملك وبقوله تعالى ومن يرتد يرتد منكم عن دينه فليمت وهو كافر. فاولئك حبطت اعمالهم نعم هذا هو القانون يعيش على الكفر ويموت على الكفر خلود في جهنم يعيش على الايمان بشرط ان يموت على الايمان خلود في في الجنة. خلط الايمان والمعاصي يعاقب على المعاصي ثم يدخل الجنة نعم  وتقريره اننا نقول اما ان يكون المراد بالاحباط هنا اه كون العمل باطلا في اصله او ان الثواب يسقط بعد ثبوته او ان الكفء ابطله والاولان باطلا. اما الاول في انه على اللقب علق بطلانه بالشرك المتجدد ولانه شرط وجزاء وهما انما يفعلان في المستقبل. وبالاول يبطل الثاني. واما الثالث فلما يأتي من بطلان آآ التحابط فتعين الثالث. التحابط سيأتي ان شاء الله. بحث كذلك في الفصول الناصرية دقيق وآآ عميق الى انه فيه دخن وفيه خطأ. اذا هذا المبنى ما هو هذا المبنى ان الكافر الذي عاش على الكفر ومات على الكفر جزاؤه جهنم خالدا فيها المؤمن عاش على الايمان ولم يتردد ولم تحبط اعماله نعم هو لم يشرك ومات على الايمان خلود في آآ الجنة هذا هو المبنى ثم يأتي البول المستضعف المجنون وو والعاصي الذي خلط العمل الصالح بالعمل السيء هذا يأتي ان شاء الله في باب الفلاح راوي. المحقق التونسي يقول كلهم فالحون يوم القيامة مع شروط الا الكافر المشرك المعاند الذي مات على كفره وعناده وشركه هذا يخلط في جهنم نعم واظحة جدا المسألة قال وهو مشروط بالموافاة يعني استمرار على الايمان والموت لقوله تعالى لئن اشركت ليحبطن عملك يعني العمل بعد الشرك وبعد الكفر وكذا بعدما يبقى اه فتأتي تقول لا انا احاسبه بمقدار عملي. لهذا لا ينفع حتى عندنا روايات المؤمن حياته سوداء كانت في الماضي سوداء. يعني عمل سيئات كثيرة. ثم حسن حاله خمس سنوات الأخيرة عشر سنوات الأخيرة لهم حسنة حقيقة الله يحشرهم بهذا هذا المقدار نعم يعني هو يحشر بهذه النورانية. اذا حسن حاله الى كل ايمان والموت على الايمان هو الملاك الصحيح نعم المسألة السابعة في الاحباط والتكفير نعم يعني الذي خلط العمل الصالح بالعمل السيء والاحباط باطن هذا مبنى بعض المعتزلة لاستلزامه الظلم وانظروا هذا حكم عقلي ولقوله تعالى فمن يعمل مثقال ذرة خير يره نعم  اقول اختلف الناس هنا فقال جماعة من المعتزلة بالاحباط والتكفير ما هو معناهما? ومعناه معناهما خليني انا ابين لك مسألة</w:t>
      </w:r>
    </w:p>
    <w:p>
      <w:r>
        <w:t>بقراءة المتون ما قال اه قراءة بحث لا يهم المهم امام نص مطلقا مصمول او مكتوم مقالة او كتاب او حتى الفيلم وانت تتابع الفيلم او في الوثائقي اولا تركز على المفاهيم نقحها جيدا ثم تركز على القضايا ثم تركز على النسق تركز على النسق يشبه ما في علم الاصول تنقيح الارادة التصورية يعني المدلول التصوري والمدلول التفيمي والمدلول الجدي ما معنى هذا? المذلول التصوري تتعامل مع المفاهيم مفاهيم النص تنقحها جيدا آآ لها شروط التعريف جامعة مانعة واضحة ليست غامضة ليست دورية تبدأ من من العام ثم يأتي التخصيص جنس اعم ثم التخصيص بالفصول حتى يتحدد المفهوم اذا كان من صدق من له جنس فصل اذا تحدثت المفاهيم تروح الى ذا الى القضايا. ما يسمى عندنا في الاصول المدلول التفييمي. تروح الى قضايا النص هذا النص. النص هو بمعناه تكست ليس النص في مقابل الظاهر يعني الان المتن هذا نصون ما قال نص محاضرة نص فيلم هكذا يشبه النص ثم تروح ماذا الى السياق الذي يساعد كثيرا على فهم النص مطلقا او الفيلم هو السياق. نعم المفاهيم والجمل مقدمات لفهم السياق السياق فيه منهجية فيه استدلالات فيه مغالطات وو تحيط بالنص نعم هنا العلامة الحلي يطبق المنهج هو هو. يقول اختلف الناس هنا فقال جماعة من المعتزلة بالاحباط والتكفير. من حقك تقول نقحنا المفاهيم. نعم ومعناهما يعني الاحباط والتكفير ان المكلف اه يسقط يعني فعل يسقطه المكلف او يسقط من بني مجون نبني على مبني المفعول. يسقط ثوابه المتقدم بالمعصية. المتأخر هذا هو الاحباط يعني كان مطيعا ثم عصى هذه المعصية تبيد تلك الطاعة او تكفر ذنوبه المتقدمة بطاعته المتأخرة ونساهم المحققون نعم ثم القائلون بهما اختلفوا فقال ابو علي الجبائي ان المتأخر يسقط المتقدم ويبقى على حاله يعني المتأخر يبقى على حاله. اذا كنا في الطاعة يعني معصية بعدها طاعة طاعة تسقط المتقدم وتبقى الطاعة او الطاعة بعد معصية. المعصية تبطل المتقدم وتبقى معصية وقال ابو هاشم انه ينتفي الاقل بالاكثر وينتفي من الاكثر بالاقل. ما سواه ويبقى الزائد مستحقا. وهذا هو الموازنة يعني الموازنة فيسقط هذا بهذا فيبقى الزائد مثلا اه عصا عشرين اطاع خمسة وعشرين اعمل الموازنة يبقى خمسة يروح الى الجنة نعم اطاع عشرين عصا خمسة وعشرين خمسة معصية يروح جهنم هذه الموازنة عند ابي هاشم وعند الاحباط عند ابي علي الجبائي. نعم ويدل على بطلان الاحباط هنا يبطل الاحباط انه يستلزم الظلم لان من اساء واطاع وكانت اه اساءته اكثر يكون بمنزل بمنزلة من لم يحسن. نعم وان كان احسانه اكثر يكون بمنزلة من لم يسيء. وان تساوى يكون مساويا لما لم يصدر عنه احدهما وليس كذلك عند العقلاء. ولقوله تعالى فمن يعمل مثقال ذرة خيرا يره. ومن يعمل مثقال ذرة شرا يره. نعم والايفاء بوعده ووعيده واجب. نعم لا معنى هذه المسألة ينفر الإنسان عصا خمسين مفردة و تاب باخلاص تاب باخلاص ولم يكن له لم تكن له فرصة للطاعة. صدقني هذه المعاصي لا قيمة لها عند الله تعالى نعم واطاع اطاعه دهرا ثم عصى بخبث وتكبر وغطرسة هذه المعصية الوحيدة تبيد كل ما كان لا معنى للاحباط هنا ولا معنى للموازنة. هذا بزنس انت في احكام الله تعالى فهذا لا قيمة للاحباط ولا الموازنة عند المعتزلة. الله تعالى هذه الملاكات. الملاكات من جاء بقلب منيب بقلب سليم فالانسان قهرته المعصية مسكين عصى عشرين سنة ثم تاب اتذكر انا في السيد الصافي في النجف كان يمارس فعلا لا نذكره لانه الان هو  رجل آآ من اهل الخير توفى رحمة الله عليه  اه شارع الطوسي في مقابل مدينة وادي السلام انتم اعلم بالنجف مني هناك زجاجة فيها صورته فيها ضوء سيد الصافي فالناس الكل يعرف انه في غير الطريق الصحيح غايات امير المؤمنين لي الخطيب الكبير السيد جاسم يقول تخطب لابني الصافي ثلاث مرات في الحارة  يلبي هذا الامر من المولى ويخطب لماذا? لان هذا الرجل ختم افعاله الطيبة بخدمة الايتام بطريقة عجيبة وغريبة فانت ما تعرف احكام الله تعالى. انسان يكون في معصية فيتوب توبة رائعة وبعمل واحد فقط يدخل الجنة. احكام الله تعالى انت وين تعرفها ايها المعتزل ايها المعتزلين نعم نعم بناء على مبنى الموازنة والاحباط يعني الحر يقول للامام الحسين عليه السلام هل من توبة يا ابن يا ابن رسول الله ويقول لما حسن ينتظر فيه موازنة ابو علي الجبائي يقول فيه الاحباط وابوهاجم الجبالي يقول فيه موازنة يجب ان نزن نزن هذه التوبة وعطائك بمعصيتك السابقة. جعجعت بنا. خرافات فيها خرافات فالرجل اعطى ذاته للحق في كربلاء تكل هذه السوابق لا قيمة عند الله تعالى. هذا هو القلب السليم. هذا هو الملاك. نعم نعم قال ولعدم الاولوية اذا كان الاخر ظعفا وحصول المتناقظين مع التساوي. نعم شو الموازنة الاحباط بيناه الموازنة كيف يعني انا اوازن عشرين معصية خمسة وعشرين طاعة سقط انت تأتي خمسة طاعات طوبى لك نعم خمسة وعشرين معصية عشرين طاعة خمسة معاصي تروح جهنم تبا لك. نعم محققة التونسي يقول هذا هراء مبنى الموازنة الذي تبناه نعم لعدم الاولوية اذا كان الاخر ضعفا وحصول متناقضا مع التساوي اقول هذا دليل على ابطال قول ابي هاشم بهاشم بالموازنة. وتقريره ان اذا فرظنا انه استحق المكلف خمسة اجزاء من الثواب وعشرة اجزاء من العقاب فليس اسقاط احدى الخمستين من العقاب الخمسة من الثواب الاولى من الاخرى. هذا يبينها في الفصول المصيرية بطريقة ورائعة جدا دقيقة عقلية نعم. عندك خمسة انت الان اه معصية وخمسة الطاعة ما الحكم هذا يعني لا يدخل الجنة ولا يدخل النار انسان عصى الله خمس مفردات واطاع الله تعالى خمس مفردات في حياته كلها شرب الخمر ارتكب الفاحشة اكل الربا عاق والديه واكل حقا من حقوق الناس. خمسة ثم ماذا? صلى حاج اه خدم المؤمنين واطاع الوالدين ساعد الفقراء. خمس معاصي خمس آآ خمس آآ آآ ثواب. ماذا يقول? ولعدم الاولوية امن تقدم خمس المعاصي تبيد خمسة الطاعة او خمس الطاعة تبيد المعصية. الاولوية معنى يعني الترجيح بلا مرجح هذا واضح جدا فليس اسقاط احدى الخمستين من العقاب الخمسة من الثواب اولى من الاخرى. الترجيح بلامو مرجح. لماذا المعصية تبيد الطاعة? اقول الطاعات تبيد المعصية. وهذا مقتضى ماذا? اللطف الإلهي. اذا كانت لا الطاعة هي الطاعة هي السابقة والمعصية المتأخرة كذلك على مبناك يا ابا هاشم كيف كيف الاولوية يعني الترجيح بلا مرجح واما ان يسقط معا وهو خلاف مذهبه. لان فيه مساواة بزنس او لا يسقط شيء منه وهو المطلوب نعم. ولو فرظا انه فعل خمس اجزاء من الثواب وخمس اجزاء من العقاب. فان تقدم اسقاط احدهما للاخر لم يسقط الباقي بالمعدوم لاستحالة سيروها في المغلوب والمعدوم غالبا ومؤثرا</w:t>
      </w:r>
    </w:p>
    <w:p>
      <w:r>
        <w:t>شي شي جميل دقة دقة عقلية من المحقق التونسي في الفصول المصيرية حتى فهمها الطلاب آآ وجدت صعوبة حقيقة صعوبة. يعني انت الان عندك خمسة من الثواب. وعندك خمسة من العقاب نعم جيد يعني كيف المفروض خمسة من الطاعة. تبيد خمس ملل من الخمسة من الثواب تبيد الخمسة من من المعصية والخمسة من المعصية تبيد الخمسة من الطاعة هذا هو المساواة اليس كذلك? نعم يعني الانسان يبقى له شيء ما عنده شيء المحقق القرطاسي يقول دقق عقليا في هذه المسألة لنفرض مثلا  آآ خمسة من المعاصي ابادت ماذا? الخمسة من من الثواب. دقق جيدا ما حكم الثواب? انتفى ام لا صار له شيء كيف يبيد الموجود المعدوم كيف يجيد الموجود. يعني ردة الفعل لا تكن فتبقى المعاصي هي هي راه يدخل جهنم اذا كنا لا قلنا خمسة ثواب تبيد اه خمس اه من المعاصي. فكيف ترد اليها المكيال فيتمحض في الطاعة ويدخل الجنة هذا حقيقة هذا انظر ماذا يقول ولو فرضنا انه فعل خمسة اجزاء من الثواب وخمسة اجزاء من العقاب فان تقدم اسقاط احدهما للاخر. يعني نفرض مثلا المعصية اسقطت الثواب لم يسقط الباقي بالمعدوم لان هذه المعصية الثواب انتفى كيف يبطل المعصية. لاستحالة سيرورة المغلوب والمعدوم غالبا ومؤثرا نعم يعني هذه خمسة من المعاصي ابطلت الخمسة من الثواب ماذا ننتظر? ننتظر من الثواب يبطل ماذا? المعاصي. الثواب صار في خبر كان. فانتفى معدوم. فكيف يؤثر في المعاصي? والعكس صحيح. نعم نعم. وان تقارن لزم وجودهما معا. لان وجود كل منهما نفي وجود الاخر. فيلزم وجوده محال عدمهما. نعم. تقول لا شيخنا الافناء دفعة واحدة يعني المعاصي تفني الطاعة والطاعة تفني المعاصي. فتكون المعاصي موجودة ومعدومة والطاعات موجودة ومعدومة. وهذا اجتماع النقيضين. نعم وان تقارن لزم وجوده معا لان وجود كل منهما نفي وجود الاخر نفي وجود الاخر فيلزم وجودهما حال عديمهما وذلك جمع بين المتناقضين. ارجع الى المثن ولعدم الاولوية يعني لماذا الطاعة تبيد المعصية وليس المعصية تبيد الطاعة اذا كانت في حالة التساوي كما يقول الدهاشم. ابو هاشم. اذا كان الاخر ضعفا وحصول المتناقضان مع التساوي يلزم التناقض نعم نعم المسألة الثامنة في انقطاع عذاب اصحاب الكبائر. هنا يدخل في مسألة الفلاح الاخروي قلنا مؤمن عاش على الايمان ومات على الايمان ما في نقاش. في الخلود في الجنة كافر معاند عاش على الكفر والعناد والتكبر والظلم مات كافرا ما في اشكال في جهنم خالد. من خلط العمل الصالح بالعلم عمل آآ الطالح اذا كان العمل طاله خفيفا من اللمم فالله تعالى لا ينظر اليه لا ينظر اليه. عندنا روايات عن اهل البيت عليهم السلام عجيبة وغريبة في عذاب البرزخ يقول الامام سلام الله عليه الله لا يلتفت الى هؤلاء لا يلتفت الى هنا. يلتفت فقط من تمحض في الايمان من الاولياء ومن تمحض في الكفر والظلم والزندقة يلتفت الى هؤلاء يعني الانسان عصى تحت شهوة اكل حق انسان تحت شهوة مسكين يمل في عذاب القبر يلتفت اليه. روايات موجودة وعجيبة وغريبة لا يلتفت الى هاي الصلاة اما هذا المؤمن المتوحد في الايمان يهتم به ممكن الملائكة نورانية تستقبله كذا وذاك المعاند الكافر الزنديق يجد حسابه الاسود هناك هذا الإنسان مسكين هذي اللمم هذي ضعف تحت اه عمل صغير وكذا نعم فلا يلتفت اليه. فقط يبقى فقط مسألة ملاك عدم الالتفات كشفه بالنسبة الينا صعب يعني الملاك الذي يكشف المصداق. يعني الان انا اذهب الى البرزخ الان من قال انا من مصاديق من الذي لا يلتفت اليه? هنا المسألة حتى لا نفتح بابا للتسامح في العمل والتساهل في العمل يعني نحن لسنا على يقين اننا من موارد من لا يلتفت اليهم. الله تعالى في عذاب القبر. قال المسألة الثامنة في انقطاع عذاب اصحاب الكبائر يأتي ان شاء الله بالتفصيل واللهم صل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