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بحث مهم المسألة العاشرة في الشفاعة قال والاجماع على الشفاعة نعم هذا صحيح الا الوهابية والوهابية لا عقل لها. فقيل لزيادة المنافع هذا ملاك من قال ان الشفاعة ثابتة يوم الاخرة ويبطل المحقق الطوسي يرفض هذا المبنى ويبطل بما في حقه صلى الله عليه واله اذا كان شفع لزيادة المنافع فنحن نشفع للنبي حتى يرقى اكثر مما هو عليه وهذا باطن من نكون نحن حتى نشفع في سيد الخلق نعم اقول اتفق العلماء هنا العلامة الحلي يبين هذه المسألة على ثبوت الشفاعة للنبي صلى الله عليه واله وبتبع اهل البيت عليهم السلام ويدل عليه قوله تعالى عسى ان يبعثك ربك مقاما محمودا قيل انه الشفاعة نعم العلماء علماء التفسير اتفقوا على انها الشفاعة نعم الا الشذاذ الوهابية نعم اه ابن القيم الجوزي في احد كتبه يشير انه يجلسهم بجنبه على العرش يستميتون على التجسيم نعم اه لماذا ما هو السبب لا عقل له نعم انزع العقل من المتدين يخرب الدين. الحويني هذا اه يقولون خليفة الالباني مصري سلفي وهابي نعم في محاضرة يقول صراصير البغال الحمار الحيات القرود عندهم انبياء نعم لماذا? لانه امم امثالكم لانهم امم امثالكم فلهم انبياء نعم يعني انا اذا قلت هذا الانسان يماثل هذا الانسان في الانسانية وهذا الانسان عالم وهذا جاهل فهذا يجب ان يكون عالما او هذا يكون جاهلا على مبنى الحويني نعم المماثلة في بعد لا تعني المماثلة في جميع الابعاد يا احمق يا اخرق يا غبي وما معنى الانبياء للحيوانات التي لا تعي ولا تفقه ولا تتكامل نعم لا ادري والله هذا هو الغباء هذا هو العقل الديني الظلامي المتخلف الذي يجعل العلمانيين والملاحدة يضحكون علينا نعم عسى ان يبعثك ربك مقاما محمودا. فقيل انه الشفاعة. واختلفوا فقالت الواعدية. هنا هذا هو المبنى ثقيلة لزيادة المنافع يبطله المحقق التونسي ويبطل بنا في حقه صلى الله عليه واله يعني نحن نشفع في النبي حتى نزيده في المنافع وهذا غير صحيح نعم ماذا قال في الواعيدية? انها عبارة عن طلب زيادة المنافع للمؤمنين المستحقين للثواب وذهبت التفضيلية الى ان الشفاعة للفساق من هذه الامة في اسقاط عقابهم وهو الحق. شفاعة لماذا? لفائدة من خالف الله تعالى. المؤمن الخالص الايمان. لماذا يشفع له? هذا هو الحق شفاعة وتدخل لاسقاط ذنوب بعض المؤمنين وابطل المصنف الاول يعني هذا المبنى لزيادة المنافع بان الشفاعة شفاعة لو كانت في زيادة المنافع كما تقول الواعدية لا غير يعني لا اسقاط ذنوب الفساق لكنا شافعين في النبي عليه السلام ما هو الملاك? يقول حيث نطلب يعني بيان الملازم. حيث نطلب له من الله تعالى علو الدرجات اللهم زده علوا وشرفا وكرامة. نعم اذا دخلت على اولياء الله تعالى زائرا? نعم تقول هذا الكلام? نعم اللهم زده شرفا وكرامة وعلوا نعم اذا انت الان شفعت في الوالي. من قال هذا هراء وخرافة نعم يعني كلام المحقق التونسي دقيق والتالي باطل لا يمكن نحن ان نشفع في النبي بهذا الدعاء قطعا لان الشافعي اعلى من المشفوع فيه. فالمقدم آآ مثل وانا ماشي في من النجف الى كربلاء في زيارة الاربعين  ابصرت شيئا المني المني كثيرا المني كثير ولا زال يؤلمني الى الان صورة كبيرة لاحد الشخصيات لا اذكر اسمه احتراما للدرس ففي هذه الصورة في عبارة مكتوبة ادعو لكم ادعو لكم يعني انت فوق الامام حسين عليه السلام انت تدعو لزوار الامام حسين عليه السلام تروح عمل هذه الصورة في مكان اخر ليس في الاربعين مات بالزنس وبالإمام الحسين عليه السلام دكاكين بائسة تعبانة انت تدعو لزوار الامام الحسين عليه السلام بمجرد الزائر ينوي الزيارة ويدخل في الزيارة. كان في الطائرة او كان بين النجف وكربلاء او بين البصرة وكربلاء. اينما كان فهو عند الحسين عليه السلام من انت? من انت? حتى انت تدعو للزوار الامام الحسين عليه السلام? يريد ياخذ مكان من هذا الموقعية المقدسة للامام الحسين عليه السلام زوار الامام الحسين في عيون الامام انتهى الامر من من انت؟ ابحث عن نفسك دعك من زوار الامام الحسين هو في عين الامام بعين الامام انظروا الحماقة والغباء قال ونفي ونفي المطاع لا يستلزم نفي المجاب وباقي السمعيات متأولة بالكفار. هذا رد ان جواب عن الاشكالات. اقول هذا اشارة الى جواب من استدل على ان الشفاعة انما هي في زيادة المنافع. يعني الوعيدية وقد استدلوا بوجوه الاولى قوله تعالى ما للظالمين من حميم ولا شفيع يطاع كيف شخصت ان هذا الظالم هو المؤمن انا مطلقة نعم نفى الله تعالى قبول الشفاعة عن الظالم والفاسق ظالمون والفاسق ظالمون ظالم لنفسه. والجواب انه تعالى نفى الشفيع المطاع ونحن نقول به لانه ليس في الاخرة شفيع يطاع لان المطاع فوق المطيع. والله تعالى فوق كل موجود ولا احد فوق الله. ولا يلزم النفي الشفيع المطاع نفي الشفيع المجاب. فرق يعني يجب ان نفكك بين شفيع المطاع والشفيع المجاب. سلمنا لكن لما لا يجوز ان يكون المراد بالظالمين هم من الكفار? قلت لكم من كيف احرصت ان الظالمين في الاية المباركة هم الفساق من هذه الامة من من اين من اين جئت بها نعم ولهذا يرد عليه على منحين اللي سلمنا لكن لما لا يجوز ان يكون المراد بالظالمين? هنا الكفار جمعا بين الادلة اليس افضل الثاني قوله تعالى وما للظالمين من انصار ولو شفى عليه السلام في الفاسق لكان ناصرا له. ثالث قوله تعالى ولا تنفعها شفاعة يوم لا تجزي نفس عن النفس شيئا فما تنفعهم شفاعة الشافعين والجواب عن هذه الايات آآ كلها انها مختصة بالكفار جمعا بين الادلة. نعم داك الزمان ما كان هاد البحث الأصولي الجميل واضحا وبينا التفكيك بين بين الارادة التفهيمية والارادة الجدية. فهذا يركز فقط على الارادة التفهيمية. العلامة الحلي يركز على الارادة الدينية نعم نعم هذا بحث جدا مهم قدي المهم العموم والتخصيص الارادة التفهيمية والارادة الجدية نعم النص سياق وليس جملا فمو هذه جيدا لا الفاظ ولا جمل سياق فالمعنى يجب ان يكون في السياق وهذا هو المراد الجدي هذا هو المراد الجدي المعنى الجدي لا نحرزه في المجهود التصوري ولا في المجهود التنفيذي بالمدلول الجدي فقط والمدلول المدلول جدي سياقي يعني يجب ان تنظر الى كل العبارة وتبحث عن المعنى الجدي ولا تركز فقط على المدلول التفييمي نعم بذول التفهيم ارضية جميلة لمن لفهم المراد الجدي. اذا المراد الجدي من هذه الايات التي استدل بها الواعدية</w:t>
      </w:r>
    </w:p>
    <w:p>
      <w:r>
        <w:t>اه ليس هذا ليس ما في المراد التفهيمي نعم والجواب عن هذه الايات كلها انها مختصة بالكفار جمعا بين الادلة يعني اشارة الى المدلول الجدي الرابع. قوله تعالى ولا يشفعون الا لمن ارتضى نفي شفاعة الملائكة عن غير المرتضى لله تعالى والفاسق غير مرتضى. والجواب لا نسلم انا الفاسق المرتضى. من قال من قال ان الفاسق غير مرتفع لعله فعل خير في حياته يملأ الوجود نورا واخطأ نعم وهذا ادب ادب اخلاقي ديني رائعا جدا اذا رأينا فاسقا لا يعني ان هذا نحكم عليه آآ بجهنم والجواب لا نسلم ان الفاسق اه غير مرتضى مرتضى بل هو مرتضى لله تعالى في ايمانه. انظر الملاك الواقعي ما هو ايمان رحمة الله عليك يا العلم من اهلك قال وقيل في اسقاط المضار والحق صدق الشفاعة فيها نعم وثبوت الثاني له صلى الله عليه واله بقوله ادخرت شفاعتي لاهل الكبائر من امتي نعم هذا المبنى يقول للشفاعة نعم اقبلها الا في المظار المظار تخرج تخصيصا وليستا تخصصا. او تقول تخصصا وليس تخصيصا اقول هذا هو المذهب الثاني الذي حكيناه اولا وهو ان الشفاعة في اسقاط المدار ثم بين المصنف رحمه الله انها تطلق على المعنيين معا. نعم. اسقاط المضار وكذلك خلوص الفاسق منا من من اه من العقاب. نعم ثم بين المصنف رحمه الله انها تطلق على المعنيين كما يقال شفاعة فلان وفي فلان اذا طلبه له زيت منافع او اسقاط مضار وذلك متعارف عند العقلاء ثم بين ان الشفاعة بالمعنى الثاني اعني اسقاط النظر ثابت للنبي صلى الله عليه واله ادخرت شفاعتي لاهل الكبائر من امتي وذلك حديث مشهور نعم ادخرت شفاعتي لاهل الكبائر من امتي من امتي يعني من المؤمنين لو عنده ايمان على الاقل لان الايمان الصوري انه يشهد ان لا اله الا الله وان محمدا رسول الله. نعم المسألة الحادي عشر في وجوب التوبة نعم هذه من الألطاف الإلهية الكبيرة  على الانسان لأن الإنسان سياقي الإنسان سياقي تهبط منها جميعا بعضكم لبعض عدو. فيه عداوة مع الشيطان مع ابليس مع الأباليسة فإما يأتينكم مني هدى. اذا الهداية جاءت لماذا? لانه اه احتمال السقوط واحتمال المعصية فمن تبع هداي لا يضل ولا يشقى نعم والتوبة واجبة لدفع الظرر ولوجوب الندم يعني الندم هنا يأتي بالأدلة لدفع الضرر ولوجوب الندم على كل قبيح او اخلال بواجب ذكرا دليلين. اقول التوبة هي الندم على المعصية لكونه معصية والعزم على ترك المعاودة يعني لا يعود الى المعصية في المستقبل لان ترك العزم يكشف عن نفي الندم. نعم والذي ترك العزم ونوى ان يعود الى المعصية هذا ينفي الندم يعني ليس نادما وهي واجبة. هنا الوجوب الوجوب القيمي اه وجوب التشريعي للقيمنة وهي واجبة بالاجماع ما يحتاج الاجماع نعم ما يحتاج الى الاجماع. الاجماع فقط كاشف على ماذا? على الملاك الواقعي نعم يعني انت خلقت للنظم القيمي اذا خرجت عن النظم القيمي فانت خرجت عن طبيعتك الفطراوية فيتعين عليك الرجوع هذا يتعين يعني وجوب نعم وهي واجبة بالاجماع قلت الاجماع هنا لا ينفع انما هو كاشف فقط على الملاك الواقعي. انك خرجت عن العدل الالهي عن دائرة القيم الالهية التي هي آآ تعين الله تعالى بها لفطرتك حتى تتكلم  اذا انت اذا خرجت عن دائرة القيم ظلمت نفسك. نعم. فيجب ان تعود فهذا الوجوب وجوب قيمي تشريعي نعم لكن اختلفوا فذهبت جماعة من المعتزلة الى انها تجب من الكبائر المعلوم المعلوم كونها كبائر او المظلوم فيها ذلك ولا يجب من الصغائر المعلوم منها انها صغائر نعم وقال اخرون انها لا تجب من ذنوب تاب عنها من قبل وقال اخرون انها تجب من كل صغير وكبير من المعاصي او بالاخلاء بالواجب سواء تابعنا قبل ام لم يتب وقد استدل المصنف على وجوبها بامرين. الاول انها دافعة للضرر. نعم طوبى يعني انت دخلت في القيم يعني خرجت من دائرة الظلام الظرر يعني الشر ام هذا هو نعم هذا هو الملاك الواقعي. الملاك الواقعي انت اذا خرجت عن القيم انت في الظرر يعني في الظلال والظلام اذن دافع لهذا الضرر تعود الى ماذا? دائرة القيم. يجب ان نفهم المسألة هكذا نعم انها دافعة للظرر للظرر. ما معنى التوبة? يعني دخول الى دائرة القيم الالهية والالتزام بهذه القيم الالهية وعدم الرجوع الى الظلام نعم الذي هو العقاب او الخوف منه ودفع الظرر واجب نعم صغرى كبرى نتيجة. الثاني انا نعلم قطعا انا نعلم قطعا ووجوب الندم على فعل القبيح او الاخاء بالوجب. بالواجب. اذا عرفت هذا فنقول انها تجب على كل ذنب ذنب صغيرة كبيرة حتى صغير المحقرة ولهذا الرسول صلى الله عليه واله وهو متن الصراط المستقيم كان يستغفر اكثر من ثلاثة وسبعين مرة في اليوم. هل هو اذنب? لا حتى يعلمنا على هذا الخلق الرائع الاستغفار في كل ان في كل ان اللهم انا نستغفرك من كل ذنب يا رب صدر عنا جهالة او تعمدا او غطرسة. انها تجب عن كل ذنب لانها اه تجب من المعصية لكونها معصية. نعم. يعني المعصية بما هي معصية ظلام شر قبح ومن الاخلال بواجب الاخلال بالواجب هو المعصية كذلك معصية كبيرة لكونه كذلك يعني لكون الاخلال بالواجب معصية. وهذا عام في كل ذنب وفي كل اخلال بواجب. نعم هذه هي التوبة شيء جميل جدا فهي واجبة في دائرة القيم قال ويندم على القبيح لقبحه والا انتفى انتفت. نعم انتفت التوبة وخوف النار وان كان اه الغاية فكذلك وكذا الاقلال نعم التوبة مشروطة الندم نعم ويندم على القبيح لقبحه المؤمن الحقيقي يبقى هذا الذنب وهذا القبيح يلازمه في مخياله الى وفاته. المؤمن الصحيح المؤمن الحقيقي داعما يتذكر هذا الذنب وهذا جميل فيه جميل فيه وهذا موجب للغفران اما ذاك الإنسان الذي يذنب ولا يعتقد ولا يكترث هذه كارثة نعم هذه كارثة في اية قرآنية لا استحضرها استفدتها من احد العلماء جميلة جدا يقول الانسان اذا اذنب وهو واع تمام الوعي لان الله تعالى يبصره ويشاهده ويراه يقول الله تعالى يغفر لان قلبه مع الله تعالى حتى في الذنب قلبه مع الله تعالى اما ذاك الذي يذنب ومتغطرس ولا عندو علاقة لا بالقيم ولا بالله تعالى. هنا المصيبة نعم اقول يجب على على التائب ان يندم على القبيح لقبحه لقبح القبيح وان يعزم على ترك المعاودة اليه لا يعود اذ لولا ذلك يعني ذلك يعني الندم وعدم المعاودة انتفت التوبة يعني هوية التوبة قائمة الندم وعدم الرجوع كم يتوب عن المعصية حفظا لي آآ لسلامة بدني او عرضي بحيث ينثلم عند الناس نعم فان مثل هذا لا يعد توبا لانتفاء الندم فيه يعني حالة اجتماعية فقط حالة اجتماعية يعني حالة اجتماعية</w:t>
      </w:r>
    </w:p>
    <w:p>
      <w:r>
        <w:t>يا كثير من بناتنا يتحجبن لاجل القبيلة والمجتمع ليس عقيدة في قلبها وبالتالي بمجرد ان تجد فرصة تسمح لها بتبرج وتبرج مع الأسف الشديد نعم واما التائب خوفا من النار فان كان الخوف من النار هو الغاية في توبته بمعنى انه لولاخوه في النار لم يتب فكذلك هذا يبزنس اي لا يصح منه التوبة لانها ليست توبة من عن القبيح لقبحه. خوف من النار انظر هذه الملاكات الواقعية سبحان الله كلام جدا جميل من العلامة الحلي يا ليت هي العلامة سجلت هذه النكت في كتاب وسميته القيم الالهية. والله كنا نستفيد كثيرا من علمك الكبير نعم انظر هذه النقطة يعني الانسان الذي يعبد الله تعالى خوفا من النار فيبتعد عن المعاصي ليس لانها معاصي وانما لانه يخاف المال. لا الإنسان المبنى الصحيح هو المعصية هي نار المعصية هي مارون نعم فجرى مجرى طالب السلامة البدن يعني مثله مثل من يريد السلامة البدن وان لم يكن هو الغاية بان يندم عليه لانه قبيح وفيه عقاب النار. ولولا القبح لما ندم عليه وان كان فيه خوف النار صحت توبته نعم من يتوب ويجمع بين الأمرين لا بأس. يعني انا ارى هذا قبيح اتوب عليه. ويترتب عليه النار. مثل الطاء المطيع كذلك المطيع يرى الصلاة خير في ذاتها ويأمل الجنة لا بأس عند الله يقبل هذا الله يقبل هذا نحن لسنا كامير المؤمنين يعبد الله تعالى لان الله تعالى يستحق العبادة. نعم اغلبية الناس يريدون الجنة اما اذا سألته لماذا تصلي? يقول الصلاة في حد ذاتها خير نعم. اما الذي قال انا اصلي لاجل الجنة هذا بزنس بعد وكذا الاخلال بالواجب ان ندم ندم عليه لانه خلال بواجب وعزم على فعل الواجب في المستقبل لاجل كونه اقرار بواجب فهي توبة صحيحة وان كان خوفا من النار او من فوات الجنة فان كان هو الغاية لم تصح توبة. والا كانت صحيحة. يعني اذا لم يتب لاجل الجنة وخوفا من النار فتوبته صحيحة. ولهذا ان المسيء لو اعتذر الى المظلوم لا لاجل تأتيه بل لخوفه من عقوبة السلطان لم يقبل العقلاء عذره. نعم. كلام جدا فاقر من اه العلامة الحلي هذا هو جمال التراث جمال التراث فيه درر ويحتاج الى عقول تستخرج هذه الدولار وتحيثها توسعها بحثا تحريم وتركيبا يأتي الايبتكار ياتي الابتكار ذكر في دروسه اه الأصول دروس الأصولية مسألة الإعتبار هو الذي اثار هذه المسألة فجاء السيد العلامة لهذا المبنى وسعه عمقه اسسه. صار ينسب العلامة صاحب الميزان الشريف. والان دراسات كثيرة عن هذا الاعتبار. نعم كثيرة جدا منهم من يؤيده مطلقا ومنهم من ينسفه نسفا مطلقا. نعم. وادخلوه بالإلزامات الأخلاقية والعقلية يعني دخل في فلسفة الاخلاق بعضهم ادخله في الظاهراتية وبدأ يفسر يفسر الوجود على اساس الاعتبار نعم يقول نحن ما عندنا علاقة مع الواقعية كيف ندخل هذه الواقعيات حتى تصير تمس حياتنا فبدون الاعتبار لا يمكن الا بالايه? في بار بدون اعتبار لا يمكن نعم قال فلا تصح من البعض ولا يتم القياس على الواجب. ان شاء الله في الحصة القادمة نكمل هذا البحث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