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تقريبا وصلنا الى نهاية الكتاب. بقيت بعض بقية بعض الأمور تتصل بالذنوب والتوبة ثم ان شاء الله اتفقنا مع صاحب المؤسسة ان ندخل في الفصول الناصيرية كتاب للمحقق التونسي نفيس جدا وهو صغير واتفقنا على ان ندرس هذا الكتاب بطريقة جديدة ما هي ان نربي الاستاذ في العقيدة من خلال تدريس هذا الكتاب فالطالب العزيز وهو يسمع الدرس او يرى الدرس يرى الأستاذ من خلال الدرس يتعلم ادوات التدريس. يعني كيف يتعامل مع المتن وكيف يصل الى المراد الجدي وما هي الادوات التي يوظفها اليات في المنهجية اليات منطقية اليات دلالية اي اليات تداولية كما ان شاء الله ياتي بالتفصيل في تدريس هذا المتن الجميل. فاوصي الطلاب ان يسمعون او يشاهدون هذا الدرس الفصول المصيرية قال فلا تصح من البعض ولا يتم القياس على الواجب الان المحقق التونسي بين الملاك. الملاك ما هو؟ ان نندم على فعل قبيح لانه قبيح وبالتالي لا معنى ان نتوب من قبيح دون قبيح لان القبيح ما هي واحدة يجب ان نتوب مم من القبيح لانه قبيح. اذا لا نفكك ولا نبعظ بين الامور القبيحة نعم قال اختلف شيوخ المعتزلة فذهب ابو هاشم الى ان التوبة لا تصح من قبيح دون قبيح وذهب ابو علي الى جواز ذلك. والمصنف يعني المحقق التونسي استدل على مذهب ابي هاشم بان قد بينا انه يجب ان يندم على القبيح لقبحه. هذا هو الملاك الواقعي. اذا مهما كانت نوعية القبيح يجب التوبة لانه قبيح فلا نبعظ ولا نميز بين الامور القبيحة ولولا ذلك لم تكن مقبولة على ما تقدم لانه لم يتب من القبيح لانه قبيح والقبح حاصل في الجميع. يعني يسري الملاك واحد حاصل في الجميع كتب ان الملك ساري في جميع هذه الأمور القبيحة. فلو تاب من قبيح دون قبيح كشف عن ذلك اه وكشف ذلك عن كونه تائبا عنه لا لقبحه نعم فلا يكون تائبا في الحقيقة نعم واحتج ابو علي بانه لو لم تصح التوبة من عن قبيح دون قبيح لم يصح الاتيان بواجب دون واجب لا بلا مقايسة بين الامرين والتالي باطل فالمقدم مثله بيان الشرطية انه كان كما يجب عليه ترك القبيح لقبحه كذا يجب عليه فعل الواجب لوجوبه هذه القاعدة صحيحة يعني نحن آآ نلتزم بالواجب لانه فيه ملاك خيري واقعي ونبتعد عن القبيح لانه في ملاك شري واقعي. نعم لكن المقايسة بين اه التوبة على القبيح واتيان الواجب لوجوبه هذا غير صحيح. نعم هنا مقايسة مع الفارق فلازم من اشتراك القبائح في القبح عدم صحة التوبة من بعض القبائح دون بعض اللازمة من اشتراك الواجبات في الوجوب عدم صحة الاتيان بواجب دون اخر واما بطلان التالي فبالاجماع اذ لا خلاف في صحة صلاة من اخل بالصوم واجاب ابو هاشم بالفرق بين ترك القبيح لقبحه وفعل الواجب لوجوبه بالتعميم في الاول دون الثاني. نعم لا مقايسة بين الامرين. القبيح مطلقا مطلقا يجب تركه اما لا فانا اؤدي الصلاة مبتلي سامحني الله لا اصوم فصلاتك انت صحيحة مبرئة للذمة وان كنت لم تصم. اذا لا مقايسة بين القبيح وبين الوجه. نعم اذ لا خلاف في صحة صلاة من اخل بالصوم. واجاب ابو هاشم بالفرق بين ترك القبيح لقبحه وفعل الواجب لوجوبه بالتعميم. التعميم في القبح وليس في الواجب يعني في الاول في القبح دون الثاني بواجب فان من قال لا اكل الرمان لحموضتها فانه لا يقدم على اكل كل حامض لاتحاد الجهة في المنع نعم الملاك هو الحموضة عنب حامض كذلك لا يأكل لا اكل الرمان لحموضاتها لم لم تعليليها. يعني لماذا لا تاكل الرمانة لاجل الحموضة لام تعليلية يعني ملاك تركي اكل الرمانة يجي الحموضة. اذا وجدنا الحموضة في العنب لا يأكله نعم قال لا اكل الرمان لحموضتها فانه لا لا يقدم على اكل كل حامض. لماذا? لاتحاد الجهة في المنع يعني اتحاد البلاد وهو الحموضة في العنب في في اي فاكهة كانت ولو اكل الرمان لحموضتها لم يلزم ان يتناول كل رمانة حامضة. فافترقنا واليه اشار المصنف رحمه الله بقوله ولا يتم القياس على الواجب اي لا يتم قياس ترك القبيح لقبحه على فعل الواجب لوجوبه. نعم الإنسان يصوم عندنا كثير في الجزائر. الصيام عندهم مقدس بعد ما يتم يصوم ويصلي بعدما يتم الصيام يعني بعد العيد اه عيد الفطر بيترك الصلاة يعني صيامه غير مقبول عند الله تعالى? لا نعم قال ولو اعتقد فيه الحسنى صحت اقول قد تصح التوبة من قبيح دون قبيح اذا اعتقد التائب في بعض القبائح انها حسنة وتاب عما يعتقده قبيحا نعم يعني هذا اشتباه في المصداق اشتباه في اشتباه في المصداق كان يعتقد ان هذا القبيح حسن بينا انه قبيح وتاب. نعم هذا صحيح وتاب عن ما يعتقد قبيحا وكان يعتقد ان هذا قبيح ثم اه تابع عنه هنا الفارق طارق بن انسان يعصي الله تعالى بقبيح وهو يعتقد انه حسن والانسان يعصي الله تعالى بقبيح وهو يعتقد انه قبيح. لا فرق كبير بين الاول و الثاني فانه يقبل توبته لحصول الشرط فيه هو وان آآ ندموا على القبيح لقبحه. ولهذا اذا تاب الخارج عن الزنا لانه يقبل آآ تقبل توبته. وان كان اعتقاده قبيحا نعم اعتقاد الخارجي قبيحا. لانه كان لا يعتقد كذلك سيصدق في حقه انه تابع عن القبيح لقبحه. نعم هذه الامور آآ شهودية في تصوري انا نعم قال وكذا المستحقر المستحقر يعني الانسان الانسان عصى معصية كبيرة جدا قتل المؤمن عمدا وآآ اه هذا القتل طعني في حادث سيارة اه هذا حادث عمدي فمات هذا المؤمن وتاب هل يجب ان يعوض له السيارة مهما كانت العقلاء لا ينظرون الى هذا الامر لا ينظرون نعم هذا من حقه عائلته تطالبه بهذا الحق لكن العقلاء اذا رأوه تاب يعني يقولون هذا يقبل من الله تعالى هل بالضرورة انه يرد هذه السيارة اذا كانت في ذهن العرف مستحقرة امام هذا الذنب الكبير نعم اما لا كما قال هنا في المثل حين قتله انكسر قلم من اقلامه بعدها لا يلتفت اليه اقول اذا كان هناك فعلاان احدهما عظيم القبح والاخر صغيره وهو مستحقر بالنسبة اليه يعني كما بينت لكم يقتل انسان مؤمن عمدا وانكسرت ساعته مثلا. حتى لا يكون معتدا به ويكون وجوده بالنسبة الى العظيم كالقتل كعدمه. يعني ما القيمة السعة اذا خربت واتكسرت امام قتل النفس المحترمة ويكون وجوده يعني وجود الساعة بالنسبة الى العظيم يعني القاتل كعدمه</w:t>
      </w:r>
    </w:p>
    <w:p>
      <w:r>
        <w:t>لا شيء حتى تاب فاعل القبيح من العظيم. تاب من هذا القتل فانه تقبل توبته. نعم. ولا يلتفت الى هذه الساعة نعم مثال ذلك ان الانسان اذا قتل ولد غيره وكسر له قلما ثم تاب واظهر الندم على قتل الولد دون كسر القلم فانه تقبل توبته. ولا يعتد العقلاء بكسر القلم. نعم وان كان لابد من ان يندم على جميع اساءتي نعم. وكما ان كسر القلم حلقة الواد لا يعد اساءة فكذا الندم. نعم. يعني لا يندم على كسر الساعة او القلم. هذه امور اه ترجع الى العقلاء. ترجع الى العقلاء. بعض الحضارات لا بعض الحارات حضارات يحاسبك حتى على القلم يعني بعض الثقافات يحاسبك حتى على هذا القانون لكن السيرة العقلائية الانسانية لا لا تلتفت الى هذه الامور. قال والتحقيق يدخل في بحث هذه الامور بعمق والتحقيق ان ترجيح الداعي الى ان ندم عن بعض يعني البعض يبعث عليه وان اشترك الداعي في الندم على القبيح. يعني القبيح بما هو قبيح يجب ان يتركه الانسان. هذا هو الداعي نعم في الدواء الى الفعل ولو اشترك الترجيح اشترك وقوع الندم به ويتأول كلام امير المؤمنين عليه السلام واولاده عليه السلام والا لزم الحكم ببقاء الكفر على التائب منه المقيم على صغره. يعني يشير الى كلام الامام علي عليه السلام كما سيأتي على لسان العلامة الحل اه اذا جاء بالرواية نعم. اقول لما شرع في تقرير كلام ابي هاشم. ذكر التحقيق في هذا المقام. يعني هل التوبة مطلقا من جميع القبيح لانه قبيح او لا? نتوب من قبيح دون  قبيح قاعدة كلية وتقريره اننا نقول الحق انه تجوز التوبة من قبيح دون قبيح هذا كلام من على من حلي والمحقق الطوسي لان الافعال تقع بحسب الدواعي وتنتفي بحسب الصوارف. فاذا ترجح الداعي وقع الفعل. بينت لكم انا من قبل قلت لكم متى يكون الفعل قبيحا? هل في دائرة هوية الفعل ام في دائرة القيم قلت لكم ليس الفعل هو الذي آآ يساعدنا على وضعه في في القبح او الحزن. لا القيم يعني الداعي النية الغاية صحة الفعل هوية الفعل. المجموع يعني هادي تسمى المثالية الأخلاقية او سميها نتا المثالية التشريعية. اذا الفعل كان متناغما مع المثالية الأخلاقية او المثالية التشريعية ليصدق عليه انه حسن او انه قبيح المحقق التونسي يوظف هذه القاعدة لتبيين ماذا? انه يجوز التوبة من قبيح بدون قبيح لماذا? لان ننسى الفعل هو الملاك وانما هو المثالية الالهية. يعني يدخل مدخل الداعي يدخل الغاية الفعل في حد ذاته نعم نعم اذا عرفت هذا فنقول يجوز ان يرد يرجح فاعل القباح آآ يرجح فاعل القبح دواعيه الى الندم على بعض القبائل دون بعض وان كانت القبائح مشتركة في ان الداعي يدعو الى الندم عليها. وذلك بان تقترن بعض القبائح قرائن زائدة. هذه القرائن الزائدة التي بينتها لكم. المثالية الاخلاقية او المثالية الشرعية كعظم الذنب او كثرة الزواجر. كثرة الزواجر عن الغايات عظم الذنب يعني له اه رذيلة كبيرة جدا نعم عنه او الشنا عند العقلاء عند فعله يعني الحالات الحالات الاجتماعية ولا تقترن هذه القرائن ببعض القبائح فلا يندم عليها. يعني هذه الامور في بعض القبائح لا تكون نعم لا تكون وهذا في دواعي الفعل فان الافعال الكثيرة قد تشترك في الدواعي ثم يؤثر صاحب يؤثر صاحب الدواعي اه بعض تلك الفعلة على بعض بان يترجح دواعيه الى ذلك الفعل بما يقترن به من زيادة الدواعي بيئة اجتماعية تراعيه الغاية عظم الذنب وعظم الذنب وو فلا استبعاد في كوني قبح الفعل داعيا الى الندم. ثم تقترن بعض القباح زيادة الدواء الى الندم عليه. فيترجح لاجلها لاجل الداعي الى الندم على ذلك البعض ولو اشتركت القبائح في قوة الدواعش تركت في وقوع الندم. ولا يصح الندم على البعض دون الاخر. يقول الاعلام الحلي هنا بيان لمبنى المحقق التونسي انت عندك فعل الف وفعل الباء تساوى في المثالية الالهية. هنا الترجيح لا يمكن تساوى في المثالية الالهية. يعني ذنب عظيم. ذنب عظيم الداعي يعني الله تعالى يراقب هذا الفعل في حد ذاته قبيح الدواعي البيئة الاجتماعية الغايات الاجتماعية من القبيح. قد يترجح الف على باء او يترجح بعد الف نعم. اما اذا تساوت هذه الامور هنا الترجيح بلا مرجح يدخل يعني مبنى ابي هاشم صحيح اما اذا تختلفت نعم وان كان هذا الفعل قبيحا وهذا الفعل قبيحا. اما المثالية التي ينوجد فيها الفعل تختلف عن المثالية الثانية فيمكن ترجيح قبيح على قبيح. يعني انا اندم على هذا القبيح ولا اندم على هذا القضية وعلى هذا ينبغي ان يحمل كلام امير المؤمنين عليه السلام علي ابن ابي طالب عليه السلام وكلام اولاده كالرضا وغيرهم عليهم السلام حيث نقل اه عنهم نفس تصحيح التوبة عن بعض القبائح دون بعض نعم اه الى تساوت يعني نفهم هذه الكلمات النورانية من الأئمة اذا تساوت القبائح في المثالية التشريعية والأخلاقية. هناك الترجيح لا يكون اما اذا تفاوت في المثالية الاخلاقية لا ابدا نعم  تخيل انسان اذنبا في دائرة ظيقة وانسان اذنب في حق امة بحق امة هذا الذنب ظر بالامة فهذا الانسان يتوب من هذا الذنب او هذا هذا الذنب هنا يترجح هذا يترجح في المثالية الاخلاقية. هذا الذنب هذا القبيح في حق الامة اوسع بكثير له يعني قرائن متعددة على ترجيحه. يعني انا اتوب من هذا الامر هذا الذنب الصغير يعني تأخرت صلاتي مثلا صليت العصر بعد المغرب ذنبه قبيح لكن هذا في حق الامة ممكن الامة تتخلف ميات سنة لاجل هذا الذنب. سيتوبوا من هذا القبيح. نعم لا يجب ان نفهم كلام الائمة في هذا السياق في داخل المثالية الاخلاقية او المثالية التشريعية من اعظم هذا القبيح ام هذا القبيح? تقول هذا القبيح ذاك في المثالية الاخلاقية قبحه ظيق فيترجح القبيح الكبير. نعم لانه لولا ذلك لزم خرق الاجماع الاجماع هنا لا قيمة له والتالي باطل فالمقدم مثله. بيان الملازمة ان الكافر اذا تاب عن كفره واسلم وهو مقيم على الكذب. اما ان يحكم باسلامه تقبل توبته على الكفر اولى والثاني خرق الاجماع لاتفاق المسلمين على اجراء احكام المسلمين عليه. والاول هو المطلوب وقد التزم ابو هاشم استحقاقه عقاب الكفر وعدم قبول توبته واسلامه لكن يمنع اطلاق الاسم عليه. نعم و ابو هاشم هذا مبناه. نعم اه صحيح هذا جدا امر جيد يعني هذا اه ترك الكوفر واسلم لكن بقى يكذب ناس بعظهم عندهم ابتلاءات حتى بعد بعد الاسلام تنسلخ الماليي الاخلاقيات البائسة نعم اذن الملاك ما هو? المثالية الاخلاقية او المثالية التشريعية. اذا قلنا المثال الاخلاقي المثالية الاخلاقية تدخل تحتها المثالية التشريعية لان التشريعات الطاف تحت الاخلاقيات المسألة الثانية عشر في اقسام التوبة هنا بحث في القسمة</w:t>
      </w:r>
    </w:p>
    <w:p>
      <w:r>
        <w:t>اه عندي دروس في الواتساب اللي طلاب الجزائر اه طلاب في الجامعة ما عندهم معرفة بالمنطق كما يدرس في الحوزة نعم الدراسة المنطقية في الحوزة عميقة جدا عميقة جدا يبدأون بشرح السلم هذا السلم نظم شعري لعالم من علماء الجزائر الاخضري هو شارح هذا المتن وشروح متعددة انا درست السلم كنظمة في ستة وثلاثين جلسة لطالب واحد بعد يترقى الطالب من هذا المتن الى شرح الشمسية ثم يروح اما الى جوهر النظيد العلامة الحلي شرح لجوهر تجريد العلامة للمحقق التونسي او لشرح الاشارات للمحقق التونسي وكلاهما عميق. انا درست شرح التجريد للعلامة لطالب واحد من لندن. من بدايته الى نهايته. حتى الشعر الخطاب نعم والجدل كتاب فيه كنوز من المعارف وكذلك درس الاشارات لكن انا ارجح شرح الاشارات لماذا? منطق الاشارات لما فيها المحقق التونسي وابن سينا والفخر الرازي والقطب الرازي سجال معرفي عميق جدا اه في المنطق ثم المتن الرابع هو برهان الشفا فيخرج الطالب عميقا في بحثه فالجامعيون هناك لا يفقهون هذا المنطق ابدا ولا يسمعون به اه عملت لهم دورة سهلة بسيطة كل درس في الواتساب عشر دقائق طناش دقيقة. هذا مهم جدا. مهم جدا اه المنطق. وصلت الى القسمة القسمة هي ان تأتي بمعنى عام ثم تفرزه الى اقسامه الى اجزائه او جزئيته بملاك عقلي ملاك القسمة ثم تفرز الاقسام اذا كنت انت في القسمة المنطقية يعني الكلي والجزئي فالكل يسري في اجزائه يعني القسم هو المقصد بقيد فيأتي الحمل تحمل المقسم على القسم او القسم على المقسم لا فرق تقول اه الانسان حيوان صحيح لأن الحيوان احد اقسام الإنسان احد اقسام الحيوان تقول انسان حيوان صحيح. الحيوان انسان صحيح اذا جئت بالسور الجزئي بعض الحيوان انسان لان المقصد يسري في جميع الاقسام. الانسان ما هو حيوان ناطق. اذا سالت فيه الحيوانية بقيد الناطقية. وسارت في الاسد بقيد المفترس او الشجاع وهكذا في القسمة الطبيعية لا القسمة الطبيعية نقسم الامور الموجودة طبيعية الى اجزاء وليس الى جزئي فلا يصح حمل الكل على الجوز ولا على الجزء على الكل. لا يمكن ان تقول انسان بدن الانسان ليس بدنا الانسان بدن وروح ولا يمكن ان تقول الانسان روح اذا قسمت بالقسمة الطبيعية. اذا القسمة الية منطقية تأتي بمعنى عام تضع ملاك القسمة لماذا ملاك القسمة حتى لا تتداخل الاسماء تقول الانسان على اساس الجنس اما امرأة واما رجل واما عالم معنى لهذا الكلام ان ميلاد ضابط قسمين الجنس ما دخل العالم هنا. اذا قلت الانسان على اساس الكاشف او عدم الكاشفية عالم جاهل امرأة. كذلك خطأ اذن ملاك القسمة هي فلسفة القسمة حتى يتجلى المقصد في اقسامه التي تسالخه نعم تسانخه نعم فالقسمة الية مهمة جدا في الحقل المنطقي وبالتالي في الحقل في الحقل العلمي في اي علم كان والمنطقة بالحمل الاولي يعني لا ضرسة في مجال التطبيقات والعلوم تدخل في التطبيقات. لا تدرسوا قسم بالحمل الاولي. هذا بحث منطقي. نعم هنا في القسمة. المسألة الثانية في اقسام التوبة. يعني التوبة عنوان عام. اما نقسمها القسمة المنطقية او بالقسمة المنتشرة او الطبيعية قال والذنب ان كان في حقه تعالى من فعل قبيح نعم يعني الذنب الناتج من ذنب من فعل قبيح والذنب من فعل قبيح ان كان في حقه تعالى كففه آآ الندم والعزم يعني العزم على عدم الرجوع الى الذنب وفي الاخلاء بالواجب اختلف حكمه من بقائه وقضائه وعدمه. نعم الاخلال بالواجب يجب القضاء. نعم وان كان في حقي ادمي يعني ليس في حق الله استتبع ايصاله ان كان ظالما او العزم عليه مع المتعذر يعني ترد الحق للادمي الذي ظلمته واذا تعذر رد الحق اه يعني تعزم نية موجودة او الارشاد ان كان اظلالا يعني انت كنت شيوعيا فاخدت امة الى الى الظلال فما هي توبتك انك ترشد هاد الناس الى الخير والصلاح وان كان وليس ذلك اه اه اجزاء او اجزاء يقولون ان شاء الله نكمل في الحصة القادمة لأنه انتهى الوقت احكي لكم قصة جميلة جدا تمس العراق وسوريا العراق كانت بعثية والحمد لله تخلصنا منها. سوريا اه بعثية وبعض منهم لا زال يؤمن بالبحث اه ميشيل عفلق هو الذي ارجع سوريا البعثية والعراق بعثية. عراق عراق العفلقيين كما يقول صدام وجامعته دخل على البابا في عرف البابا هناك في روما في الفاتيكان اذا دخلت على البابا يجب ان تقبل يده فالبابا مد يد يده الى ميشيل عفلق ميشيل عراق مسيحي ميشال فمشى العفو يخاطب البابا يقول انا اقبل لك يدك. انت تقبلي يدي فالبابا تعجب تعجب من هذه الكلمة لم? قال انا اخرجت ملتين من دينهما سوريا والعراق وانت هذه مؤسستك الفارتيكال لا يمكن ان تفعل هذا الفعل انى لها ذلك انت تقبل لي يدي وانا لست انا الذي اقبل يدك. انظر كيف يفكرون وانظر الاغبياء من المسلمين الذين يصلون ويصومون ويحجونهما بعثيون آآ خبثاء ملايين ان شاء الله البقية تأتي والسلام عليكم ورحمة الله وبركاته  آل محمد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