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لوازم التوبة وتبعات التوبة. المسألة الثالثة عشر في باقي المباحث المتعلقة بالتون قال والعقاب يسقط بها يعني بالتوبة لا بكثرة ثوابها يعني فيه مبنى يقول ان التوبة لان لها ثواب كبير تزيح العقاب لانها قد تقع محبطة ولولاه لا يبقى الفرق بين التقدم والتأخر يعني لولا هذا المبنى لا فرق بين التأخر والتقدم. هذا التأخر والتقدم يعني تقدم التوبة على المعصية. وتأخر التوبة على المعصية. انا اظن اظن ان المسألة فرضية لا معنى للتوبة قبل المعصية. فرضية فقط لايصال المسألة الى التناقض اه ولا اختصاص نعم ولا اه تقبل في الاخرة لانتفاء الشرط. اقول اختلف الناس هنا فقال قوم ان التوبة تسقط العقاب بذاتها لا معنى انها لذاتها على لا على معنى ان لذاتها تؤثر في اسقاط العقاب بل على معنى انها اذا وقعت على شروطها والصفة التي بها تؤثر في اسقاط العقاب اسقطت العقاب من غير اعتبار زائد. يعني التوبة هي هي ما تقولي ان ثوابها كبير نعم وقال اخرون المبنى الثاني انها تسقط العقاب لكثرة ثوابها. يعني لنورانيتها ازاحت العقاب لان التائب يعود الى النورانية نعم وقال اخرون وانها يعني التوبة تسقط العقاب لكثرة ثوابها يعني نورانية كبيرة فتبيدوا ظلام المعصية واستدل المصنف رحمه الله يعني المحققة التونسي على الاول يعني ليس باعتبار الثواب الكثير نعم بوجوه الاول ان التوبة قد تقع محبطة بغير ثواب نعم تحبط العقاب ولكن ما فيها ثواب. هذا نقض على ماذا نقض على اه على مبنى من يقول بان التوبة لكثرة ثوابها انتم درستم في في المنطق من الاقيس اه قياس المقابلة كيف? هو يأتي بدليل على المطلب سين وانت تأتي بدليل اخر على بطلان الصين هذا يسمى اه اه قياس المقابلة ويوظف كثيرا في اه النقض النقض على الاخرين. هنا المحقق التونسي طبق هذا القياس قياس المقابلة نعم قال الخارجي زنا وتاب العقاب سقط واين الثواب? خارجي نعم كلاب اهل النار تقول اذا كان هكذا الامر لماذا هو مسلم? المسلم على الظهر داخل في الملة الإسلامية على الظهر كانوا يدخلون المساجد ويصلون ويقرأون القرآن والامير سلام الله عليهم لم لم يحاربهم لانها في الظهر انهم مسلمون نعم يقول ان التوبة قد تقع محبطة يعني للعقاب بغير ثواب كتوبة الخارج من الزنا فانه يسقط بها يعني هذا الخارج يسقط بها بهذه التوبة عقابه من الزنا ولا ثواب لها لانصار الخارجي لا ثواب له هذا قياس المقابلة. الثاني انه لو اسقطت العقاب بكثرة ثوابها لم يبقى فرق بين تقدم التوبة على المعصية. وتأخر التوبة عن المعصية كغيرها من كغيرها من الطاعات التي تسقط العقاب كثرة في ثوابها. هذه فرضية لان لا معنى للتوبة قبل معصية يعني الثوبة صارت التوبة صارت كالفعل الحسن نعم ليس باعتبارها بعد المعصية صرنا بشرط مثل جميع الطاعات. صحيح كلام جدا دقيق ولهذا قال اه ولولاه يعني لولا هذا المبنى انها تسقط العقاب بدون ملحاظي كثرة الثواب لا يبقى الفرق بين التقدم والتأخر يعني تقدم التوبة على المعصية وتأخر عن المعصية. لماذا? لانها في حد ذاتها طاعة نعم. وبالتالي الطاعة لا يلاحظ فيها المعصية يعني انت اذا سلمت بنية القربى على مؤمن فهل هنا يجب ان تراعي المعصية? يعني هل هناك لي حاضر معصية? لا ابدا نعم ولو صح ذلك لكان التائب عن المعاصي اذا كفر او فسق اسقط عنه اسقط عنه العقاب نعم لماذا? لانه تاب الثالث لو اسقط العقاب لو اسقطت التوبة العقاب لعظم ثوابها لما اختص بها بعض الذنوب عن بعض فلم يمكن اسقاطها لما فيه لما هي توبة عنه باولى من غيره لان الثواب لا اختصاص له ببعض العقاب بعضنا اذا التوبة في هويتها لا تعني كثرة الثواب تعني ان الإنسان ينوي الإقلاع عن ماذا? عن ما هو قبيح. انتهى الأمر ويندم على هذا الفعل اما ان كثرة الثواب داخلة في هوية التوبة هذه الاشكالات كلها تلد نعم فيأتي عدم الاختصاص لماذا? لان هي ثواب في كل المراحل نعم ثالث لو اسقطت العقاب يعني لو اسقطت التوبة بوصفها ثواب ثواب كبيرا العقاب لعظم ثوابها هذا هو التعليل يعني بيان الملازمة لما اختص بها بعض الذنوب عن بعض نعم فلم يمكن اسقاطها لما هي توبة عنه باولى من غيره نعم لان الثواب لا اختصاص له ببعض العقاب دون عقاب نعم الثواب لا بشرط مفتوح. نعم. اذا التوبة ليس بلحاظ الثواب الكبير بلحظة ذي النية الطاهرة وعن الإقلاع عن عن الذنب والمعصية مع الندم اه تغير الحياة ثم ان المصنف رحمه الله اجاب عن اجاب عن حجة المخالف وتقريرها ان التوبة لو اسقطت العقاب لذاتها لاسقطته في حال المعاينة في الدار الاخرة نعم والجواب انها انما تؤثر في الاسقاط اذا وقعت على وجهها. يعني بشروطها وهي ان تقع ندما على القبيح هذا اولا لقبحه وفي الاخرة يقع الايلجاء فلا يكون الندم للقبيح نعم في الاخرة الانسان يرى الحق وبصرك اليوم حديد فكيف يتوب هناك? ما معنى للتوبة والاقلاع هناك? نعم المسألة الرابعة عشر في عذاب القبر والميزان والصراط هذه حكمة وحياة مطلقة. لا يمكن للحكمة الطبيعية للالهيات الطبيعية ان تخوض فيها ان هذه جزئيات فنحتاج الى الوحي الوحي هنا قد يكون متواترا تفيد اليقين. قد تكون مشهورة تفيد ذلك الظن الراجح الراجح يعني يحتمل الانسان انها موجودة احتمالا كبير جدا اذا كانت احاديث اه احاديث احاد فلا تفيدوا العلم تبقى معرفة دينية فقط وليست معرفة علمية في عذاب القبر والميزان والصراط قال وعذاب القبر واقع لامكانه لا يا محقق الطاوسي الإمكان لا يدل على الوقوع يدل على الإمكان اما الإمكان لا يدل على الوقوع نعم الله تعالى يمكن ان يوجد عذاب القبر والميزان والصراط نعم لكن الإمكان لا يدل على الوقوع. الوقوع يدل على الامكان. لا تعكسها. جزاك الله خير وعذاب القبر واقع لامكانه وتواتر السمع نعم تواتر السمع بوقوعه نعم اما الدليل الأول لا بشرط الامكان لا يدل على الوقوع. الوقوع يدل على الامكان اقول نقل عن ضرار انه انكر عذاب القبر والاجماع على خلافه اي اذا كان هو من الملة ضرار من الملة فكيف انعقد هذا الاجماع وقد استدل المصنف رحمه الله بامكانه عقلا فانه لا استبعاد في ان يعجل الله تعالى العقاب في دار التكليف على وجه يمتنع معه يمتنع يمتنع مع التكليف كما في قطع يد السارق كما قال تعالى فقطعوا ايديهما جزاء  وقال في قطاع الطريق ذلك لهم خزي في الدنيا وقال ونحن نتربص بكم ان يصيبكم الله بعذاب من من عنده</w:t>
      </w:r>
    </w:p>
    <w:p>
      <w:r>
        <w:t>نعم يعني فيه مصاديق عذاب فاذا في هذه المصادق تحققت في في دار الدنيا عذاب القبر من سنخها يعني ليس بمحال ويمكن ان يتحقق. نعم يمكن ان يتحقق. لكن ان كان ليس هو الدليل. الدليل هو السمع السمع المتواتر او المشهور وحكى تعالى في كتاب كتابه اهلاك الفرق الذين كفروا نعم به واذا كان ممكنا والله تعالى قادر على كل ممكن وقد اخبر الله تعالى بوقوع بوقوعه في قوله كيف تكفرون بالله وكنتم امواتا فاحياكم ثم يميتكم ثم يحييكم ثم اليه ترجعون. اذا ترجع الى السبع ما في الامكان نعم الامكان هنا يساعده على ماذا? اذا تحدث الله عن وقوع العقاب في القبر. العقل لا يستبعده هو لا يقول محالا. اما الامكان دليل الوقوع لا. هذا لا. لا لا يمكن ابدا فذكر الرجوع بعد احيائهن وانما يكون باحياء ثالث. وقال تعالى قالوا قالوا ربنا امتنا اثنتين وحييتنا اثنتين فاعترفنا بذنوبنا فذكر موتتين احداهما في الدنيا والاخرى في القبر. وذكر احيائهن احدهما في الدنيا والاخرى في القبر ولم يذكر الثالث لانه معلوم وقع فيه الكلام. وآآ فيه الكلام وغير الحي لا يتكلم. وقيل انما اخبر الاحيائين الذين عرفوا الله تعالى فيهما ضرورة. فاحدهما في القبر والاخر في الاخرة. ولهذا عقب بقوله فاعترف فاعترفنا بذنوبنا وقال تعالى في حق ال فرعون النار يعرضون عليها غدوا وعشيا ويوم ويوم تقوم الساعة وهذا نص في الباب نعم. اذا هذه الجزئيات ان عذاب القبر الميزان الصراط نشر الكتب وهذه الامور المذكورة في الروايات هذه كلها لا سبيل اليها الا بالحكمة الوحيانية الا بالالهيات يعني وقلت لكم هذا هو الميزان تواترت تفيد اليقين مشهورة كثيرا تفيد هذا الظن الراجح يعني احتمال وقوعها كبير جدا بالاحاد تبقى معرفة دينية العقل لا يقول انها لا تقع لانه ممكنة الا انها لا تفيد عقيدة راسخة يقينية قال وسائر السمعيات من الميزان والصراط والحساب وتطاير الكتب ممكن دل السمع على ثبوتها. ممكنة يعني العقل لا اه يرفضها ويستسيغها. والسمع يدل على تحققها. دل السمع على يعني تحققها فيجب التصديق بها. اذا اذا وصلت الى حد ماذا الإستفاضة اقول احوال القيامة من الميزان والصراط والحساب وتطاير الكتب امور ممكنة. يعني العقل يستسيغها ولا يرفضها وقد اخبر الله تعالى بوقوعها فيجب التصديق بها هذا التصديق تشكيكي تواتر استفاضة احد لكن اختلفوا في كيفية الميزان وهو كيفية الميزان هذا اذا لم يبينه الشرع لا ابو هاشم الجبائي ولا ابو علي الجبائي يفقه فيه. فقال شيوخ المعتزلة انه يوضع ميزان حقيقي له كفتان يوزن به آآ ما يتبين من حال المكلفين في ذلك الوقت لأهل الموقف ها يدخل في امور الغيب يدخل بوهمه في امور الغيب. والله انا لا ادري من اين? من اين جئت من من كيسك هذه اذا لم يبينها المعصوم انت كيف تعرف هذا الميزان من اي نوع هو اما بان يوضع كتاب الطاعات يوضع كتاب الطاعات في كفة الخير ويوضع كتاب المعاصي في كفة الشر ويجعل الرجحان اه اه احدهما دليلا على احدى الحالتين او بنحو من ذلك لورود الميزان سمعا والاصل في الكلام الحقيقة مع امكانها اي حقيقة حقيقة مادية ام حقيقة معنوية? الميزان هنا يعني العدالة انتهى الامر لكن نحو العدالة هنا غير نحو العدالة هناك وقال عباد وجماعة من البصريين واخرون من البغداديين يعني كله معتزلة. المراد بالموازين العدل دون الحقيقة. نعم هذا هو العدل عادي يعني دون الحقيقة الارضية واما الصراط فقد قيل ان في الاخرة طريقين احداهما الى الجنة يهدي الله تعالى اهل الجنة اليها والاخرى الى النار يهدي الله تعالى اهل النار اليها كما قال تعالى في اهل الجنة سيهديهم ويصلح بالهم ويدخلهم الجنة عرفها لهم وقال في اهل النار فاهدوهم الى صراط الجحيم وقيل ان هناك طريقا واحدا على جهنم يكلف الجميع المرون عليه ويكون ادق من الشعر واحد من السيف فاهل الجنة يمرون عليه لا يلحقهم خوف ولا غام والكفار يمرون عليه. عقوبة لهم وزيادة في خوفهم. فاذا بلغ كل فاذا بلغ كل واحد الى مستقره من النار سقط من ذلك الصراط. وانا اقول اذا لم تأتي هذه الامور من الوحي بعد هراء صدقوني هذه الامور فقط وحياة لا يمكن الخوض فيها بالاوهام لا يمكن نعم اذا كانت هناك نصوص متواترة عقيدة يقينية مستفيضة عقيدة شبه يقينية احد نؤمن بها لان العاقل يقول مو منكنا نعم لكن لا ترقى الى درجة اليقين هذا هو الميزان نعم قال واستمعوا على واسمعوا دل على ان الجنة والنار مخلوقتان الان والمعارضة متأولة يعني من يعارض بالايات القرآنية هذا يخضع للتأويل اقول اختلف الناس في ان الجنة والنار هل هما مخلوقتان الان ام لا فذهب جماعة الى الاول وهو يقول ابي علي الجبير. وذهب ابو هاشم الجبائي والقاضي الى انهما غير مخلوقتين. احتج الاول بقوله تعالى اعدت للمتقين اعدت للكافرين. يا ادم اسكن انت وزوجك الجنة. ما دخل هذه الجنة؟ الجنة ادم بيوم القاخرة. لا تفهم والله. نعم جنة ادم غادي جنة خاصة به. ما عندها علاقة بقوس الصعود. عندها علاقة بقوس النزول نعم وعندها جنة المأوى وجنة المأوى هي دار الثواب فدل على انها مخلوقة الان في السماء احتج ابو هاشم بقوله تعالى كل شيء هالك الا وجهه. فلو كانت الجنة مخلوقة الان لوجب آآ هلاكها والتالي باطل لقوله تعالى اكلوها دائم. انظروا الجنة اذا كانت موجودة يقول يجب هلاكها هلاك هلاك هذه النشأة مع دخل الجنة الجنة بعد هذه النشأة. يا الله  هرطقة صدقوني هرطقة والجهل الاكبر والجواب دوام الاكل اشارة الى دوام دوام المأكول من نوع بمعنى دوام خلقي آآ مثله اكل الجنة آآ يفنى بالاكل الا انه تعالى يخلقه يخلق مثله. والهلاك والخروج من عن الانتفاع ولا ريب ان مع فناء المكلفين يخرج آآ آآ الجنة عن حد د الإنتفاع فتبقى هالكة بهذا المعنى هذه الامور كلها هرطقة لا قيمة لها. نعم المعصوم يقول مخلوقة مخلوقة تخلق بعد ذلك تخلق بعد ذلك لكن المبنى الفلسفي جميل يقول المبنى الفلسفي يقول الجزاء من جنس العمل. يعني الانسان اذا اذنب فهو هنا صنع. صنع اه قطعة من جهنم اطاع والتزم صنع قطعة من من الجنة. يعني الجنة نحو عمل الانسان والنار نحو عمل الانسان. نعم امور هكذا تفهم وفي قوس الصعود لا علاقة لها بقوس النزول المسألة الخامسة عشر في الاسماء والاحكام اذا لا تسمعون هذه الهرطقات من اي جهة كان هذه خاصة بالوحي بينها الوحي نلتزم. لم يبينها الوحي نسكت الدخول فيها بالاوهام لا يمكن صعب جدا لا يمكن المسألة الخامسة عشر في الاسماء والاحكام قال والايمان التصديق بالقلب نعم واللسان يعني في حالة قلبية وحالة لسانية اثباتية الحالة القلبية حالة ثبوتية</w:t>
      </w:r>
    </w:p>
    <w:p>
      <w:r>
        <w:t>على نفسانية انا في داخلي عندي اعتقاد بالله تعالى وبنبوة النبي ثم يأتي مقام الاثبات الفعل الفعل القولي الفعل الكلامي اشهد ان لا اله الا الله واشهد ان محمدا عبده ورسوله نعم والايمان التصديق بالقلب واللسان ولا يكفي الاول يعني لا يكفي التصديق بالقلب. لقوله تعالى واستيقنتها انفسهم ولكن لم يثبتوا هذا الامر بلسانهم وآآ ونحوه ولا الثاني لقوله قل لم تؤمنوا. يعني حتى الاثبات اللساني الفعل الكلامي لا ينفع بدون التصديق القلبي. اقول اختلف الناس في الايمان على وجوههم كثيرة. ليس هذا اه موضع ليس هذا موضع ذكرها. والذي اختاره المصنف رحمه الله انه عبارة عن التصديق بالقلب هذه الحالة عقد القلب هو الايمان لان الايمان عقد تام. المعرفة عقد اول ثم هذه المعرفة اذا رصخت في القلب تسمى العقد الثاني وهو الايمان نعم ثم مقام الاثبات الفعل القولي نطق بالشهادة نعم انه عبارة عن التصديق بالقلب واللسان معا ولا يكفي احد ما فيه. لا التصديق القلبي لوحده ولا الفعل القوي لوحده اما التصديق القلبي فانه غير كاف لقوله تعالى وجحدوا بها واستيقنتها انفسهم. نعم. استيقظتها انفسهم لا اعتقد ان هذا ايمان. استيقظت يعني ادركوا لان الايمان اذا كان كان نعم وقول واه ولقوله تعالى فلما جاء اه جاءهم ما عرفوا كفروا به فاثبت لهم المعرفة والكفر. اه المعرفة وليس الايمان واما التصديق اللساني فانه غير كاف ايضا لقوله تعالى وقالت الاعراب امنا قل لم تؤمنوا. قل لم تؤمنوا ولكن قولوا اسلمنا. ولا شك في ان اولئك الاعراض صدقوا بالسنتهم نعم هذا هو الايمان اذا الايمان عقد قلبي دخولك في المجتمع الاسلامي يأتي الفعل الكلامي يعني النطق بالشهادتين قال والكفر الكفر عدم الايمان نعم رفع للايمان اما مع الضد او بدونه. يعني اما ان يعتقد ما يعتقده المؤمن يعني على خلاف ما يعتقده المؤمن هذا هو الظد يعني حامل الجهل المركب مع حامل الجهة المركبة يعني عنده علم بغيرة غير الواقع هذا هو الجهاد المركب او بدونه يعني عندو جهل بسيط والفسق الخروج عن الطاعة طاعة الله تعالى مع الايمان الفاسق مؤمن ان انه خروج عن الطاعة خرج عن دائر في القيم والنفاق اظهار الايمان واخفاف واخفاء الكواف كان احسن لو جاء بالتقية كلمة التقية كذلك وهو اظهار الكفر واظهار اظمار الايمان. اقول الكفر في اللغة هو التغطية. نعم. كفر البذرة يعني غطاها بالتراب وفي العرف الشرعي هو عدم الايمان. ان مع الظد بان يعتقد فساد ما هو شرط في الايمان. هذا هو الجهل المركب او بدون الظد يعني الجهل البسيط. كالشك الخالي من الاعتقاد الصحيح والباطل هذا هو الجهل البسيط والفسق لغة الخروج مطلقا وفي الشرع عبارة عن الخروج عن طاعة الله يعني القيم يخرج عن دائرة القيم الالهية فيما هو دون الكفر نعم لان الفسق ليس كفرا والنفاق في اللواء هو اظهار خلاف الباطن وفي الشرع اظهار الايمان وابطال الكوف قال والفاسق مؤمن لوجود حديثي. يعني هو يؤمن عنده عقد القلب اظهر الفعل الكلامي يعني الشهاء اقول اختلف الناس ها هنا فقالت المعتزلة ان الفاسق لا مؤمن ولا كافر ما يسمى بالمنزلة بين المنزلتين واثبتوا منزلة بين المنزلتين. وقال الحسن البصري انه منافق لا اله الا الله وقالت الزيدية انه كافر نعمة وقالت الخوارج انه كافر مطلقا والحق ما ذهب اليه المصنف وهو مذهب الامامية والمرجع واصحاب الحديث وجماعة الاشعرية والدليل عليه ان حد المؤمن وهو المصدق لقلبه ولسانه في جميع ما جاء به النبي صلى الله عليه واله موجود فيه فيكون مؤمنا. فيكون مؤمنا نعم اذا الفاسق مؤمن نعم لم ينسجم مع القيمة الالهية هذه مسألة اخرى لان العقيدة عندها علاقة بالوعي نعم هذا الوعي لم ينور له الطريق فقط يعني النعم مع الاسف الشديد يعني ان لم يحقق الحكمة العملية وان تجاوز الحكمة النظرية نعم قال المسألة السابعة السادسة عشر في الامر بالمعروف والنهي عن المنكر هذا فعل الانسان لا يدخل في علم الكلام الذي يدخل في علم الكلام هو الافعال الالهية نعم لكن داخل في دائرة العدل قال والامر بالمعروف الواجب واجب وكذا النهي عن المنكر والمندوب مندوب سمعا والا لزم خلاف الواقع او الاخلال بحكمته تعالى. اقول الامر بالمعروف وهو القول الدال على الحمل على الطاعة او نفس الحمل على الطاعة او ارادة وقوعها من المأمور. والنهي عن المنكر هو المنع من فعل المعاصي او القول المقتضي لذلك. او كراهة وقوعها وانما قلنا ذلك للاجماع على انهما يجبان باليد واللسان والقلب والاخير يجب مطلقا بالقلب لاضعف الايمان بخلاف الاولين فانهما مشروطان بما يأتي هذا بحث فقهي اكثر لنوف يتعلق بافعال المكلفين وليس بفعل الله تعالى وهل يجبان سمعا او عقلا? اختلف الناس في ذلك فذهب قوم الى انهما يجبان سمعا للقرآن والسنة والاجماع واخرون ذهبوا الى وجوبها عقلا. واستدل المصنف على الابطال الثاني بانهما لو وجب عقلا لزم احد الامرين وهو اما خلاف الواقع او الاخلال بحكمة الله تعالى. والتالي بقسمه باطل. في المقدم مثله بيان الشرطية انهما لو وجب عقلا لوجب على الله تعالى لوجب على الله تعالى فان كل واجب عقلي يجب على كل من حصل في حقه وجه الوجوب. كيف يجب على الله تعالى لا ادري انا الله تعالى يخضع الى يخضع الى الى القيم او هو منبع القيم هنا لا ادري هذه تفسيرها صعب من العلامة والله تعالى لا تصدق عليه الوجوب والحرمة وهذا هذه الأمور قيم للإنسان نعم قيم للانسان يعني الكمالات صارت الزامات لمن؟ للانسان الذي يتكامل اما الذي هو كمال مطلق كيف? نعم ولو وجب عليه تعالى لكان اما فاعل لهما فكان آآ يلزم وقوع المعروف قطعا لانه تعالى آآ يحمل المكلف عليه وانتفاء الممكن قطعا. لانه تعالى يمنع المكلفين منه. واما غير فاعل لهما فيكون مخلل واجب ذلك محال لما ثبت من حكمته تعالى نعم الكلام هذا غير صحيح جدا لان الله تعالى وجود خارج عن حكومة القيم سواء كانت القيم الاخلاقية او القيم التشريعية. يعني ملزم بشيء لا هو هو منبع الاخلاق منبع القيم ومنبع التشريعات لا ادري كيف نعم. اما الوجوب العقلي النهي عن المنكر والوجوب العقلي. لماذا الدول الليبرالية التي انفصلت عن القيم الالهية وعن الله تعالى تؤسس للامن والشرطة لماذا الشرطة ولماذا الامن هذا كله اليس لتنظيم المجتمع و قهر المخالف والعاصي للقوانين هذه امور عقلية الشرع ياتي ويرشدنا اليها. قال وشروطهما علم فاعلهما بالوجه يعني الجهل لا يمكن ان يأمر بالمعروف. صحيح هذا معقول وتجويز التأثير يعني هو يحتمل التأثير ان هذا الانسان يلتزم بامره ونهيه. وانتفاء المفسدة يعني لا يوقع هذا الامر في مفسدة اكثر اقول شرط الامر بالمعروف والنهي عن المنكر ثلاث الأول ان يعرف الآمر والناهي وجه الفعل. جميل</w:t>
      </w:r>
    </w:p>
    <w:p>
      <w:r>
        <w:t>حتى يتحرك على بصيرة ام فيعرف ان المعروف معروف وان المنكر منكر والا لامر بالمنكر ونهى عن المعروف. صحيح. يعني يتحرك خبط عشواء وليس ببصيرة تاني تجويز التأثير فلو عرف ان امره ونهيه لا يؤثران لم يجب وهذه طبقها الكثير الناس تسامحا تساهلا ظعفا ويترك هذا الواجب الجميل فارس انتفاء المفسدة فلو عرف او غلب على ظنه حصول مفسدة له له هو كامر وناهي او لبعض اخوانه في امره وناهيه سقط وجوبهما دفعا للظرر مسألة عقلية مسألة عقلية وليست مسألتها الشجعية فهذا ما حصل لنا من شرح هذا الكتاب ونحن نسأل الله تعالى ان يجعله ذخرا لنا يوم المعاد المعاد ان يوفقنا للرشاد بمنه وكرمه انظر هذا الملاك الرائع بمنه وكرمه هذا التواضع تواضع العلماء يرجعون كل فضيلة وكل نعمة الى الله تعالى يعني ختمها بطريقة رائعة فهذه اسوة لهذا من يتعلم حرفين ويتعدى على المراجع ويتعدى على الشخصيات الكبيرة ويخرف الدين. انظر هذا الادب. والله ختامه مسك. انظر ماذا يقول? اعيدها لانها جميلة. نعم اه فهذا ما حصل لنا من شرح هذا الكتاب جزاك الله خير شيخنا العزيز لولا انت لما ظهرت كنوز هذا الكتاب ونحن نسأل الله تعالى ان يجعله ذخرا لنا. يعود الى الله تعالى يوم الميعاد يعني يوم اللقاء. وان يوفقنا للرشاد بمنه وكرمه. كلوا كرم الله تعالى ومننا لله تعالى والحمد لله وحده نحمد الله تعالى تم الكتاب اعزائي الطلاب وانا اعتذر منكم من التقصير واذا كان هناك تقصير لضعف العلم نعم واعتذر على السرعة في الشرح. هذا طبع جزائري ماذا نفعل نعم طبع هكذا عندنا عصبية وعندنا سرعة في الكلام ان شاء الله اه قد نكون استفدنا من هذه الدورة وان كانت سريعة والذي يريد ان يتواصل معنا فعندنا في التواصل الاجتماعي مجالات نعم ونشكركم على كرم الاصغاء والصبر معنا والسلام عليكم ورحمة الله وبركاته اللهم صل على محمد وال محمد. اللهم صل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