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الله يا الله. والحمد لله الله ولا اله الا الله يا الله. والله اكبر اعوذ بالله من الشيطان الرجيم بسم الله الرحمن الرحيم وبه تعالى نستعين والصلاة والسلام على محمد واله الطيبين الطاهرين اللهم صلي على محمد وال محمد. اللهم ارزقنا التوفيق والاخلاص نبدأ معكم على بركة الله في كتاب الجوهر النضج في شرح منطقة تجريد المؤلف هو العلامة الحلي الكبير الفقيه والاصولي الكبير التجريد للمحقق الكبير نصير الدين الطوسي استاذي العلامة الحلي في المعقول وفي الكلام وفي المنطق شرحه العلامة الحلي وسماه الجوهر الماضي نقرأ هذه المقدمة المباركة ثم ندخل في اصل الموضوع بسم الله الرحمن الرحيم الحمد لله المتفرد بوجوب الوجود هنا العلامة الحلي تحدث بلسان ديني وبلسان فلسفي. الله لسان ديني الالهيات وواجب الوجود اللسان فلسفي. يعني شديد الوجود لا متناهي في وجوده في ذاته المقدسة وفي كمالاته كل صفاته وكل كمالياته واجبة. لا متناهية من كان هذا شأنه حتما يفيض يعطي الوجود ويعطي الكمالات. المتوحد بالكرم والجود. يعطي ويفيض الفلاسفة يقولون واجب الوجود تام بمعنى له كل الكمالات بنحو لا يتناهى لا متناهي في ذاته المقدسة وفي كمالاته وفوق التمام فوق التمام يعني يفيض الوجود على المخلوقات ويفيض عليهم الكمالات الوجود هو الكمال الاولي والكمالات التي تفاض عليهم بعد الوجود هذه الكمالات الثانية مو بدعي المواد الناقصة بحسب ذواتها هذه المواد تبقى ناقصة منفتحة على كمالات هذه الكمالات اذا تلبست بها المواد فتحقق هذه الواقعيات. مادة الحديد الناقصة كيف تكتمل بجوده بعطائه بفيضه بصورة حديدية هادي الصورة الحديدية تعانق المادة الحديدية فيتشكل الحديد وهكذا المادة الفضية تعانق الصورة الفضية فيتشكل آآ هذا الوجود الوجود الفظي والتراب والماء صور تأتي وتعانق المواد الناقصة المنفتحة الناقصة يعني منفتحة لا تكون لها فعلية الا اذا جاءت صورة فانت الان عندك هذا العقيق فيه مادة حقيقية منفتحة بقول الفلاسفة لا بشرط منفتحة على الكمال الصورة تأتي الصورة الحقيقية تتحد بنحو اتحاد هذا النحو نحو الاتحاد يدرس في الفلسفة فتعانق المادة الحقيقية فيتشكل هذا العقيق ثم تترشح من الصورة في المادة هذه الاثار من هذا الجمال واللون الاحمر وو من كمالات الثانية نعم وخالق الصور المختلفة لتكملها بحسب استعداداتها فهذه الصور الصور الحديدية الصور الفضية العقيقية المائية اين تبرز كمالاتها لأن هذا كمال في المادة يعني انت الصورة الحقيقية لا يمكن ان تبرز هذا اللون الاحمر الجميل وهذا الجمل الا اذا كانت في مادة. ولهذا يقول وخالق الصور المختلفة لتكميلها لم لم تعليلية يعني لغاية ما هي تكميلها بحسب استعداداتها كل بحسب استعداده واجب الوجود واجب الوجود وجوده شديد لا نهاية لشدته فلا يتطرق اليه العدم في حين من الاحيان طارد للعدم مطلقا هذه الحقيقة هي التي توصلنا الى معيار سرمدي هو مبدأ التناقض او مبدأ عدم التناقض سميه كما تشاء وستأتي الاشارة اليه بالتفصيل نصبر فقط  نعم وواهب كل مستكمل كماله. والذي يهب الكمال للموجودات التي تتكامل في قوس الصعود وقوس التكامل فلا خلل في افعاله اتقان فارجع البصر هل ترى من فطور ثم ارجع بصركين ينقلب اليك البصر خاسره حسين. حكمة بالغة حكمة تتقن كل شيء نحمده وظيفتنا ان نحمد الله تعالى نبرز كمالاته ونشكره على كل خير اول خير وهو الوجود ثم ثاني الخير وهو الكمالات نحمده على نعمته نعمه المتواترة المتواترة يعني المتدفقة التي لا تنقطع ونشكره على الائه المتظافرا جيد بعدما انتهى من الذات المقدسة باختصار شديد كاطلالة وهو مقام التوحيد ينتقل الى الموحد الى الانسان الكامل. يقول والصلاة على اشرف الانفس الطاهرة خصوصا على محمد واله الانجم الظاهرة يشير الى ال البيت لان الوجود المقدس للنبي الاكرم صلى الله عليه واله هو مصداق الموحد والانسان الكامل وبتبعه نعم ال بيته الاطهار. وبعد فان الله تعالى لما وفقني للاستفادة الاستفادة العلمية واخلاقية من شيخنا المولى الامام الاعظم والعالم المعظم اه افضل المتأخرين على الاطلاق واكمل المعاصرين في الفضائل والاخلاق مصير الملة والدين محمد بن محمد بن الحسن الطوسي قدس الله روحه الزكية وافاض على تربته المراحم الربانية المحقق التونسي منسوب الى طوس ولا هو منكم من قرية من قرى قوم ثم ذهب والده الى ممكن لزيارة الامام الرضا عليه السلام لان العائلة عائلة امامية فاستقر هناك كمدرس فنشأ المحقق الكبير في طوس فنسب الى طوس والا هو في الحقيقة من قم  وقفت على وقفت على المختصر الموسوم بالتجريد في علم المنطق. هذا هو المتن والجوهر النضيد شرح لهذا المد فوجدته وجدت هذا المختصر قد اشتمل على مسائل شريفة بعبارة لطيفة اه تعسر صعب الاطلاع اه على معانيها وتعذر الوقوف على فحاويها الفحوى يعني المضمون قد جمع فيه مطالب القدماء وما زاده المتأخرون من العلماء فشرعت في املاء هذا الكتاب الموسوم بالجوهر المضيد في شرح كتاب التجريد ما هي الغاية شيخنا العزيز لابانة مشكلاته وتحليل معضلاته راجيا افعل لي اجله. يعني يريد الرجاء رجاء من الله تعالى ان نفع به. وانتفاع المستفيدين منه. امين يا رب ان شاء الله. اجعلونا من المستفيدين من هذا الكنز. وان يرفع ذلك في صالح العمل انه المرجو لكل امل وهو المستعان وعليه التكلان. التوحيد العملي هذا هو التوحيد العملي نعم وهو المستعان عليه التكلان هذا هو التوحيد العملي انتهت هذه المقدمة المباركة قال المصنف نور ضريحه نحمد الله حمد الشاكرين ونصلي على محمد واله الطاهرين افتتاح مباركة اطلالة كما ان القرآن بدأ بسورة الحمد صارت سنة عند علمائنا الابرار يبدأون كتبهم ورسائلهم بالحمد نحمد الله حمد الشاكرين ونصلي على محمد واله الطاهرين دائما الإنسان الكامل يكون حاضرا مع الله تعالى في رواية عن احد الأئمة عليه السلام يقول اذا ذكرت الله صل على محمد وال محمد نعم التوحيد والموحد لا ينفكان ولا يفترقان وبعد فان اردنا ان نجرد اصول المنطق ومسائله على الترتيب الترتيب المنهجي. وسيأتي بيانه بالتفصيل. هذا الترتيب ونكسوها حلية الايجاز والتهذيب يعني لا يطنب كثيرا لانه عنده آآ كتب في المنطق اه مبسطة شرح الاشارات كتاب عظيم باللغة العربية وكتاب اخر باللغة الفارسية في مجلدين ترجم الى اللغة العربية وطبع الجزء الأول فقط نعم تجريدا يتيسر للحافظ تكرارها في ذلك الزمان كان العرف هو الحفظ ولا يتعسر على الظابط التيذكارها فجعلنا فجعلنا تلك الاصول الاصول المنطقية مرتبة في تسعة فصول  الفصل الأول في مدخل هذا العلم يقول اللفظ من المحقق الطوسي في التجريد يدل على تمام معناه بالمطابقة ثم يمثل دلالة الانسان على الحيوان الناطق عادة تنظير فقط مثال فقط وعلى جزئه اذا كان المعنى له جزء يدل عليه بالتظمن نعم وعلى جزئه بالتظمن هنا خرجنا الدلالة المطابقة والدلالة التضامنية دلالته على بعض اجزائه نعم هذه هي الدلالة التضامنية ثم على اللازم الذي لا ينفك الا انه ليس في داخل المعنى</w:t>
      </w:r>
    </w:p>
    <w:p>
      <w:r>
        <w:t>يلازم المعنى يصاحب المعنى وعلى ملزومه على ملزوم المعنى خارج عن خارج عن المعنى بالالتزام يعني فيه انتقال عقلي هذا هو الالتزام. دلالة الضحك عليه مثاله نعم الظاحك ليس في صميم معنى الانسان يلازمه نعم دخل المحقق الطوسي مباشرة في مباحث الالفاظ المفروض يبدأ بالموضوع المنطق وما هو الفارق بين المنطق وعلم المنطق وهل العلم المنطق يصلح ان يكون علما? او لا او كما يقول البعض هو الة فقط. هذه الامور سابينها انا بالتفصيل. لا تقلق. ايها الطالب العزيز نعم اقول هنا جاء حديث العلامة الحلي في شرحه لهذا المتن اقول ها هنا مباحث يعني يقسم هذا النص الى مباحث احدها ان المنطق هل هو علم ام لا? هنا نحتاج الى بيان مسألة يغفل عنها العلماء ولا تعلمتها من استاذي التفكيك بين المنطق وعلم المنطق وهذا يصدق على نحو علم النحو ومن العلوم. هذا التفكيك في نظري انا تفكيك جميل يضيء بعض الامور يضيء بعض الامور المنطق هو مجموعة قواعد مجموعة قواعد سرمدية ظياء الهي يخضع له الفكر الانساني في حركته نحو الحقيقة مجموعة من المعايير مجموعة من القواعد يخضع لها الفكر هل هذا الخضوع جبري? لا خضوع معياري يعني ما يجب ان يكون عليه الفكر في حركته نحو الحقيقة ومن هنا شابه المنطق كقواعد سرمدية القواعد الاخلاقية القواعد الأخلاقية كذلك ما يجب ان يتبع  للوصول الى الخير والسعادة من هذه الحيثية فيه تشابه بين الأخلاق والمنطق كلاهما معايير نوروماتيف معايير ما يجب ان يكون عليه الامر في القواعد المنطقية المعايير المنطقية ما يجب ان يكون عليه الفكر في حركته نحو الحقيقة في الأخلاق ما يجب ان يكون عليه الفعل الأخلاقي الفعل الإنساني للوصول الى الخير وبالتالي الى السعادة مجموعة قواعد معايير سرمدية ضياء الهي يجب ان يخضع لها يجب ان يخضع. هذا الوجوب المعياري هذا الوجوب المعيار لا قد يتمرد الانسان ولا يراعي هذه القواعد ولا يصل الى الحقيقة يصل الى الزيف اذا هذه القواعد قواعد معيارية نوروماتية نعم يعني ما يجب ان يكون عليه الامر ما هو الأمر? الفكر لأجل الوصول الى الحقيقة. كما ان القواعد الأخلاقية ما يجب ان يكون عليه الفعل الإنساني الذي يتميز بالعاقلة يعني يعقل القانون الأخلاقي وبالإختيار. للوصول الى الخير والسعادة هذه القواعد ثم نأتي ونريد ان نرتب هذه القواعد على الضياء السرمدي في ابواب تربطها علاقات منطقية كل باب منفصل في دائرته الا الا انه له علاقة مع الابواب الاخرى عادة هذه الابواب هي باب التعريف معايير سرمدية توصلنا الى تصور الأشياء ثم باب القضايا نمارس عملية الحكم هذا الحكم يتعين بقضايا تتشكل باب القضايا يدرسها علم المنطق ثم الاقيس ثم المغالطات هادي هي الأبواب المترتبة ترتيبا منطقيا. دراسة تلك المعايير السرمدية هو علم المنطق اذا يجب ان نفكك بين المنطق كمعايير سرمدية لا يمكن لنا ان نمسها او نغير من وظعها او حقيقتها قوانين سرمدية تعلو على الانسان اما علم بالمنطق لا علم المنطق علم تاريخي علم تاريخي باي معنى كنت اطالع آآ في هذه الايام كتاب في المنطق لكانت من اروع الكتب في المنطق انصافا فأشار الى هذه المسألة المنطق مبادئ مبادئ سرمدية يجب ان يخضع لها الفكر اذا اراد ان يصل الى الحقيقة ثم الوصول الى هذه المبادئ هنا تأتي آآ التاريخيات يعني السياق التاريخي يمكن ان نكتشف حيسيات هذه المعايير مع الزمن وهذا الذي حدث لم يكن المنطق مدونا كعلم عند القدماء حتى جاء رستو والف كتابه الخالد الاورجانون يعني الالة قم بعد ارسطو تطور في الغرب وتطور عندنا كثيرا كثير من الايبتيكارات لم تكن في زمن ارسطو عشناها نحن في سياقنا الحضاري هنا العلم يخضع للسياق التاريخي يعني للسياق التكاملي كيف يعني القواعد المنطقية تتكامل? ابدا. قواعد صار مادية. ليست من سلخ المخلوقات حتى تتكامل قواعد سرمدية حكمة الهية خالدة كشفنا لها نضج العقل الانساني في كشفها هو الذي يخضع للسياق. ولهذا المنطق يتسع المنطق يتسع والان اكتشفوا المنطق الجديد انواع وانواع من من الحقول المنطقية الجديدة هذا هو السياق التاريخي في كشفنا لتلك القواعد السرمدية وكشفنا لحيثيات تلك القواعد السرمدية. هذا سياق تاريخي وها هنا يأتي التكامل ليس القواعد المنطقية التي تتكامل. لا. المعرفة البشرية بتلك القواعد. المنطقية هي التي تتكامل هذا هو السياق التاريخي العلامة الحلي بدأ بالمنطق كمعايير يقول احدها احد المباحث  ان المنطق هل هو علم ام لا يعني يمكن لتلك المعايير السرمدية. ذلك الظياء الالهي ان نجعله في شكل مسائل تدور حول موضوع ما  تسعى هذه المسائل الى الغاية يبكي وهذا الذي حدث وهذا الذي تكامل في سياق التاريخي هنا يتساءل على من حلي ان المنطق هل هو علم ام لا? يعني يمكن دراسة تلك المعايير السرمدية في ابواب وبمنهجية خاصة يمكن نعم يمكن بالامكان العام وبالامكان الوقوع يتحقق وتكامل في سياق تاريخي تكاملا رائعا ويمكن ان يتكامل ايضا ساشير ان شاء الله اذا وصلنا الى باب القضايا ان قضايا عديدة اكتشفت في سياقك غير منطقي تنظم الان الى الحقل المنطقي تهشفت في سياق معرفي في سياق تاريخي معرفي تكاملي نعم. وقد اختلفت في يعني اختلف العلماء في والحق انه علم لعلام الحل يرجح ان المنطق يمكن ان يتشكل كنسق معرفي. يعني تلك القواعد المعيارية. ذلك المنطق السرمدي تلك القواعد السرمدية يمكن جعلها كنسق معرفي وهذا الكتاب هو هذا علم منطق والحق انه علم متعلق بالمعقولات الثانية. المعقولات الثانية هنا نحتاج الى وقفة احاول ان شاء الله ان يكون اسلوب التدريسي يتناغم مع الفهم الجامعي لان الفهم الجامعي لا يأنس كثيرا للنصوص الحوزوية ما معنى المعقول الثاني المعقول يعني ادراك في اعلى درجات من الذهن يعني نرقى على الادراك الحسي الضيق الجزئي وعلى الادراك الخيالي للادراك الخيالي هو الادراك الجزئي عند غياب المحسوس انا امي في مقابلي حقيقة جزئية هذا ادراك حسي غابت امي طبق صورتها في افق خيالي هذا الادراك الخيالي. الا انه يبقى ادراكا جزئيا اما الادراك العقلي لا هناك ادرك الحقائق المثالية ما عندي علاقة بالجزئيات لا ادراك حسي ولا ادراك خيالي. هذي تسمى المعقولات اذن العلامة الحلية يقول تلك المبادئ السرمدية يتعامل معها العاقل لا الحس كقوة ادراكية ولا الخيال كقوة ادراكية. من يتعاطى معرفيا معها العقل فتعقل ولا تحس ولا تتخيل هذه نقطة سجلها جيدا عندك لماذا الثانية لماذا الثانية ابين نقطة جميلة تضيء هذا الامر ما معنى  ان الفكر يصل الى الحقيقة اذا تماهى تناغم انسجم مع القواعد المنطقية تلك القواعد السرمدية ليس علم المنطق علم المنطق نسق دراسة الذي نحن الان في صدده لا تلك القواعد السرمدية اذا شئت انا ان اصل الى الحقيقة يجب ان اتناغم مع تلك قواعد في فكري جيد الفكر ما هو؟ الفكر عبارة عن معطيات</w:t>
      </w:r>
    </w:p>
    <w:p>
      <w:r>
        <w:t>عبارة عن معطيات اما ان تعطى لنا من الخارج واما نصل اليها من خلال الاستنباط المهم عندنا معطيات معطيات واقعية معطيات تنتمي الى الواقع. لا تنتمي الى افق الادراك  كل المعطيات تأتي من الواقع الجهاز الادراكي يتعامل معها كشفا يعني هي مفروضة قبل التعاطي معها فكريا مفروضة الوجود اذا لا تجد واقعيا ما في افق الدين وفوق الذيب فقط الفكر القواعد المعرفية في اي حقل كنت قواعد كلية معرفية ما عندنا واقعيات من قال لك عندنا واقعيات في افق الذهن لم يفهم الذهن جيدا وقرب لك المسألة بمثال خذ مرآة في غاية الصفاء في غاية البهاء لا يمكن ان تعكس نفسها اتحدى الجن والانس يأتوني بمرآة في غاية الصفا في مقابلها مرآة في غاية الصفا اذا انعكست المرآة الاولى في الثانية. والثانية في الاولى اتحدى الجميع. لا يمكن تقول لي شيخنا لماذا? لان المرآة وهي في غاية الصفاء لا لطخ فيها ابدا في غاية الصفاء. لا هوية لها والذي لا هوية له ينعكس في غيره لا ينعكس في غيره. هذا هو السر الذهن لا هوية له واقعية هذه من الاسرار العجيبة من الاسرار العجيبة. اذا الشيء الذي لا هوية له وظيفته يعكس الواقع انت ولهذا انت ترى في المرآة الواقعيات لا ترى المرآة يتحداك ان ترى المرآة بمجرد ان تقف في مقابلة للمرأة ترى نفسك فالمرآة تختفي لان لا هوية لها وتعكس غيرها هذه الخاصية موجودة في الذهن  المرآة مادية الدين حقيقة ارقى مجردة تختفي هويته ويعكس الواقعيات كيف يعكس الواقعية? يعكسها هي هي ام معرفيا معرفيا معرفيا  اذا عندنا واقعيات تتموضع في افق الدين في شكل مفاهيم وفي شكل قضايا يعني تخضع نحو وجود الدين. الدين عنده نحو وجود تركيبة خاصة الواقعيات يجب ان تتماهى في هذه التركيبة. يعني انت ما عندك شجرة التفاح في المرآة. عندك شجرة التفاح في المرآة بخصوصية المرآة كذلك شجرة التفاح في الدين بخصوصية تركيبة الدين تسمى الصورة العلمية الصورة العلمية كما نقول الصورة المرآة نعم هذا الفكر في خضوعه للمعايير المنطقية السرمدية كأنه تعين بها وهذه النقطة مهمة جدا كأنه تعين بها  خطيرة جدا سابينها لاحقا بالتفصيل مثلا الان عندنا صورة الانسان في الدين يعني الانسان في تركيبة الدين انسان هناك يتزوج لا يأكل لا يشرب لا ينام لا. لماذا? لان النشأة ذهنية ليست نشأة خارجية هناك يخضع لنشأة الذهن نقول هذا الانسان كلي يعني يسري في مصاديق متعددة في ليلة موجود ليلى عيسى في طه موجود طه عيسى في علي موجود علي انسان في زينب موجود زينب عيسى في رباح موجود لان رباح انسان وهكذا دواليك هذا السريان المتعدد يسمى الكلية يعني الصدق على  فالطبيعة الانساني الانسانية في الذهن تعينت بوصف وهو الكلية تعقلناه في اي مرتبة قبل الانسان ام بعد الانسان? تقول لا شيخنا يجب ان تكون الطبيعة الانسانية ثم تتصف بالكلية يعني الصدق على كثيرين. اذا المعقول في المرتبة الثانية اذا مفهوم الكلية ينتمي الى الحقل المنطقي هذا هو معنى المعقول الثاري وسيأتي ان شاء الله بالتفصيل كله مفردة منطقية ابين لك كيف انتزعت ولما هي ثانية اصبر فقط لاننا سنتناول هذه المسائل كلها من بداية الكتاب الى نهايته. نحن نتعامل مع المعقول الثاني المنطقي وان لم يكن علما بالمعقول الاولي. المعقول الاولي يعني الانسان الماء هذه الصور التي تأتي من الواقع. هذه الواقعيات تسمى المعقولات الاولية. لاني اول ما اتعامل ما اتعامل مع الواقع. نعم. وهو داخل تحت مطلق العلم يعني الحقل المنطقي يدخل تحت مطلق العلم. معناه عنده موضوع وعنده مسائل وعنده منهجية وعنده غاية البقية تأتي ان شاء الله. اللهم صلي على محمد وال محمد  آل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