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هذه الفقرة وقول المخالف انه الة في اكتساب العلوم فلا يكون علما خطأ وقول المخالف مبتدأ خطأ خبر قبل الدخول في هذه المسألة المنطق الا ام لا نعود الى المعقول الثاني. المعقول الثاني يعني يقع في المرتبة الثانية من ايه اللي معقولات قلت لكم عندي مجموعة من افراد الانسان امامي قد يكون عشر مليار فرض لا يهم ثم اصل الى حقيقة مثالية هي الانسان معنى الانسان مفهوم الانسان فاجد له هذه الخاصية انه يصدق على كثيرين له خاصية في حقيقته الانسانية. الانسان كل يوم يعني يسري في مصاديق متعددة تقول طه انسان علي انسان ربح انسان سلمان انسان زينب انسان فاطمة انسان رقية انسان هذا السريان الصدقي الكثير يعني الانسان يصدق على طه على علي على رابح على زينب على فاطمة على رقية هذا يسمى الصدق على كثيرين اختزالا للعبارة يقول يقولون كلي الانسان كلي الإنسان مأخوذ من الحقائق الخارجية لان الذهن ليس عالم الحقائق عالم الفكر عالم المفاهيم عالم القضايا بتشكل هذا التركيب الانسان كل يوم. الانسان معقول اولي اخذناه من الواقع الخارجي الية الاخذ ما هي تدرس في الميتافيزيقا وليس في المنطق لا تهمني الان المهم الان انا ادركت حقيقة مثالية هي الانسان. حيوان ناطق وجدته يسري في مصاديق متعددة وستأتي مصادق في المستقبل كذلك. لا يهم هذه الخاصية سميت في الدراسات المعرفية الكلية الانسان كله يعني يتصف بالكلية ما معناه? يعني يسري في مصادق متعددة. متواجد في مصاديق متعددة جيد. لماذا هذه المواصف المواصفة الكلية للإنسان المثالي وليس للإنسان في زايد في ليلة في طه في علي في فاطمة في المصادق الخارجية كطه وعلي وزينب وفاطمة ورقية وسلمان  اه المقداد? لا اذا اخذنا المصداق الفلاني طه لا يصدق على كافرين يمثل نفسه فقط هل حقيقة طه تسري في مصاديق متعددة? مستحيل متشخصة هذا بحث منطقي سمى الجزئي الجزئي بالمعنى انه الجزء بمعنى المنطقي يعني لا يصدق على كثيرين فهذه المواصفة الكلية اذا تأملت في التركيب الانسان كله تقع في التعقل في المرتبة الثانية بعد الانسان اجعل الانسان كحقيقة مثالية جانبا يبقى فقط مفهوم الكلية مفهوم الكلية ما معناه مفهوم يصدق على كثير ما عندنا علاقة بنوعية المفهوم مفهوم يصدق على كثير انت الان عندك معنى الحديد كحقيقة مثالية في ذهنك هذا الحديد يصدر فقط يصدق فقط على الحديد العراقي المصري الامريكي استرالي ام يصدق على كل المصاديق التي تتواجد في الخارج اذا هذا المعنى معنى الحديد كحقيقة مثالية كليون له وصف الكلية. دعك من الحديد ركز على الكلية. ما معنى? مفهوم يصدق على كثيرين. يا علي اذا تعين به معنى حقيقي يصدق على كثيرين كيف خذ انت الفضة التي تراها في الخارج مشخصة كثيرة تصل الى حقيقتها المثالية في عقلك وهي معنى الفضة هذه الفضة كليا تقول نعم صحيح لانها تسري في مصاديق متعددة اذا جاءت حقيقة وتعينت بالكلية اذا التعين بالكلية في المرتبة الثانية يعني معقول ثاني هم يقولون ان موضوع علم المنطق هو المعقول الثاني  ندرس تجلياته ندرس حيثياته ندرس اعراضه الذاتية كيف هذا المعقول الثاني ليس الطبائع الحقيقية انس الطبائع الحقيقية الفضة والانسان والحديد والملك هادي كلها نساها هادي حقائق ركز على ذلك المعقول الثاني له تجليات متعددة. تعينات متعددة تسمى في الحقل المعرفي الاعراض الذاتية. يعني اعراض له اعراض من صميم ذاته لم تأته من خارج نعم لم يتصل بها لقيد خارجي لا هو هو يتصل بها يعني بمجرد ان تكون هذه الحقيقة في ذهنك تأتي هذه التجليات هذه التجليات او الاعراض الذاتية او المواصفات سميها كما تشاء. لا تخف من المصطلح ترتب في المنطق في ابواب شي ابواب نبدأ آآ باب الكليات لان مباحث الالفاظ ليس بحثا منطقيا مقدمة ظرورية فقط للمنطق لاننا نتعامل مع الالفاظ باب المنطق يبدأ من الكليات الخمس هذه الكليات الخمس ما هي دقق جيدا الآن ارجع بك الى الحقائق الانسان حقيقة ام لا? حقيقة يتجلى في مصادق متعددة في افراد متعددة لا تهمنا الافراد لان العلم علم كلي العلم يتعامل مع القواعد ليس له علاقة بالواقعية تلك القواعد تكشف الواقعيات العلم لا يتعامل مع الواقعيات الواقعية تساعده للوصول الى القواعد العقلية قواعد عقلية في كل علم فيزياء عنده قواعد كلية فيزيائية في الكيمياء قواعد اه كلية كيميائية في الفلسفة قواعد كلية فلسفية في الفلك قواعد كلية فلكية من خلال هذه القواعد يكشف الظواهر الخارجية نعم اما واقعيات واما حيثيات ومواصفات ارجع بك الى الحقيقة الإنسان حقيقة مثالية اين ادركها? ادركها في العقل ما عندنا لانسان في الخارج. عندنا علي في الخارج عندما ليلة في الخارج عندما سلمان في الخارج. عندنا زنا في الخارج ما عندنا الانسان لوحده هكذا. انسان هكذا لوحده بدون تلبس شخص به هذا خرافة هذا يقول بها افراطون في المثل وهذا بحث ميتافيزيقي لا يهمني الان انا الذي يهمني ان الحقيقة المثالية ايديول ادركها في المرتبة العقلية  بمعنى ان العقل يصل اليها هي ليست ذهنية الذهن يدركها يعني هي متعينة في مرتبتها العقل يصل اليها يصل الى اذا قلت حقيقة الانسان ليس انها ذهنية الحقيقة الانسانية في دينك انت ذهنك يصل اليها فهما  في البعد المعرفي في البعد الادراكي المهم الإنسان ادرك هذا المعنى. ما هو? معنى الانسان  فوصل بعملية التحليل والتركيب وهي منهجية في غاية الجمال منهجية عامة لكل العلوم. وفيه منهجية خاصة تخص اه تخص كل علم كل علم لذاته. سنشير الى هذه المنهجية بالتفصيل لاحقا ليست موجودة في الكتاب نخصص لها جلسات. منهجية التحليل والترك بالتحليل والتركيب وصل الذهن البشري الى مكونات الداخلية في الانسان ما هي هذه المكونات مكونة عامة ومكونة خاصة حيوان ناطق حيوان مكونة داخلية عامة لماذا? لان الاسد حيوان الزرافة حيوان الحمار حيوان الفرس حيوان. اذا عام ام لا? عامة. تطال. تطال الانسان باقي انواع الحيوان ثم نخصص هذا الحيوان العام الفضفاض بالناطقية. يتعين الانسان. حيوان ناطق اذا كم مفردة الى هنا? تقول شيخنا ثلاث طبيعة الانسان و مكونات الإنسان الحيوان والناطق ثم نخرج من دائرة الحيوان الظاحك خاص بالإنسان يمشي ويمشي والاسد يمشي. هذه عامة هذه كم مفردة هنا اقول شيخنا خمسة هذه هي الكليات الخمس. من هنا استخرج الذهن في حركته الفكرية الكليات الخمس الانسان كالطبيعة يختلف عن الحيوان الحيوان عام الإنسان مصداق من مصادق الحيوان اذن فيه اختلاف يقولون الانسان نوع تعين بحيثية بتعين ما هو النوعية. انسان نوع</w:t>
      </w:r>
    </w:p>
    <w:p>
      <w:r>
        <w:t>حيوان باعتباره عام تعين بالجنسية. جنس  الناطق فصل الى فصل الحيوان عن باقي الأنواع وحاصره اين? في الانسان نعم سيأتي ان شاء الله هذه البحوث بالتفصيل هنا مقدمة لبيان المعقول الثاني كيف يتجلى في مواصفاته في حيثياته ثم الظاحك الظاحك خارج الذات يعرض الذات من خارج اذا هو عرضي عرضي يطال الجميع ام خاص بالانسان? تقول فقط الانسان ليضحك لماذا? لانه يدرك بالعقل يدرك النكتة ويتعجب ويضحك هذا عارضي خاص المشي لا يطال الانسان والاسد ويطال الحمار كذلك اعراضيون عام خارجي وعام هذه الكليات الخمس انسى الان الحقائق وركز على التعينات الإنسان تعين تعين بأي تعين نوعية هذا الأول الحيوان في صميم الإنسان تعين بأي تعين جنسيا الجنس الفصل العرضي والخاص العرضي العام. هذه هي الكليات الخمس ثم بالية القسمة بمعيار القسمة بمبدأ القسمة نرتب هذا الشتات ترتيبا منطقيا تقول هذا المعنى المفهوم اما تمام الذات كما مدت ما هي? الانسان الحيوان يعانق الناطق حتى يعطي ذاتا تامة تقول المعنى او المفهوم آآ تمام الذات او جزء الذات او تقول بالتقسيم الدقيق المعنى اما في صميم الذات  يسمى الذاتي المنسوب الى الذات يعني بعدما خرجنا من الذات ما خرجنا من المعنى بعيسان ما خرجنا منه مرة نكون في تمام ذاته هذا النوع والله نكون في جزئه المكون هذا على قسمين جزء عام جنسون جزء خاص فصله هذا اذا كنا في داخل الذات يعني الذاتي العرضي خاصو هذا عربي الخاص كالمتعجب والظاحك تعارضوا كالمشي هذا التقسيم الدائر بين النفي والاثبات اذا كم تعين منطقي تعين به المعقول الثاني مفهوم النوع مفهوم الجنس مفهوم الفصل مفهوم العربي العام مفهوم العربي والخاص تقول شيخنا العزيز بقيت مسألة غامضة كيف تكون معقولات ثانية منطقية. اه جيد هنا هذا الكلام جيد الانسان كطبيعة تامة   يتعين بالنوعية النوعية في المرتبة الثانية ام الاولى تقول لا الطبيعة الانسانية تعقلتها اولا كيف تعقلت هذا المسألة ميطافيزيقية تعينت بالنوعية اين تعينت بالنوعية? في الخارج النوع يعني حقيقة تصدق على كثيرين لا تقل شيخنا تعين في مرتبة اخرى غير الواقع الخارجي المحسوس وصاحب الاثار اذن هذا معقول ثاني ليس خارجيا ليس فلسفيا ليس كيميائيا ليس فلكيا ليس اه بيولوجيا وليس اقتصاديا ليس سياسيا تعين خاص ينتمي الى الحقل المنطقي اذا المعقول الثاني تجلى في النوعية المعقول الثاني تجلى في الجنسية. تجلى في الفصلية تجلى في الاراضين الخاص تجلى في اذن كم تعين? كم تجلي تاخد خمسة هنا يتشكل اول باب في المنطق وهي وهو باب الكليات الخمس لاي غاية التعامل مع هذه الامور الخمس يعني الكليات الخمس  التعامل معها واللعب بها يأتي التعريف باب التعريف وستأتي هذه الأمور بالتفصيل فقط انا ابين لك ما معنى المعقول الأولي كموضوع للمنطق عند صاحب هذا النص المتن وشرح المتن وما هي تعينات ما هي اعراضه? ما هي مواصفاته? التي تشكل النسق المنطقي الحقل المنطقي  نعم وساكرر هذه النقطة كثيرا حتى ترسخ في ذهني الطالب الحوزوي العزيز والطالب الجامعي العزيز وقول المخالف نرجع الى النص الى المدن انه الة في اكتساب العلوم فلا يكون علما العلوم لا تكتسب بالمنطق ابدا العلوم تكتسب حين الاحتكاك بالواقع الخارجي الفيزياء لا يمكن ان يؤسس لقواعد الفيزياء اذا لم يحتك مع الواقع الخارجي. علم النفس لا يمكن تؤسس ان تؤسس لقواعد علم النفس اذا اذا لم تتعامل مع واقع النفس ابدا فلسفة الوجود لا يمكن ان تصل الى قواعد الوجود اذا لم تتعامل مع الوجود اذا يجب ان اتعامل مع الواقع للوصول الى القواعد العلمية فقط متى تكون هذه القواعد مؤسسة تأسيس الصحيح اذا تناغمت مع القواعد المنطقية الصومالية التي ندرسها في علم المنطق اذا يمكن ان تكون بارعا في علم المنطق كنسق معرفي كحقل معرفي. وتكون فاشلا في اخضاع الفكر للقواعد المنطقية لا تكون منطقيا بل تكون مغالطيا كذلك تتحرك في الزيف اذا الفكر يتأسس اذا تعاملنا مع الواقع الخارجي بجميع تجلياته غاية الامر في دائرة الذهن والتأسيس للقواعد العلمية الكلية هناك وجوب هناك تكليف يجب تكليف معياري ان تخضع هذا الفكر للقواعد الصرمدية هي القواعد السرمدية هم تخيلوا وهنا انا اخالفهم. مخالفة تامة تخيلوا ان الانسان يوظف القواعد المنطقية الذي يدرسها في علم المنطق يوظفها كآبة قواعد السرمدية انا بيدك انت قواعد السرمدية حاكمة على عقلك حاكمة على فكرك. انت تخضع له انت تخضع لها خليني اقرب لك المسألة بمثال بسيط. عرفي انت الان عندك آآ درس في الجامعة يجب ان تحظر الساعة الثامنة المحاضرة تبدأ في الجامعة او في الحوزة العلمية وعندك سيارة الحمد لله تتحرك في الطريق عندك قوانين المرور على مبنى الالية يعني انت توظف قواعد المرور للوصول الى هدفك الى قاعة التدريس انت توظف قوانين المرور ام تخضع لها ان شئت الوصول الى الدرس الساعة الثامنة اخضع لها قوانين حاكمة وليست الة في يدك هم تخيلوا المسألة هكذا. الانسان وهو يتحرك فكريا يستخدم الشكل الاول الشكل الثاني القياس الاستثنائي هذا الاستخدام يعني انت تخضع لمعاييره معايير المنطق توهموا انه الة وسيلة فقالوا الة ليست الة ولا يحزنون قوانين سرمدية تخضع لها تخضع لا تخضع لا تصل الى الحقيقة مطلقا اذا هذا الاستخدام ليس استخداما اليا وانما خضوع كما هي في القواعد المنطقية لان صار مديع قواعد سرمدية ضياء الهي كيف يكون انا? اذا قضية ان المنطق ليس علم المنطق المنطق الا هذه خرافة كبيرة جدا. من باب التسامح فقط. نعم. ثم يقول انه الة في اكتساب العلوم فلا يكون علما من قال بالالية يقول العلامة الحل يقول خطأ يعني العلامة الحلية يقول هو علم. لكن ليس المنطق الذي هو علم لا لا لا نأتي الى هذه القواعد السرمدية الخالدة ونبوبها التبويب النسقي ونخضعها للتحليل والتركيب يتشكل ما يسمى بالحقل المنطقي علم المنطق له ابواب له موضوع والمعقول الثاني وله منهجية هي التحليل والتركيب وله ابواب تتعين فيه فيها المسائل وغاية نعم الغاية هي الوصول الى الحقيقة في فكري اذا خضعت لهذه القواعد التي ادرسها اين? في علم المنطق يجب ان نفهم المسألة هكذا جيدا والا لا يمكن فهم اسرار المنطق وعلم المنطق المنطق ليس علما وليس الة ضياء سرمدي ثم العقل البشري يأتي ويتعامل مع هذه القواعد هنا يأتي السياق التاريخي السياق التاريخي التكاملي يبدأ يكشف هذه القواعد المعيارية لا يؤسس لها من الصفر ابدا يكشفها قضية الهية ببركة عقله تاريخيا. فيتكامل هذا العلم لم يكن موظوع المنطق معروف بذلك العرفان الدقيق الان لا اتضح سياق تاريخي سياق تاريخي ما معناه? يعني التعاطي مع تلك القواعد المنطقية كشفا تحليلا تركيبا فيتسع علم المنطق علم المنطق يتسع لانه تاريخي اما المنطق فهو سرمدي طوق الزمان والمكان فوق الانسان. ضياء يتحكم على فكر الانسان</w:t>
      </w:r>
    </w:p>
    <w:p>
      <w:r>
        <w:t>اذا اراد هذا الفكر ان يصل الى الحقيقة اذا اراد يعني مسألة ارادية ولهذا اقول القواعد المنطقية قواعد معيارية ما يجب ان يكون عليه الشيء يعني الفكر اذا وصل اذا اراد ان يصل الى الحقيقة مثل الأخلاق ما يجب ان تكون عليه الأفعال الإختيارية اذا ارادت ان تصل الى الخير او اراد الانسان من خلال فعله الاخلاق الوصول الى الخير ما يجب ان يكون عليه الامر اذن القواعد المنطقية ليست قواعد كاشفة لحقائق فما هذه يكتبها بماء الذهب؟ القواعد المنطقية السرمدية ليست قواعد تكشف عن حقائق بل تخضع له له الحقائق في افق الدين نعم يعني انت تتعامل مع الواقع الخارجي في افق ذهنك تريد ان تؤسس لقواعد كلية هذه القواعد الكلية حتى تحكي الواقع كما هو يجب ان تخضع لتلك المعايير الصرمدية. لذلك الظياء الالهي الجميل البقية تأتي ان شاء الله.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