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 سبحان الله. الله يا الله. والحمد لله ولا اله الا الله يا الله. والله اكبر اعوذ بالله من الشيطان الرجيم. بسم الله الرحمن الرحيم. وبه تعالى نستعين والصلاة والسلام على محمد واله الطيبين الطاهرين اللهم صل على محمد وال محمد. اللهم ارزقنا التوفيق والاخلاص وصلنا معكم الى هذه الفقرة لانه ليس الة لجميعها لجميع العلوم حتى البديهيات والنظريات التي لا يتطرق اليها الخطأ بل لبعضها كأن العلم الحلي اه امن بهذا الامر ان المنطق الة يعني يستخدمه الانسان في فكره الا المنطق ليس الة كالمنشار والقنب لا ابدا منطق ضياء سرمدي تخضع له تخضع لا تخضع هذا شأنك اذا خضعت لهذه المعايير السرمدية فكرك توصلك الى الواقع وهذه هي الحقيقة نعم هنا يرفض اه كون المنطق الة بل يقول هو علم وينفي ذلك بهذا الدليل لانه ليس الة لجميعها حتى البديهيات والنظريات التي لا يتطرق اليها الخطأ سيأتي ان شاء الله البحث البديهيات بالتفصيل هل البديهيات تخضع للمنطق يعني للمعايير المنطقية او المعايير المنطقية مستلة من تلك المعايير العقلية السرمدية. التي تسمى البديهيات هدايا ان شاء الله يأتي بيانه في محله. والنظريات المسائل التي نستدل عليها نصل اليها بحركة فكرية. قد تكون عندنا نظريات لا تحتاج الى المنطق بانها لا يمسها الخطأ. بل لبعضها بل المنطق يكون الة لبعض العلوم. لا يكون الة مطلقا اذا فهمنا المنطقة هكذا نعم يجب ان نفهمه جيدا. هنا في خلط بين المنطق وعلم المنطق هو الذي اربك الامور. ويجوز ان يكون بعض العلوم ال لغيره. نعم كالهندسة وغيرها والحساب نعم هذه آلات للفيزياء وعلوم اخرى الفلك النقطة الثانية والثاني ان المنطقة لا نظر له بالذات في الالفاظ ليس المنطق المنطقي آآ المنطقي يعني بمعنى الذي يدرس تلك معايير المنطقية السرمدية الخالد نحن الان الان في الحقل المنطقي في علم المنطق نتناول تلك القواعد السرمدية يقول يقول لا نظر له بالذات في الالفاظ. ما عنده علاقة بمباحث الالفاظ نعم وسآتي لكم ان شاء الله بتقسيم الشجر في غاية الجمال للمحقق الطوسي من كتابه الرائع اساس الاقتباس عندي الكتاب اه في جزئين باللغة الفارسية اتيكم هذا التقسيم تقسيم الالفاظ باعتبار المعنى طبعا تقسيم اه الشجري في غاية الجمال شمل جميع الالفاظ تيبوع بها الفردي وفي بعدها يعني في بعدها المعنوي وفي بعدها والاستعمال  وانما نظره الذاتي يعني الجوهري والاساسي في المعاني نعم ما عنده علاقة بالالفاظ الالفاظ موصلة الى المعاني نعم انه انما ينظر في الالفاظ او ينظر الى الالفاظ احسن من في بقصد ثان يعني يريد الالفاظ للمعاني الا وبالقصد الثاني القصد الأول هو المعنى والقصد الثاني هو الألفاظ من الألفاظ توصلنا الى المعاني لا بحسب لغة خاصة المنطقي ما عنده علاقة باللغة الخاصة. تدرس المنطق باللغة الفرنسية باللغة الانجليزية باللغة الالمانية باللغة العربية باللغة الفارسية بل مطلقا كنظره في تقسيم دلالات الالفاظ  آآ افرادها وتركيبها وغيرها من المباحث الكلية المتعلقة بالالفاظ نعم وهذه البحوث موجودة باللغة الفرنسية الالمانية الانجليزية نعم وهذا البحث غير مختص بالمنطق مباحث الالفاظ. بلاغة تدرسه النحو يدرس الصرف يدرس اذ كل علم ينبغي البحث فيه عن الالفاظ مطلقا لكونه طريقا الى تحصيل المعاني لكونه طريقا لتحصيل المعاني هذا هو ملاك التعاطي مع الالفاظ المعرفية. لانه موصلة الى المعاني ولهذا قدم المصنف يعني المحقق الطوسي البحث في الالفاظ في هذا الفاصل وجعله جعل هذا البحث مدخلا الى هذا العلم علم المنطوق. لا جزءا من لانه بحث براني نعم الثالث الدلالة هي فهم المعنى من اللفظ يعني ينطلق الذهن بعد تعين اللفظ من مجرى السماء الى شيء اخر وهو المعنى هذا المعنى المثالي لفظ الانسان هذا العربي او من او ام باللغة الفرنسية او مرض باللغة الفارسية هادي الفاظ خاضعة للتواضع مجعولة بجعل ارادي اما المعنى لا المعنى لا يمكن ان يخضع لارادة الانسان ابدا حقائق مثالية عالية متعالية مفروضة التحقق في مرتبتها الانسان يتعامل معه لا ينشئها ولا يخلقها ابدا ويصنع الالفاظ نعم للتداول للتواصل المعرفي نعم لان هذه الحقائق المثالية لا تلمس بالحس نجسدها في الخيال. لماذا? بالالفاظ نعم يقول الدلالة هي فهم المعنى من اللفظ. هذا مبدأ تصوري يعني نحن في اطار المفاهيمي بحث الدلالي الاطار المفاهيمي. ما هي الدلالة نعم يقول هي سهم المعنى من اللفظ. اذا في اللفظ خضع للتواضع صار متداول بين الناس اذا مر على مجرى سمعي ينتقل ذهني الى المعنى المثالي نعم لفظ العسل ذهني ينتقل الى تلك الحقيقة المثالية التي هي العسل اين تتجلى خلقا في الواقع الخارجي هذا التجلي الخارجي. اما المعنى لا معنى المعنى مثالي جيد الدلالة هي فهم المعنى من اللفظ عند اطلاقه. نعم عند اطلاقه يجب ان يمر بقوة السماع. نعم او تخيله بالنسبة الى العالم بالوضع طبعا شرط انك تعلم بالوضع انسان لا يعلم الانجليزي تقول له يعني الله لا ينتقل ذهنه الى الذات الالهية. تلك الحقيقة السرمدية. ابدا. لماذا? لانه لا يعلم بالوضع اما اذا قلت له الله تعالى وهو يأنس بالقرآن الكريم دينه ينتقل مباشرة الى تلك الحقيقة السرمدية التي هي الذات الالهية المقدسة. ثم يقسمها وهي طبيعية كدلالة على اذى الصدر نعم وعقلية يعني هنا انتقال عقلي كدلالة الصوت على المصوت ووضعية مستفادة من الوضع الوضع وهي التي يبحث عنها هنا يعني التي يهمنا في هذا البحث هو دلالة تواضعية نعم المواظعة لا الدلالة الطبيعية لانها لا تنحصر وليست منطقية يعني لا يهتم بها المنطقي ولا الدلالة العقلية كدلالة الدخان على النار. لا نهتم بالالفاظ التي تواضعنا عليها وتجرنا الى المعاني تؤدي بنا الى المعاني حتى يتم التواصل المعرفي. هذا هو السر التواصل المعرفي لان الانسان حقيقة اجتماعية يتكامل في المجتمع ولهذا علمه الله البيان حتى يتواصل مع غيره ويتكامل يصل الى اغراضه العقلائية الدلالة التواضعية وهي التي يبحث عنها ها هنا يعني في الحق للمنطق واقسامها ثلاثة مطابقة يعني اللفظ يدل على المعنى الذي وضع له لا زيادة ولا نقصان تطابق يعني هذا هو لا زيادة ولا نقصان نعم وهي دلالة مع مبنى تصوري اطار مفاهيم ما معنى المطابقة? هي دلالة اللفظ يعني ما زلنا في الالفاظ لان التواضع دلالة اه الطبيعية نزعناها دلالة العقلية نزعناها دلالة اللفظ على تمام مسماه. المسماة يعني المعنى الذي وضع له في التواضع. الا الانساني كدلالة الانسان الانسان البشر وضعوا كلمة الانسان لفظ الانسان لمعنى وهو الحيوان الناطق. هذه الحقيقة الانسانية المثالية على الحيوان الناطق معا تمام المعنى تمام المعنى هذه الدلالة يعني طابق اللفظ المعنى. طبعا هذه المطابقة استعارة تفهمية ما عندنا اللفظ يطابق المعنى المعنى ينتمي الى مرتبة وجودية خاصة والرفض ينتمي الى التواضع والتوافق الاجتماعي. اذا هذه المطابقة مطابقة استعارية. يعني ان اللفظ يدل على موضع له لا زيادة ولا نقصان. لا يغوص في داخل مكونات المعنى ولا</w:t>
      </w:r>
    </w:p>
    <w:p>
      <w:r>
        <w:t>ايعوضهم اللوازم واضحة الان هذه هي وتظمن. تظمن هنا يعبر الى المكونات مكونات الداخلية للمعنى ان كانت له مكونات انا على مبناية انا ما فيه معنى مركب تركيب معرفي وليس تركيبا حقيقي قيا وهذا سيأتي ان شاء الله في باب التعريف لا تتعجل والتظمن تظمن يعني اللفظ يوصلنا من خلال المعنى المطابق ونريد المكون الداخلي. اقول الانسان واقصد به الحيوان نعم وهي دلالة اللفظ على الجزء المسمى يعني على مكونة من مكونات المعنى نعم كدلالة الانسان على الحيوان الذي في داخله الانسان ما هو حيوان ناطق وآآ وحده او الناطق وحده. وحده حال على كونه وحده فتقول الانسان وتريد الحيوان تريد المعنى المطابق لا. المكون الداخلية العامة او المكونات الداخلية الخاصة وهي الناطق هذه تسمى دلالة تضمني يعني انها المعنى يتضمن مكونات يتضمن اجزاء والتزام. التزام لا تخرج عن حيطة المعنى. عن دائرة المعنى الى ما يلازمه يصاحبه لكن ليس في صميم المعنى نعم والتزام يعني دلالة التزامية وهي دلالة اللفظ على معنى خارج عن المعنى يعني خارج عن دائرة المعنى. خرجنا من الثكنة نعم الذي وضع اللفظ بازائه كدلالة في الانسان على الظحك والظحك لازم وليس من مكونات الايذان اذا كان الظاحك من مكونات الحقيقة الانسانية تجده في اي ان يضحك يضحك يضحك يضحك ولا يتوقف لماذا? لان امكم مكوناته نعم لا قد يضحك وقد لا يضحك اذا هذا لازمون كدلالة الانسان يعني معنى الانسان على الضحك وقول المصنف محمول على اللازم المساوي نعم هنا نكتة يجب الالتفات اليها نعم    نعود الى المتن الى النص يقول المحقق الطوسي اللفظ يدل على ملزومه خارج عنه بالالتزام لعلام الحل يقول هنا الإلتزام يعني المساوي نعم ليس  اللازم لي هو اه اللازم الذي هو اعم لا الذي يساوي الانسان فقط نعم اللازم يسمى المصاحب الذي لا ينفك ما معناه? اينما يكون المعنى يكون وليس هو المعنى اولا وليس من مكونات المعنى. ثانيا الا انه يصاحبه ولا ينفك عنه ويساويه. بمعنى بمعنى المساواة بأي معنى اذا رفع المعنى يرتفع اللازم اذا ارتفع اللازم يكشف عن ارتفاع المعنى لا يؤدي الى ارتفاع المعنى لأنه متأخر الرتبة الثانية اما المعنى ارفعه ارفع الانسان لا تجد الضحك ابدا لكن اذا انتفى الضحك في دائرة ما يعني الانسان هناك غائب كاشف عن ماذا? عن انتفاء الانسان. اذا كان لازما مساويا واعلم ان الجزء المعنى يعني المكون الداخلي قد ينسب الى اللفظ بانه معناه فلهذا احترز المصنف في المطابقة بذكر التمام وان كان لا حاجة اليه على من حله يقول لا حاجة لذلك لأن جزء المعنى هو جزء المعنى. نعم المصنف المحقق التونسي ماذا قال? اللفظ يدل على تمام معناه بالمطابقة تمام معناه يعني الهوية اكتملت الإنسان اكتمل حيوان مبهم ناطق اكتمل هذه هي الدلالة المطابقة الدلالة على المكون على الحيوان والناطق او هادي دلالة تضمنية لا تدل على تمام المعنى. واعلم ان الجزء المعنى قد ينسب الى اللفظ بانه معناه فلهذا احترز المصنف في المطابقة بذكر التمام وان كان لا حاجة اليه. واضحة جدا لان المكون غير غير تمام المعنى الجوز غير الكل نعم غير الكل. واضحة جدا. انا اوافق اه العلامة الحلي على هذه الملاحظة نعم انت بمجرد ان تقول الدلالة المتبقية يعني انت في التمام نعم تعود الى الى المتن اللفظ يدل على تمام معناه بالمطابقة. كلمة المطابقة هي التمام. اذا التمام هنا العلم يقول اه زائدة كلمة التمام زائدة اللفظ يدل على معناه بالمطابقة المطابقة تدل على التمام. نعم. تمام؟ لا زيادة ولا نقصان اذا الاتيان بكلمة تمام لا معنى لها. هذه اه نكتة هرموناتيكية. نعم. والحق مع تعلم الحلي في اعتقادي انا الرابع اعلم ان اللفظ قد يكون مشتركا بين المعنى وجزئه. هنا اه بحث في غاية الجمال الا انه فائدته قليلة في العلوم نعم وركز معي جيدا حتى تصل الى المغزى اعلم ان اللفظ قد يكون مشتركا بين المعنى وجزئي. عندنا معنى له مكونات  فهذا اللفظ كما يدل على المعنى التام يعني المعنى المطابق يدل كذلك على مكونة من المكونات. هنا نقع في الاشتباه اذا كيف نعين الدلالة المتبقية والدلالة التضامنية? كيف نفرز في هكذا الفاظ لفظ واحد وظع للمعنى المطابق ووضع للمعنى التضمني نعم كيف نفرز المعنى المطابقي من المعنى التضمني. يعني ما هي الالية التي تجعلنا نفكك بين المعنى المطابق والمعنى التضامني اعلم ان اللفظ قد يكون مشتركا بين المعنى وجزئه مشتركا بالاشتراك اللفظي يعني لفظ واحد وضع لمعنيين. المعنى المطابق والمعنى المتضمن متضمني نعم يعني سين يدل على الدلالة الدلالة المطابقة ويدل على الدلالة التضامنية. سين واحد ولفظ واحد او اه بينه وبين لازمه. مرة يكون في دلالة تذمرية وقد يكون في الدلالة الالتزامية. يعني سين وضع للدلالة المتبقية وسين وضع للدلالة الالتزامية. اشتراك يعني الدلالة المتبقية والدلالة الإلتزامية اشتركتا في سين في اللفظ كيف كذلك نفرز المعنيين وحينئذ يكون لذلك اللفظ دلالة على ذلك الجوز من جهتين فباعتبار دلالته عليه من حيث الوضع يكون مطابقا لان اللفظ وضع في الاساس للمعنى المطابقي ووضع مرة اخرى للدلالة للدلالة التضمنية للجوز اه نعم سين هو لفظ واحد يقول فباعتباري دلالته عليه من حيث الوضع يكون مطابقا لانه وضع المعنى المكون الجزء بالوضع الأولي يعني الدلالة المتبقية وباعتبار دلالة اللفظ علي من حيث دخوله في المسمى. يعني بوصفه مكونا بوصفه جزءا يكون تظمنا اذا كيف نفرز الدلالتين نعم  تخيل انت اه اه العرب قبيلة ربيعة في الشمال وضعت الانسان للحيوان الانسان لفظ وضع للمعنى الحيوان اليمن في الجنوب وضعوا الانسان للحيوان النطق يعني الحيوان صارت جزءا عند اليمنيين عند ربيعة في الشمال الحيوان لا هو المطابقة فإذا تكلم معك الربيعي وقال الإنسان ذهنك ينتقل الى الحيوان هذه هي الدلالة الدلالة المتبقية اما عند اليماني الإنسان هو حيوان ناطق اذا قلت الإنسان ذهنه ينصرف الى الحيوان المنطق. ينصرف الى الحيوان بالتظمن. وليس بالمطابقة كما هو الحال عند وربيعة. فما جيدا هذه المسألة يقول فباعتبار دلالته عليه من حيث الوضع يكون مطابقة عند من? عند ربيعة وباعتبار دلالته عليه من حيث دخوله في المسمى كمكونة يكون تضمنا عند اليمنيين مثال تقريبي جميل وكذا في الالتزام في الالتزام كذلك يعني ربيعة جعلت الانسان يدل على الضحك بمجرد ان تنطق بالانسان عند ربيعة يفهمون انه ضاحك في اليمن لا الظاحك لازمون في اليمن اذا نطقت بالانسان يفهمون حوار ناطق وبالدلالة الالتزامية يفهمون انه يضحك ليس بالدلالة المطابقة فكان الجواب عليه ان يقيد في الدلالة في الدلالات الثلاثة بقوله من حيث هو كذلك والا اختلت الرسوم ارجع الى المتن المحقق التونسي دقة في كتابة النصوص والمتون اللفظ يدل على تمام معناه بالمطابقة دلالة دلالة الانسان على الحيوان الناطق</w:t>
      </w:r>
    </w:p>
    <w:p>
      <w:r>
        <w:t>وعلى جزئه بالتظمن دلالته على بعض اجزائه وعلى ملزومه خارجا عنه بالالتزام دلالة الضحك عليه نعم اه   اين كلمة عفوا من حيث هو كذلك نعم  اللفظ يدل على تمام تمام معناه بالمطابقة دلالة الانسان على الحيوان الناطق. واضح وعلى جزئه يعني المكونات بالتظمن لانه يتضمن المكون  انسان يدل على الحيوان الحيوان متضمن في الانسان. ان الانسان حيوان ناطق دلالته على بعض اجزائه. انا يعني بعض مكوناته وعلى ملزومه وخارج الذات خارج عنه بالالتزام. دلالة الضحك عليه. ليس موجودا في المتن هذه العبارة الذي اتى بها العلامة الحي اليمين حيث هو كذلك فكان الجواب عليه ان يقيد في الدلالة الثلاثة بقوله من حيث وكذلك والا اختلت الرسوم نعم جيد اذا ما دامت ليست موجودة في النص والمتن يعني في الحقل المنطقي. عموما في بعض الكتب الاخرى يعني في الحقل المنطقي يأتون بهذا القيد من حيث هو كذلك نعم اذا اذا كنا في اليمن ما هو من حيث كذلك الانسان يدل على الحيوان بالتظمن لا يدل بالمطابقة. اذا كنا في رابعة من حيث هو كذلك. يعني من حيث انه يدل على الدلالة المطابقة. اذا اذا نطقت بالانسان عند ربيعة يفهم الحيوان اذا نطقت بالانسان عند اليمنيين يفهمون حيوان ناطق والحيوان يفهموه بالتضمن وليس بالدلالة المطاعة بقية ولقد اوردت عليه اوردت على المحقق الطوسي اه قدس روحه هذا الاشكال واجاب بانه اللفظ لا يدل بذاته على معناه بل باعتبار الارادة والقصد واللفظ حينما يراد منه المعنى المطابق لا يراد منه المعنى التضمني وهو انما يدل على معنى واحد لا غير وفيه نظر العلم الحني لم يقبل جواب استاذه ناصر الدين الطوسي المحقق الكبير هذه المسألة الان في علم الاصول سجال كبير بين علماء الاصول ما المعنى بالارادة نعم اشير الى نقطة ثم اه استمر الشي الحقل الاصولي يدرسون مباحث الالفاظ احسن من علم المنطق نعلمهم بمنطق ما عنده علاقة بالالفاظ سن الالفاظ اشتمل تقريبا في علم البلاغة يعني في البيان اه المعاني والبديع البديع تجملات لفظية الاساس هو البيان والمعاني  الاصوليون يتعاملون مع النصوص نصوص قرآنية نصوص روائية تخضع له مقتضيات اللغة العربية في نحوها وصرفها وبلاغاتها تضطر لبحث مباحث الالفاظ باب واسع في علم الاصول ابدع فيه الا انهم استفادوا الكثير من علماء البلاغة تمانين بالمية تقريبا من بحوث الالفاظ في علم الاصول مأخوذة من علم البلاغ فقسموا الدلالة الى اقسام ثلاثة دلالة تصورية دلالة اه تصديقية اولى دلالة تصديقية ثانية او دلالة تفهيمية والدلالة جدية كيف عندنا الالفاظ في القواميس في الدواوين بالقواميس ثم الانسان يريد يريد استخدام هذه الالفاظ في اغراضه العقلائية. في تواصله الاجتماعي يأتي باللفظ ويستخدمه الاستخدام الاول هو اه المعنى التصوري يعطيك المعنى المطابق المعنى المطابق يعني انا اريد بهذا الاستخدام اتني بكتاب  هذا اللفظ الكتاب اريد هذه الماهية الخاصة انت بمجرد ان اقول لك اتيني بكتاب ذهنك يذهب الى المعنى التصوري لهذا الكتاب المعروف نعم اوراق بين الدفتين هذا المجرور تصوري ثم اريد ان اوصل الى ذهنك اني اريد هذا الكتاب للمطالعة هذه هذا الاستخدام التفهيمي الاستخدام التفهيمي. يقول المدلول التصديقي الأول مرة اكون مجدا في طلب عندي حقيقة رغبة في المطالعة فانا مجد في طلب هذا اتيني بالكتاب مرة لا اريد امتحنك انت تخضع لارادتي كابني كخادم عندي هذي هي الارادة غير الجدية. الاولى ارادة جدية. يعني ارادة غير الجدية امتحانية فقط هذه المراحل دلالة تصورية الدلالة التصديقية الاولى يعني التفييمية الدلالة التصديقية ثانيا الجدية هذه مراحل الاستخدام في علم الاصول المحقق التونسي يقول اللفظ في القاموس لا يدل على شيء متى يتعين بالمعنى اذا كانت هناك ارادة وظفته هذه الارادة مرة توظف في دائرة التواضع الربيعي فالانسان يدل على الحيوان في التواضع اليمني يدل على الحيوانات حسب الارادة التي توظف اللفظ في دائرة التواضع هذا هو معنى هذه العبارة نعم يقول المحققة التوصي في الجواب اللفظ لا يدل بذاته على معنى يبقى في القاموس لا قيمة الا هو بل باعتبار الارادة والقصد ما يريده المستخدم نعم واللفظ حينما يراد منه الماء عن المطابق لا يراد منه المعنى التظمني. فوينما يدل على معنى واحد لا غير. وفيه نظر الاعلام الحلي لم يقبل الخامس يأتي ان شاء الله بيانه اللهم صلي على محمد وال محمد  آل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