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في النية والعمل وصلنا معكم الى للنقطة الخامس دلالة الالتزام انتقال الذهني من المعنى الى ما يصاحبه ولا ينفك عنه  ذهنك يتأمل الاربعة بدائرة الاربعة دلالة مطابقة. خارج الاربعة يعني الانقسام الى متساويين يعني زوجية. هذه دلالة التزامية وهي دلالة في الحقيقة عقلية يعني العقل يدرك هذا الانتقال دلالة الالتزام شرطها. يشير الى الشرط شرطها اللزوم الذهني يعني الدلالات في النظم المنطقي ليس في النظم التحققي يجب ان نفكك بين النظمين عندنا النظم الذهني انا اسميه النظم المنطقي  وعندنا النظم الخارجي الذي يحكيه النظم المنطقي في بعض حيثياته هذا النظم التحققي كونكري اذا الدلالات في النظم المنطقي. لانه انتقال ذهني وليس انتقالا خارجيا يشير الى هذه الحقيقة دلالة الالتزام شرطها اللزوم الذهنية هذا شرط تكويني شرط تأسيسي والا يستدلون على كل الجزئيات. هذه مسألة بديهية والا لم يجب حصول الفهم فتنت في الدلالة لان الفهم انتقالات من الف باء باء جيم جيم دال وهكذا لا الخارجي دلالة الإلتزامية ليست في النظم الخارجي. بالعكس النظم الخارجي قد يكون هناك التنافر كدلالة احد المتقابلين على الاخر كالعدم على الملكة اكتب عدم الملكة ليس لعدم المطلق يعني العمى على البصر العمى فقدان لملكة الابصار. الملكة هي الاي ابصار وهي دلالة عقلية نعم دلالة عقلية انتقال ذهني ناظم ومنطقي بمجرد تقول الدلالات في النظر المنطقي اذا دلالات عقلية. وكذا التضمن حتى التظمن يعني اذا انا تلفظت بهذا المعنى اللي ذهنك ينتقل الى مكون من مكوناته الحيوان انتقال عقلي يعني المعنى الانسان يدل بالتظمن لأنه يحتوي على الحيوان وعلى النطق هذا الانتقال من معنى الانسان الى المعنى الحيواني في متن الانسان وهو معنى عام اه انتقال ذهني وعقلي وكذا التظمن وهما تابعان للدلالة المطابقة. نعم. لان اذا لم يتعين المعنى لا معنى للمكونات الداخلية في المعنى ولا للمصاحب الذي لا ينفك مسألة شهودية لا تحتاج الى دليل وهما من دلالة تظمنية والتزامية تابعان للدرالة المتبقية اذا لم يكن هناك معنى لا معنى للمكونات مكونات المعنى من باب سليمة بانتفاء الموضوع. ولا معنى لصاحب الذي لا ينفك لأنه اذا لم يكن المعنى ما معنى للمصاحبة لا يوجدان بدونها بدون الدلالة المطابقة نعم. وقد توجد هي بدونهما كما في البسائط بساط يعني المعاني التي غير مركبة وبالتالي تنتفي الدلالة التضامنية مطلقا والدلالة الالتزامية دينا لها التزامية كيف لا تكون يعقل ان تكون هوية من الهويات او معنى من المعاني لا تلازمه الاشياء على الاقل الوجود يقول لا. يقول لا تخلط بين النظم التحققي والنظم المنطقي. النظم المنطقي النظم تخندقي نظم تخندقي هذه العبارات التي انا اصطنعها من عندي من عندياتي سجلها جيدا ما معنى ان النظم المنطقي? النظم تخندقي لان النظم المنطقي النظم الفهمي فالعاقلة تريد ان تخندق الاشياء حتى تفهمها في دائرتها اذن يمكن لان نبقى فقط في الدلالة المتبقية ولا انتقل اخندق المعنى فقط هذا هو السر لان النظم المنطقي نظم تخندقي ما معنى النظم التخندقي? يعني يفصل بين الواقعيات والحيثيات عندي وردة في النظم التحققي وردة جميلة لطيفة لها شكل في النظم المنطقي اعزل الوردة ككيان لوحدها بدون اللطافة والجمال والشكل اعزل الجمال لوحده لماذا? السر ما هو للفهم اذا التخندق في النظم المنطقي ملاكه والفهم اريد افهم الجمال بمعزل عن اللطافة والوردة ككيان والشكل فقط الجمال في حيثياته هذا هو التخندق الفهمي. مع ان في الخارج هذا التخندق غير موجود. كل هذه الحيثيات متساوية في مصداق واحد وهو الورد وقد توجد يعني الدلالة المطابقة بدونهما نعم بدونهما هل في اللغة العربية موجودة بدونهما? ام من دونهما كما في البسائط يعني المعاني التي ليست مركبة جيد البسائط ليس لها مكونات. الدلالة التضامنية انتفت انتفاءا سالي باب انتفاء الموضوع المكونات غير موجودة لان المعنى بسيط. الدلالة الالتزامية نعم لا تخلط بين النظم المنطقي والنظم التحققي. والمهيات التي لا تستلزم فهم غيرها ماهيات فقط في دائرتها لا ينتقل الذهن الى لوازمها. يمكن  تم البحث في هذا الموضوع  اي موضوع موظوعة المدخل نأتي الآن الى التواطؤ والتشكيك والإشتراك نعم عندنا رفض وعندنا هذا المعنى نعم لا نريد ندرس هذا اللفظ في في علاقته بالمعنى. قال من المحققة الطوسي رحمة الله عليه والواحد من الالفاظ. انا وعدتكم ان اتي اساس الاقتباس ممكن غدا ان شاء الله اتي به وابين لكم تقسيم اللفظ التقسيم الشجري يخرج كل هذه الاقسام بشكل منطقي بين النفي والاثبات هنا مشوش هناك مرتب منطقيا بتقسيم شجري بين النفي والاثبات. اللفظ اما واحد واما كثير ثم يأتي الى الواحد ويقسمه تقسيم شجري بين النفي والاثبات والكثير كذلك يقسمه الى قسمين تخرج كل الدلالات عجيب قال والواحد من الالفاظ يعني لفظ من الالفاظ يدل على معناه الواحد الموجود في كثيرين على السواء بالتواطؤ انا في تصوري هذا كذلك خلط بين النظم المنطقي والنظم التحققي هذه المفاتيح مهمة جدا لفهم العلو ولفهم المنطق انا الان عندي هذا المعنى مفهوم الانسان ما هو حيوان ناطق هنا النظم المنطقي يدرك الحقيقة الانسانية المثالية. ايديال ما معناه? يعني ما عندها علاقة بالتجربة ثم هذه الحقيقة الانسانية ما هي حيوان ناطق ما هي علاقتها بالافراد? يقول خطأ. لان هذا انت تتحدث عن الانسان المثالي بمجرد ان تذهب الى الفائض دمرت المثالية خربت المثالية ما عندي علاقة انا بالافراد نعم متى تدخل الافراد في سريان هذه الهاوية في الخارج بي طه علي رابح ليلى رقية زينب فاطمة وهكذا دواليك هذا دخول في النظم منطقي المعنى الإنسان حيوان ناطق معنى مثالي مثالي هنا ليس المعنى في نظرية المعرفة يعني ما عندنا واقعية خارجية لا لا المثالي هنا بمعنى ايديال ان ما عندنا علاقة بتواجده في متن التحقق المثالية في مقابل التحقق ليس في مقابل نفي التحقق تحقق موجود لا ننظر الى زيد ننظر الى الحقيقة المثالية ما هي? الانسان هذه الحقيقة المثالية لا معنى لتواجدها في الخارج زيد موجود في الخارج علي موجود زينب ليلى موجودة اما الحقيقة المثالية ابدا ليست من صدق الذي يتحقق لانها ايديال نعم والواحد من الالفاظ يدل على معناها الواحد يعني معنى اه الإنسان الذي يشير اليه لفظ الانسان هو حيوان ناطق انتهى الامر تقول لفظ الانسان يدل على الهوية الانسانية هنا اجمالية حيوانات تفصيلية. انتهى الامر. هذا هو الدلالة السريان الفردي لا علاقة لها بالدلالة ابدا الموجود في كثيرين على السواء بالتواطؤ كالانسان على اشخاصه. اشخاصه يعني افراده اذن وصف التواطؤ ليس للمعنى اهمها جيدا</w:t>
      </w:r>
    </w:p>
    <w:p>
      <w:r>
        <w:t>لان المعنى في النظم المنطقي ما هو الإنسان حيوان ناطق انتهت القصة انتهت القصة اذا التواطؤ خروج الى النظم التحققي. كيف? هل يسري في الافراد هل يسري في الافراد بالتساوي ام لا السؤال هذا هو يعني فيما يفرق زيد عن علي عن ليلى وعن رقية في الحقيقة المثالية الحقيقة المثالية غير موجودة الهويات الفردية موجودة تقول الكل يشترك على السواء في تلك الحقيقة الميثاق لي. يعني زيد تقول زيد انسان. كما تقول ليلى انسان كما تقول علي انسان رقية انسان. هذا الاشتراك في الحقيقة المثالية ثم نأتي ونسأل هل هذه الحقيقة المثالية موجودة في قلب زايد في متن زايد السيناوية والأروسطية والمشائية يقولون نعم انا اقول لا اقول فيه شركة يعني مشاركة يعني زيد يسعى ان يصل الى هذه الحقيقة المثالية في الخليفة خليفة الله تعالى خليفة الله التام هذا له تمام الحقيقة  ايمان تمام الحقيقة. اما انا لا انا عندي الحقيقة الانسانية الشي من عنده الحقيقة الانسانية مشاركة ممكن زايد عنده سبعين بالمية ممكن شي من عنده تحت الصفر نعم زينب عندها تسعة وتسعين بالمئة طه عنده ربعين بالمية للمشاركة السيناوية والمشائية تقول لا الكل عنده الطبيعة على السواء الكل يعني النبي والصبي في الحقيقة الانسانية سواء هذا مبنى مشائي سجله عندك جيدا اذا تجد هذه الطبيعة واحدة على السواء هذا يسمى اصطلاحا التواطؤ التواضع يعني الاتفاق في الحقيقة واكتب هنا اكتب هنا فائدة التواطؤ لا يكون الا في الزواج في الذوات يعني في الحقائق الجوهرية هذا بحث ميطافيزيقي ليس بحثا منطقيا لاني انا ادرس هذا الكتاب للحوزويين الاعزاء وللجامعيين الاعزاء الجامعي يحتاج الى هذه المعلومات فانا ابينها ممكن الحوزوي هذه الامور بالنسبة اليه بديهية يدرسها في الفلسفة الجامعي غير مستأنس بهذه المفاهيم وهذه المعلومات معنى اضطر ان ابينه. اذا التواطؤ كمفهوم حيثية لمن حيثية لللفظ وهو يحكي المعنى مفهوم الانسان او لفظ الانسان يحكي معنى الانسان. نسأل هذا الانسان في النوم التحققي يسري بحقيقة واحدة متواطئة متواضعة لي متفقة لا يتميز زيد عن ليلى في الحقيقة الانسانية هذا هو التواطؤ اذا التواطؤ لفظ للمعنى وهو يسري في النظم التحققي في مصادقه هنا يسميها الاشخاص. الاشخاص يعني المصاديق. يعني ايه الافراد اذا هذا خاضع قانون النظم التحققي وليس لقانون النظم المنطقي. النظم المنطقي لفظ الانسان يدل على الحيوان والمناطق. انتهت القصة نعم يقول الواحد من الالفاظ يدل يعني الدلالة اللفظ دائما يشير على معناه الواحد الموجود الموجود. اكتب فوق الموجود تحت الموجود النظم التحققي في كثيرين كثيرين هذه الكثرة لا يهم عددها مليار خمسة ست لهم على السواء على السواء يعني حقيقة واحدة زيد في يساوي ليلة في انسانيتها زيد يخالف ليلة في شخوصاتها من طول ولون وعلم. هذه الشخوصات التي تأتي بالتفصيل في بحث المقولات العشر كالإنسان يمثل الإنسان يعني معنى الإنسان على اشخاصه يعني ما معنى على اشخاصه? يعني انت تأتي الى الحقيقة الانسانية المثالية ثم تطبقها على زيد وليلى لا هادي خرافة اين تلك حقيقة مثالية لا يمكن ان تسري في المصاديق والاشخاص معناه هذه الحقيقة المثالية دخلت الى النظم التحققي دار الوجود كيف دخلت هذا بحث الميتافيزيقي بحث في الالهيات لا يهمني الان سند في علي طه بلال رقيا زينب سمية فاطمة هذا السنان وحدوي ام في تفاوت? في الحقيقة ها لا سريان وحدوي هذا هو التواطؤ هذا هو التواطؤ اذا الانسان في علي هو الانسان في بلال  الانسان في النبي هو الانسان في الصبي هذا هو مبنى علم الشأن لان هذه الامور عالجها امام المشائين ارسطو حتى تفهم ان المباني تغير حتى في فهم كثير من حيثيات المنطق اولى على السواء. يعني تقسيم الشجري بين النفي والاثبات بالتشكيك كالموجود احسن الاوقات كالوجود الموجود كالوجود على الجوهري وقسيمه قسيم الجوهر والعرظ جيد اعود الى الوراء لم اضئ المسألة جيدا وهو ان المعنى المتواطئ يسري فقط في الجواهر نعم لماذا ليس في في غير الجواهر في الاعراض لان على مبنى المشة ما عدا الواجب تعالى وجود لا متناهي متمحض في الوجود باقي المخلوقات كلها اما جواهر واما اعراظ جواهر يعني ذوات اعراض يعني هذه المواصفات التي تتصف بها تفاحة جوهر لونها عرظ شكلها عرظ طعمها عرظ حجمها عرض جوهر وعرض فقط لماذا? لان في الميتافيزيقا يقسمون الموجود اما واجب اللا متناهي في الوجود الله بالمعنى الديني والممكن الممكن يقسموه الى جوهر وعرف اصالة الماهية اصالة المهي بامتياز. المشاي يقولون باصالة الماهية بامتياز لا تسمع حديث الاغايون يقولون ان المشاية يقولون باصالة الوجود ابدا ابدا المطهر لا اثق انه من العباقرة في الفلسفة لا اثق من يشكك في هذا قصدي انه عبقري مجتهد من الطراز الأول يقول لم اجد بالمشاء في باب اصالة الوجود الا مسألته ما هما شيخنا العزيز يقول نظرية الجعل يقولون هناك الله تعالى يفيض الوجود ولا يفيض المهيئ وفي الذات الواجبة يقولون الواجب ليس له مهية يعني يتمحض في الوجود في الفلسفة بينا هذه النقطة حتى نظرية الجهل تدل على اصالة المالية حتى في الواجب ما هي هذا بحث الميتافيزيقي لا يهمني. لماذا انا اثير هذه النقاط الطالب العزيز يسجلها اذا درس الفلسفة كن عنده خلفية قبل الدخول الى عالم الفلسفة بتلك المصطلحات البربرية التي لا يفهمها الا اهلها اذا التواطؤ يجري فقط في الماهيات الجوهرية ما هو السر ما هو سر الانطلوجي? السر الميتافيزيقي تخيل انت تريد الماء تشرب تسقي اغراض عقلائية متعددة. تحتاج الى الماء الماء هوية ثابتة ام متغيرة او منبسطة تنبسط تضيق قل يا شيخنا مستحيل ان ما يجب ان تكون هويته ثابتة لأن الفلاح وهو يتحرك نحو الماء يتحرك نحو ماء ما ثابت نحو هوية ثابتة اذا اذا لم تكن الهويات اوية يعني الماء الذهب الحديد النحاس الاينيسان الملك هذه المخلوقات الالهية ان لم تكن ثابتة متواطئة  الإنسان لا يدري وغدا يخرج من داره يريد يشتري بطيخة في الصيف الحار في العراق او في خوزستان او في الخليج هذه البطيخة بعد هويتها تغيرت لا يستقر الوجود وهذا هو سر التواطؤ بناء على ماذا? بناء على الانموذج المهوي اذا التشكيك الذي سيأتي التشكيك يجري في الاعراض بفهم خاص سيأتي بيانه يقول اولى يعني الهوية لا تسري بالتساوي وبالتواطؤ. تسريبي التشكيك التشكيك ما معناه لا يذهب ذهنك الى ان التشكيك هو الشك في مقابل اليقين شكل معرفي في مقابل اليقين المعرفي. لا لا لا ابدا. هذه مقولة في نظرية المعرفة لا علاقة لها بالتشكيك. التشكيك هنا معنى التردد معناه التردد التردد المحققة التوصي في شرحه للاشارات قسم المنطق هناك ابرز عبقريته المنطقية والفلسفية انا درست شرح الاشارات للمحقق الطوسي الجزء الأول في المنطق والجزء الجزء الثاني في فلسفة الطبيعة</w:t>
      </w:r>
    </w:p>
    <w:p>
      <w:r>
        <w:t>والجزء الثالث في الميتافيزيقا. يعني فلسفة الوجود. خمس سنوات ونصف عند الشيخ العزيز الشيخ رمضان الشيخ حسن الرمضاني حفظه الله من كبار اساتذة الحوزة ومن كبار الأخلاقيين كتلة الاخلاق تتحرك في الوجود. الله يحفظو هناك يأتي بفلسفة التشكيك. بمعنى كيف وصل الذهن البشري الى مقولة التشكيك مهمة جدا قاربها رحمة الله عليه بمقاربة حسية تجربة ذهنية  وهي تتعامل مع امر حسي خذ اللون الابيظ يتحرك في مساحات من الالوان الى اللون الاسود لان اللون الابيض يضاد بالتبادل المقولي اللون الاسود واللون الاسود يظاد اللون الابيظ بالتظاد المقولي ليس التضاد الوجودي وسيأتي التضاد المقولي اصبر في المقولات بين الابيض والاسود الوان متعددة. حتى اذا اخذت اللون الازرق حتى اللون الازرق له اختلافات ازرق داكن خفيف متوسط وهكذا حتى الازرق يعني ينبسط فالمحقق التونسي يقول هل بامكان الانسان ان يضع لفظا لجميع هذه الاجزاء. حتى اللون الازرق له انبساط لوني. اللون الاحمر له انبساط لوني. الاخظر البنفسجي شيء ظخم لا يتناهى اذا هذا اللون مصيبة كيف نحل هذه المشكلة? هنا ابتكر الذهن البشري مفهوم التشكيك يعني وصل الى حقيقة ميتافيزيقية واعطى هذا العنوان التشكيك. ما معناه يعني انا عندي لون واحد وهو الازرق ازرق داكن متوسط آآ ازرق آآ بحري ازرق سمائي الوان متعددة للون الازرق فقط فناهيك عن الالوان الاخرى اذا انا عندي لون واحد ولا زرق. واحد ام لا? وكثرة انبساطية في الوان تنتمي الى هذه الوحدة. يعني وحدة وكثرة فيأتي التردد نحن في دائرة الوحدة ام في دائرة الكفرة? تردد ذهني كثرة وحدة اه رحت وحدة لان اللون الازرق. كثرة لان الوان آآ الازرق هذا ينبسط في مساحات متعددة للازرق الداكن ازرنف ازرق آآ فاتح وهكذا هذا التردد يسمى التشكيك في باب الاصطلاح اذا اللون كمفهوم يسري في هذه المساحة بالتفاوت بالتفاوت في الداكن شدة باللون السمائي خفة وهكذا يعني في تفاوت تفاوت في الاتصاف بالازرق يعني هذا الجوهر وهو يتصف باللون الازرق يتصف باللون الازرق في مساحة اخرى. اللون الازرق موجود ولكن يختلف قد يكون خفيفا قد يكون اشد من اللون السابق. هذا هو التشكيك التردد بين الكثرة والوحدة. اذا سريان المعنى ليس كالتواطؤ يعني في اختلاف شي الدواء ضعف يقولون فيه ملاكات اه ثلاثة التشكيك سريان المعنى في النظم التحققي في الاشخاص ملاك الشدة والضعف ملاك الاولية والثانوية وملك الاولوية وعدم هنا يمثل بهذا المثال كالموجود كان موجود لان الرؤية المشائية تقول الموجود. الرؤية الصدرائية تقول الوجود تخلينا نقارب المسألة بالوجود ليس الموجود لان الموجود هي الجواهر هي الذوات. قلنا تلك متواطئة الموجود يعني حيثية طاردية العدم على الجوهر وقاء قسيمه قاسمي يعني العرض على الجوهري والعرض الوجود الوجود يسري في الذات الواجبة. ماذا يكون? لا متناهي. شدة ثم يسري في واقعيات شديدة في عالم الخلق شديدة في عالم الخلق يعني بالنسبة الى الله تعالى فقيرة انفعال من الخلق شديد. لنسميها العقول مثلا باللسان الديني الملائكة المقربين وهكذا تنزل تنزل الى الحجر وجود ضعيف امتداد ضعيف قابل للانكسار وجود هزيل هذا الوجود انظر في الذات شديد ثم اقل شدة ويسري يسري. اذا عندنا كثرة كثرة مرتبية ووحدة وهي الوجود. وجود واحد مع ان هو متكثر في اثناء سريانه في الاشخاص. يعني في المصاديق. فنتحير. حقيقة واحدة? نعم وجود وكثرة هذا التحيل وحده او كفرة جيد وهو يسري كيف شدة وضعف  من الاولى بالوجود والله تعالى ام غيره الله تعالى اولى? غيره لا ليس اولى. الاولوية بالوجود الذات الالهية. الممكن ليس له الاولوية بالوجود. هذه هي ملاكات التشكيك ان شاء الله يأتي تفصيله في الحصة الاتية.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