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وآله الطيبين الطاهرين اللهم صلي على محمد وال محمد اللهم ارزقنا التوفيق والاخلاص. وصلنا معكم الى هذه الفقرة التواطؤ والتشكيك والاشتراك قال والواحد من الالفاظ يدل على معناها الواحد الموجود في كثيرين على السواب التواطؤ كالانسان على اشخاصه. هذه بيناها وقلنا اللفظ الواحد يدل على معنى واحد. هذا يسمى في الاصطلاح الاشتراك المعنوي الاشتراك المعنوي كل هذه الاشخاص تشترك في هذا المعنى الانسان. فالانسان في زيد هو الانسان في ليلة فقط الاختلاف في الشخوصات ثم قول قال اولى يعني ليس بالتساوي والتواطؤ بالتشكيك بيناه ثم جئنا الوجود. الوجود لفظ واحد يدل على معنى واحد وهو الوجود يعني التحقق الآن انت سريف في النظم التحققي يسري في الذات الواجبة. كيف يكون هناك لا متناهيا في ذاته وفي صفاته. شدة لا يمكن الاحاطة بها ثم في مخلوقاته الراقية شديدة الا انها لا ترقى الى شدة الذات الالهية الى ان نصل الى الحيوانات لها كمال غير موجود في النباتات النباتات لا تنتقل حيوان ينتقل من مكان الى مكان من قارة الى قارة احيانا النبات لا ليس له هذا الكمال. الحجر اصلا لا يتحرك ولا ينمو وهذا ادنى مراتب الكمال جيد كلها تحقق ام لا? نعم تقول تحقق شجرة متحققة الاسد متحقق شجر متحقق والحجر متحقق. اذا الكل يمسها الوجود اذن المعنى الواحد لكن هذا المس متواطئ يعني على السواء لا شدة وضعف بنيت الملاك ملاك التشكيك يعني سريان المعنى في المصاديق او في الاشخاص يسري شدة وضعف يعني في مرتبة شديد. في مرتبة ضعيف. في مرتبة اولى يعني من اول من يتصف بالوجود الله ثم المخلوقات في المرتبة الثانية من الاولى بالوجود الذات الإلهية لا يعطى لها الوجود المخلوق يعطى له الوجود. اذا من الاولى بالوجود ذات الهداية. المخلوق ليس اولى بالوجود. هذه الملاكات التشكيك يقولون ملاك التشكيك في المفاهيم التشكيكية هي الشدة والضعف اولوية وعدم الاولوية والاولوية وعدم الاولية. هذه هي مناكة التشكيك. ويقولون التشكيك صفة للمفهوم وليس للواقع الخارجي لأن صدر المتألهين في الميتافيزيقا حكم متعالية سر التشكيك في متن الوجود فهم يقولون هذا التشكيك المنطقي ما معناه? يعني المعنى الإنسان اذا انطبق على اشخاصه على مصادقه التشكيك وصف للمفهوم اكتب قاعدة ذهبية المفهوم لا يتصف التشكيك ابدا لا بالتشكيك ولا بالتواطؤ ولا بالاشتراك للاشتراك المعنوي ولا الاشتراك اللفظي المفهوم خاصيته الحكاية معنى يوصلك الى الواقع الخارجي. يعني الى النظم التحققي هناك التشكيك تلمسه ليس وصف للمفهوم. المفهوم طريق حتى تفهم التشكيك في متنه. من الشديد مفهوم واجب الوجود ام واجب الوجود اتقوا الله يا شيخنا واجب الوجود هو الشديد. هو الواقعية يأتي بعده العاقلة على مبنى الفلاسفة والملائكة على مبنى الالهيين يعني البكاء اعني المتكلمين الشد من ما هو ادنى واضعف يعني ضعيف بالنسبة لله تعالى. اذا فيه شدة والضعف مين واقع اذا التشكيك في السريان التحققي التشكيك خاصية للنظم التحققي وليس للنظم المنطقي الا انه لا نصل اليه الا من خلال المفاهيم فأعطوا الوصف للمفهوم اجازا وليس حقيقة يقول مفهوم متواضع مفهوم مشكك لا هذا وصف مجازي يعني باعتبار المتعلق باعتبار ما يحكيه ما يوصلك اليه نعم ما يوصلك اليه ويدل على معانيها يعني المعنى او اللفظ الوعد يدل على معانيها معاني هذه الكثرة المختلفة بالاشتراك. اكتب هنا الاشتراك اللفظي لاشتراك اللفظي لفظ واحد اذا جئت الى النظم التحققي تجد الهويات متخندقة لا علاقة للهوية الاولى بالثانية والثالثة والرابعة والخامسة. تباين تام اذا اين الاشتراك? ما في اشتراك اشتراك لفظي فقط هذا اشتراك اه مجاز في مجاز خرطي في خرطي ويمثلون بالعين العين عندك نتا الباصرة يعني هادي العين التي نبصر من خلالها كآلة علمابع الماء عين الجاسوس عين الذهب وو الشمس هذه واقعيات كلها متخندقة في النظم التحققي اين الشمس من الجاسوس من العين الباصرة يعني هذا الجرم ومن منبع الماء ومن الذهب كلها واقعيات متخندقة اذن يمكن ان تشترك في معنى واحد لا ابدا كل في دائرته اذا هذا العين عند الواظع اما بالوضع الارادي او بالوضع التعيني صارت كلها تشترك فقط في هذا اللفظ الجاسوس عين منبع الماء عين هذا الجرم المادي الذي نرى من خلاله يعني نوظفه كالة عين لفظ واحد يشير الى حقائق متباينة مختلفة ويدل على معانيها المختلفة معانيها المختلفة يعني الجاسوس معنى الشمس معنى الذهب معنى العين منبع اه معنى الجاسوس معنى. المختلفة المختلفة. يعني المتخندقة في هويتها كل له هوية يتخندق بها. لا علاقة له بالهوية الاخرى. الجاسوس له هوية اخرى. خاصة. انسان يتجسس على اه غيره حتى يأخذ المعلومات العين الباصرة ومنبع الماء الشمس والذهب وهكذا تشترك في هوية واحدة تكوينية? لا ابدا فقط في اللفظ نعم ويدل هذا اللفظ الواحد كالعين مثلا على معانيها المختلفة بالاشتراك تا العين على معانيها العين على معانيها مرة تكون ذهبا شمسا منبعا للماء العين الباصرة الجاسوس سواء عمها الوضع اتفاقا لما وضعنا عين تصادفا بالمصادفة انطبقت على هذه الهويات المختلفة او خص اه اه بعضها الوضع يعني الوضع خص بعضها بعض هذه الحقائق خصها قال هذه عين وهذه عين وهذه عين ثم الحق الباقي به به بهذا بهذا اللفظ بسبب من شبه يقولون لماذا اطلق العين على الجاسوس لان العين هو يترصد يبصر المعلومات صار شبيها للعين لان العين تبصر فسر اللفظ ليس بمعناه صار اللفظ بلفظه فقط الى الجاسوس. فقيل عين. لاحظت كيف? للشبه. لان العين تبصر بعض الحيثيات والجاسوس يبحث عن تلك الحيثيات او ناقلين انتقل المعنى المعنى انتقل انتقل من العين الباصرة الى الجاسوس هذا المتن متن الان الى العلامة الحلي ولنرى متى ماذا جاء بالجديد اقول اللفظ الواحد الدال على معناه باحدى الدلالات المتقدمة بالنسبة الى معنى على اقسام احدهما العلم ان شاء الله انا اتيكم بتقسيم اساس الاقتباس للمحقق التونسي يشمل كل هذا الشتات بتقسيم شجري رائع جدا احدهما العلم وهو الذي يكون معناها شخصا معينا ويلحق به المظمر واسماء الاشارة العالم كالمتنبي وو اه ابو جهل وثانيها المتواطئ وهو ان يكون المعنى الواحد صادقا صادقا يعني ننتقل من النظم المنطقي الى النظم التحققي. صادقا يعني اين تجد التواطؤ في الواقع الخارجي على كثيرين يعني على كثرة بالسوية من غير ان يكون وجود وجود ذلك المعنى في بعض افراده اولى من وجوده في البعض الاخر ولا اقدم ولا اشد كالانسان فانه موجود في زيد. تقول زيد انسان وعمرو عمرو انسان بالسوية هل فيه اختلاف في الحقيقة الانسانية لا تقول هذا انسان وهذا انسان اذا هذا المتواضع وثالثها المشكك</w:t>
      </w:r>
    </w:p>
    <w:p>
      <w:r>
        <w:t>قلت لكم التشكيك هنا بمعنى التردد وهو ان يكون وجود بعض افراده اشخاصه مصديقه اولى. انظر هذا اه اه احدهم ملاكات التشكيك اولى او اقدم او اشد اقدم هي اولى او اشد في ذلك المشترك من البعض الاخر قلنا اولية اولوية واشدية الاولوية تبتها بالاقدم. اقدم يعني اول هادي هي الملاكات الملاكات الثلاثة اولية واولوية اولية واشدية لو قال اولى واول واشد كان افضل نعم في ذلك المشترك من بعض اخر كالوجود قل الوجود احسن ليس الموجود على الجوهر وقسمه تقول التفاحة كجوهر وجود ولونها وجود نعم لكن من اولى بالوجود الجوهر الى لولا جوهر العرب يتبخر اين يستقر؟ ما عندو مكان نعم اعني العرض نعم كالموجود على الجوهر الجوهر عرفناه يعني الذوق وقسيمه فسرنا القصيم يقول اعني العراظ. القسيم اعني العراظ كالموجود على الجوهر والعراظ فانه للجوهر اقدم من العرب للعلة اولى من المعلول. وللعلة اولى من المعلول. يعني الوجود في العلة مثلا الواجب الوجود علة. اولى من المعلول من المخلوقات. وللواجب اشد من الممكن في الواجب. الوجود شديد لا متناهي. في الممكن لا ممكن نعاني فيه ناقص يعتريه النقص فقط تشير الى نقطة ثم استمر ما معنى القصيم في قانون القسمين سيأتي عندنا معنى هذا المعنى نقسمه الى اقسامه. يعني اين يسري? بمعنى? هذا هو القسمة نحتاج الى ظابطة عقلية بدون هذه الضابطة القسمة تكون اعتباطية خرطي معنى عندنا ظابطة بهذه الضابطة نفرز الأقسام القسم الاول لمن? قسم لمن? للمقسم. للمعنى القسم الثاني قسم للمعنى. يسمى المقسم القسم الثالث قسم للمعنى يعني المقصد. اما اذا قست هذه الافرازات وقست احدهما الى الاخر تقول قسيم. قسيم الانسان معنا اتي بضابطة عقلية الجنس اما ذكر واما انثى الذكر قسم من الأنسان. الأنثى قسم من الإنسان الذكر بالنسبة الى الانثى قسيم. الانثى بالنسبة الى الذكر قسيم فتقول الموجود اما واجب او ممكن الممكن يعني الذي يحتاج الى علة ينقسم الى جوهر وعراظ اذا من اقسام الممكن الجوار. من اقسام الممكن العرب قيس الان العرض الى الجوهر يسمى قسيمان والجوهر بالنسبة للعرض يسمى قاسيمان هذه اطلالة فقط سيأتي بحث القسمة بالتفصيل وانما لم يقل على الجوهر والعرف لماذا قال القصيم ولم يقل العرب فيه نكتة علمية لان المتون تعرفون ان المتون دقيقة جدا هنا العلامة الحلي يريد يبين لماذا قال اه في المتن المحقق التونسي قال في المتن بالتشكيك كالموجود على الجوهر وقسيمه. لماذا لم يقل على الجوهر والعرب وانما لم يقل على الجوهر والعرض لان لفظة العرظ مشتركة بين اه بين قسيم انا عندي هنا كلمة غير واضحة في الطبع بين قسيم الجوهر والعرب العام الذي قد يكون جوهرا فكان توهم التكرار للجوهر فازاله باستعمال اللفظ القصيم بدل العرض هذه نكتة فقط يعني ما عندها ما عندها قيمة معرفية وفيه اشتباه كبير في هذا الحديث خلط بين مفهوم الجوهر والجوهر مفهوم الجوهرة والجوار مفهوم الجوهر والجوهر سيأتي في بحث الجوهر اه لا نتناوله هنا ورابعهما المشترك ان مشترك اللفظي عندنا لفظ هذا اللفظ يدل على حقائق متباينة متخنقة ليس كالاشتراك المعنوي للانسان يدل على حقيقة واحدة وان سرت في مصادق متعددة. هذا السريان حكم نظمن تحققي اما المعنى واحد في الاشتراك اللفظي لا الاشتراك اللفظي سنة ياللفظي فقط وليس سريانا معنويا. يعني في كل تخندق معنى ما في الجاسوس معنى في الشمس معنى في الذهب معنى في المنبع الماء هذا هو التخندق يشير الى هذه النقطة المشترك وهو ان يكون اللفظ واحدا اللفظ واحدا ليس المعنى والمعنى مختلفا كثيرا. كالعين الموضوع للباصرة وعين الشمس وعين الذهب والجاسوس نعم وعين الماء سواء عم الوضع جميع المعاني كهذا المثال او خص خص الوضع او خص الوضع بعض تلك المعاني ثم نقل منه الى البعض الاخر. اما لمناسبة بينهما من شبه او غيره كلفظ العين انها تبصر الحيثيات الدقيقة. الجاسوس يدقق كذلك شي الحيثيات الدقيقة حتى يؤسس للملف الملف الامني او خص الوضع بعض تلك المعاني ثم نقل منه الى البعض الاخر اما لمناسبة بينه وبين شبه او غيره كما في الالفاظ المجاء كالاسد الموضوع للحيوان المفترس المنقول الى الرجل الشجاع للمشابهة في الشجاعة. هنا العلامة الحلي سامحوني. هذه الكلمة اقولها خرطوم خلط وقع فيه العلامة الحلي ضبط كبير نحن هنا في معاني الالفاظ المجاز والحقيقة ليس في معاني الالفاظ في الاستقدام استخدام الحقيقي والاستخدام المجازي نحن الان في الدلالة التصورية وليس في الدلالة التصديقية لا التفهيمية ولا الجدية المجاز وصف للاستخدام يعني في ارادة استخدامية تريد تفيومك الامر مرة تستخدم الوضع فيما وضع له مرة تستخدمه فيما تجاوز موضع له هذا وصف للاستخدام يا شيخنا العزيز ونحن هنا في المدلول التصوري التشكيك اه الاشتراك اللفظي وصف للمعنى قبل الاستخدام وليس بعد الاستخدام. المجاز والحقيقة اكتبها او وصفا للاستخدام. بعد المدلول التصوري لان البلاغة تطورت وعلم الاصول تطورت ففهمنا هذه المسألة نعم يقول كما في الالفاظ المجازية ما عندنا الفاظ المجازية عندنا استخدامات مجازية نعم كالاسد الموضوع للحيوان المفترس وبالتالي انت اذا سمعت كلمة الاسد طرق سمعك لفظ الاسد ذهنك ينتقل الى الهوية. هوية الاسد. انتهى الامر. هذا هو المجهول التصوري نعم ثم الشجاعة مدل الالتزام مسار اخرى اما اذا قلت رأيت اسدا في المعركة نعم يجندل بالاعداء هنا استخدام للفظ الاسد في دائرة اخرى مجازية. في الرجل الشجاع هذا وصف للاستخدام يا العلامة العزيز نعم  كالاسد الموضوع للحيوان المفترس هذا هو المعنى خلاص هذا معنى اشتراك معنوي المنقول الى الرجل الشجاع للمشابهة هنا الاسد لم يكتسب معنى جديدا حتى تكون اشتراك اشتراك لفظي يا شيخ، يعني الاسد في مصداق هذا الحيوان المفترس الذي نراه في الغابات ملك الحيوانات وهذا الانسان الشجاع ما عندنا هكذا ما عندنا تصوري على استخدام وليس ابداعا لمعنى اه جديد يا سماحة الشيخ  كالاسد الموضوع للحيوان المفترس المنقول الى الرجل الشجاع للمشابه ليس المنقول. وانما المستخدم استخدام ليس نقلا في الشجاعة او لا لمناسبة بل لمجرد النقل كالصلاة الموضوعة للأذكار يعني الدعاء المعهودة المنقولة الى ذاتي الى ذات يعني هوية اختراعية شرعية ذات الركوع والسجود لا لمناسبة بينهما. في مناسبة شيخنا وهي التعامل مع الله تعالى. ذاك التعامل بدون هيئة خاصة وهذا تعامل مع الله انفتاح على الله بهيئة خاصة. سواء كان الناقر اه سواء كان الناقل الشرع كالصلاة لأن الصلاة منقول شرعي او العرف العام كالدابة هذا النقل عرفي او الخاص المنقول العام الخاص كالفاعل الفاعل مثلا في علم النحو الفعل في اصله وما يصدر عنه شيء يعني اكشن فعل ما وراح الى علم النحو نعم. تقول الفاعل في النحو هكذا معناه والمصنف رحمه الله جعل المشترك شاملا لهذه الاقسام وهو خلاف المتعارف الى المعهود بين ارباب الاصول ان المشترك هو الاول لا غير</w:t>
      </w:r>
    </w:p>
    <w:p>
      <w:r>
        <w:t>والثاني وهو الحقيقة والمجاز والثالث هو الالفاظ المنقولة يعني كأن العلامة المحلية اكتشف ان الحقيقة والمجاز ليس من مباحث الالفاظ يعني المدلول التصوري من باب الاستخدامات نعم المهم انا بينت لك الامر الترادف والتباين قال الالفاظ الكثيرة تدل على معناها الواحد بالترادف تخيل انت عندك قالب خاص هذا القالب قالب انساني يأتي علي يتسع له هذا القالب ياتي الطه يتسع تأتي زينب يتسع لها تأتي فاطمة يتسع لها الكل يتماهى في هذا القالب. القالب الوحدوي هذا هو الترادف يأتي فيلا لا يمكن ان يدخل في هذا القالب. القالب لا يتسع اليه اذا الترادف شيء بعد شيء الكل يمر بهذا المعنى نعم يمثلون بالبشر والانسان يدل على هذه الهوية الثانية انا اؤمن بان الترادف لا معنى له في اللغة كل لفظ يشير الى حيثية خاصة به لا يطالها اللفظ الآخر يعني بشر غير الإنسان البشر يشير الى حيثية والانسان يشير الى حيثية. ترادف ما فيه. ما في تراضف في اللغات لكن اذا بنينا على الترادف هذا هو معناه الفاظ متعددة كلها تتقولب في حقيقة واحدة في معنا واحد. ولهذا يقول تدل على معناها الواحد بالترادف كالإنسان البشر على معناهما الانسان يدل على هذه الهوية الخلقية الخاصة التي تتصل بالانسان والبشر كذلك وعلى معانيها المتكفرة معها بالتباين كالانسان والفرس والذهب والماء على معانيها. هذا التباين. تخندق انا في تصوري الالفاظ تشير الى معاني كل هذه المعاني متخندقة كل هذه المعاني متخلقة. مهما كانت ما عندنا التراضف اقول لما فرغا من البحث عن نسبة اللفظ الواحد الى آآ معناها هذه النسبة شرع في نسبة الالفاظ المتكثرة الى المعاني وهي قسمان. لان الالفاظ الكثيرة اما ان تدل على معنى واحد وتسمى المترادفة الفاظ متعددة تدخل على تمر على بقالب واحد بمعنى واحد نعم كالانسان والبشر فان معناهما واحد وهو الحيوان الناطق. هذا هو المعنى الوحيد. هذا هو القالب الواحد واما ان تدل على معان متكفرة بتكفرها وتسمى المتبائنة كالانسان والفرس والحديد والذهب فان معناهما متكفرة بتكفر لفظهما تحت بتكثر لفظهما اثباتا دلاليا اما الكثرة في الوجود في النظم التحققي للهويات وليس للالفاظ نعم اذا سمعت هذه الجملة اتيني كتاب ابنك تخاطب ابنك اتيني بكتاب مكتبة امامك اتيني بكتاب كاسماء اتيني بكتاب بكأس الماء ابنك يفهم ان الكتاب متخندق له معنى والكسر له معنى. هذا هو ترى تباين. هذا هو التباهي. يفهمها من خلال هذه الالفاظ لكن هل الالفاظ هي التي جعلت الكأس يباين الكتاب ام لا? هذي حقائق وجودية مهيات متباينة بتمام الذات. نعم. هذا في النظم المنطقي. التباين الذاتي حقائق ثم يسري التباين لللفظ بالتبع بالتبع اما في التداول التواصل المعرفي من خلال الالفاظ افهم التباين نعم هذه الامور يجب ان تفهمها فان معناهما متكثرة بتكثر الفاظها اكتب في النظم المنطقي اما في النمو التحققي عملية الخلق هكذا هويات متباينة اه بتمام الذات لخلقها لهويتها الخلوقية هذا في النظم التحقق وانما قيد تكثر المعنى بقوله معها ليخرج ليخرج عنه الالفاظ المتكررة اذا اتفقت في الدلالة على معاني متكفرة. وكان كل واحد من تلك الالفاظ موظوعا لكل واحد من تلك المعاني. فانها من قبيل المترادفة. وان تكثر في الالفاظ والمعاني. لان تكثر المعاني لا بسبب تكثر الالفاظ. يقول في في المتن قال والألفاظ الكثيرة تدل على معناها الواحد بالترادوف مع اه بالتراضف نعم كالإنسان والبشر على معناهما يعني الحيوان الناطق وعلى معانيها المتكثرة معها بيئة تباين يريد يفسر لماذا كلمة معها؟ هذه الدقة الهيرومونيتيكية يقول وانما قيد تكثر المعاني يعني وعلى معانيها المتكفرة معها قيدها بكلمة معها بقوله معها ليخرج عنه الالفاظ المتكفرة اذا الالفاظ اذا اتفقت في الدلالة على معاني متكفرة. نعم وكل واحد من تلك الالفاظ موضوعا لكل واحد من تلك المعاني فانها من قبيل المترادفة كثرة الالفاظ وكثرة المعاني ليست ملاكا مع المهم التخندق الحقيقي اذا كان التخندق الحقيقي متوفر فكل الالفاظ التي تشير الى هذه الهويات المتخندقة فنحن في التباين وليس في التراضف. نعم. وكان كل واحد من تلك الالفاظ موضوعا لكل واحد من تلك المعاني فانها من قبيل المترادفة. وان تكثرت الالفاظ المعاني. لان تكثر المعاني لا بسبب تكثر الالفاظ لان الفرض تأتي بعد المعنى لماذا نضع اللفظ اذا تعين المعنى في ذهننا نعم هذه خذها كاصل الالفاظ تتبع المعاني ليس كما تدعي بعض المدارس في الفلسفة التحليلية الغربية ان الملكية هو الالفاظ المفرد المركب 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