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المفرد والمركب ممكن هذه العناوين وضعها الاستاذ بدار فر محقق هذا الكتاب توفى رحمة الله عليه كانت تربطني به صداقة جميلة وكنت اذهب الى مكتبته هناك وندردش ويحكي لي امورا عن الحوزة وعن العلماء وعلى المسائل العلمية كان من العلماء الى انه اهتم تحقيق المخطوطات والكتب القيمة توفى رحمة الله عليه انسان نقي نظيف. متواضع وكان لا يترك الصلاة ابدا وراء اه الشيخ بهجت رحمة الله عليه اللهم احشرهما مع محمد وال محمد. قال واللفظ الذي لم لم يجعل لاجزائه فيه دلالة دلالة اصلا فهو مفرد كالإنسان والذي جعلت اجزائه دالة على اجزاء المعنى فهو مركب كالحيوان الناطق ويسمى قولان هذا تقسيم منطقي. تقسيم في النظم المنطقي الى المفرز هو مركب تأتي الى اللفظ يدل على المعنى وركز على اللفظ لان المعنى المعنى مجرد حقيقة مثالية لا يمكن ان تقاسمها الى اجزاء وبوصفه لا يجزأ المعنى يروح بتجزيل لللفظ الإنسان انسان عندك همزة وعندك نون وسين وألف نون. خذ النون مثلا هل تدل على معنى لا? يجوز من لفظ الإنسان لا تدل على معنى اذن هذا هو المفرود هذه هي الضابطة اما اذا اخذت حيوان ناطق وهو معنى الانسان لا هنا فيه مكونات الحيوان والناطق هذا مركب مسألة منطقية سهلة اقول هذه قسمة اخرى للفظ مطلقا وهي ان اللفظ اما ان لا يدل جزءه اه لا يدل جزءه على شيء اصلا ويسمى مفردا كالانسان وزيد فان اجزاء هذين يعني الانسان وزيد كالفاظ لا تدلوا على شيء اصلا واما ان يدل جزءه على جزء المعنى ويسمى مركبان كالحيوان الناطق فان الحيوان يدل على الجزء المجموع من معنى الحيوان المنطق والناطق كذلك ذات تدرك لها معنى مستقل وهما بحثا وها هنا بحثان احدهما ان المفرط قد يكون قد اه قد يكون لبعض اجزائه دلالة لا من حيث انه جزء من اللفظ المستعمل بل من حيث من حيثية اخرى وقصد مغائر قصد مغائر يا العلم الحل قاصد يعني فيه استخدام باستخدام خرجنا من المعنى التصوري يا شيخ ذهبنا الى المعنى الاستخدامي قاصد فإنه من حيث هو جزء من ذلك اللفظ لا يراد منه شيء اصلا يعني ما فيه دلالة فهو مفرد وانتفاع الارادة تستلزم انتفاء الدلالة لانها تابعة نعم تابعة للارادة اذا الالفاظ انما تدل بحسب الارادة والقصد هذا الذي بينه اه المحقق التونسي فيما مر يعني اللفظ في دائرة القاموس يبقى في الخفاء لفظ ميت ولهذا اللغات تتطور والفاظ تختفي لماذا? لان الملاك هو الارادة يعني الاستخدام والمقاصد اذن الألفاظ انما تدل بحسب الإرادة ما يريده المستخدم والقاصد يعني الغايات لا لذواتها اذا بقيت في القاموس لا تدل على شيء بل تبقى ميتة. ومثاله ان عبد الله وامثاله قد يكون علما. فيكون مفردا بهذا الاعتبار وقد يكون نعتا فيكون مركبا عابد الله متشكل من مفردتين عبد ولفظ الجلالة واخطأ من جعله اه غير مفرد حال كونه علما لما تقدم. لا في كونه علما مفرد نعم لانه الارادة لا تريد العبودية والذات الإلهية لا تريد أسماء من الأسماء وثانيهما ان المفرد يدخل فيه ما ليس له جزء اصلا. كقاف اذا جعلناه علما وما له جزء غير دال اصلا كزيد وما له جزء صالح للدلالة على غير جزء المعنى كعبد الله دل على العبودية لكن المعنى هنا بمعنى الايس وعلى جزئه كالحيوان الناطق اذا جعل علمان حيوان ناطق اذا جعل علما ليس معنى للانسان فهنا الارزة تتبخر اذن حسب الارادة والقصد نعم اذا انا استخدمت حيوان ناطق كعلم. وليس كمعنى اذا ما عنده مكونات ادينا للتضامنية تتبخر هذا هو المعنى هذا هو المقصود من هذه العبارة سهلة ولا نقف اه عند لان هذا يدرس في علم الاصول والبلاغة بالتفصيل. بعد ما وصلنا الى المنطق نحن الان في المدخل في المنطق متى يبدأ في الجزء والكلي? يعني في البند السابع الجزئي والكلي المفروض يفتح بابا جديدا باب الكليات الخمس نعم الاسم والفعل والحرف نعم في التكوين الجملي هذه الامور تتجلى. نعم زيد قام زيد اسم مبتدأ قام جملة فعلية تاع فعل وكذا والحرف قام هو وهكذا امور قال وينقسم اللفظ الى تام وناقص لان من المفرد ما يتم دلالته بنفسه وهو الاسم اه الفعل ومنهما لا يتوم والاول ان تجرد عن الوقوع في احد الازمنة الثلاثة يعني ليس حدثا ان لا حق به بحسب التصاريف فهو اسمهن. اذا اسم معنى خارج عن السياقة الزماني والمكاني. هذا هو الذي يؤكد ما ذكرته ان المعاني معاني مثالية ما عندها علاقة بالسريان الخلقي نعم معناه بالسمع والخلق اذن الإسم حقيقة مثالية يعني يدل على معنى حقيقة مثالية تعلو على الزمكان اذا كنا في الزمان وفي عالم الخلق المادي فقط. هنا الفعل لان فعل الله تعالى لا يخضع للزمن مع انه فعل نعم ربنا الذي اعطى كل شيء خلقه اعطى يعني فعل خلق غير زمكاني المهم هذه الأمور اخذت من العرف نعم والاولى يعني يريد يبين الاسم ان تجرد عن الوقوع في احد الازمنة الثلاثة لا الماظي ولا الحاظر ولا المستقبل ان لاحق به يعني التي التي تلازمه بحسب التصاريف تقول اكل يأكل سيأكل فهو اسم يعني تجرد عن هذه للصياغات والا يعني ان لم يكن كذلك بل تورط في الازمنة الثلاثة فهو فعل فعل ويسمى كلمة كلمة الله افعال الله والثاني حرف ويسمى اداة هذا لا يستقل بالمفهومية. متكئ على غيره اقول تمام القول و نقصانه تابعان لتمام مفرداته ونقاسانها فالتام من القول هو الذي يتألف من مفردين تامين والناقص منه ما يتألف من مفردين ناقصي او احدهما ناقص. نعم هذه مسألة منطقية اذا ثبت هذا فالمفرد التام هو ما يتم دلالته بنفسه وهو الاسم الفعلي كالاسم والفعل اذ كل واحد منهما لا يفتقر في دلالته على معنى الى انضمامه الى غيره وغيره التام هو الذي لا يتم دلالته بنفسه وهو الحرف ويفتقر في دلالته على معنى الى غيره كالاداة يعني الحرث والمنطق لا يهم تهم هذه المسائل. وبالتالي في مباحث الالفاظ الاصول اقوى من المنطق للبلاغ اقوى من المنطق. لماذا? لانها ليست وظيفة المنطقي. المنطقي يتعامل مع المعاني وليست المعاني بما هي حقائق. المعاني بما هي خاضعة لمعاييره. سيأتي ان شاء الله بيان هذا الأمر وقد ظهر من ذلك ان التام شامل للاسم والفعل الا ان الاسم يتجرد عن الدلالة على الزمان كزيت والفعل هو الذي يقترن باحد الازمنة الثلاثة بحسب التصاريف اللاحقة به كقامة ويقوم وسيقوم ويسمى كلمة. كلمة يعني اصطلاح</w:t>
      </w:r>
    </w:p>
    <w:p>
      <w:r>
        <w:t>والاداة يعني الحرف كفي ولا فيه الظرفية ولا النافية الجزئي والكلي المفروض من هنا يفتح بابا وهو الكليات الخمس. كيف جاءت وكيف وصل اليها الدين? تستطيع ان تقول من هنا دخلنا المنطق المفروض هاي هي لا يضعها في المدخل. يضعها في باب بعد المدخل بعد مباحث الألفاظ والعلم والعلم لم يأتي به في الشمسية جاء به انما العلم مقولة بطافيزيقية ليست مقولة منطقية المفروض بعد هذا المدخل يفتح الباب الجديد وهو باب الكليات الخمس التي اذا تلاعبن بها نصل الى التصور تلاعب يعني التعريف نتلاعب بالكليات الخمس يعني نؤسس للتعريف. حتى نصل الى التصور في الشمسية هناك بحث مهم يقول ما هو موضوع علم المنطق هو التعريف والحجة من اجاب من الطلاب على هذا السؤال بهذا الجواب ياخذ صفر ما هو موضوع المنطق? يقول التعريف والحجة نعطيه صفر ليس هذا تعرف الحجة بحث فلسفي الوجود الذهني بحس ينتمي الى باب الوجود الذهني التعريف الموصل الى التصور والحجة الموصلة للتصديق بدون هذه حيثية? الجواب خطأ التعريف لماذا انا اعرف الاشياء? حتى اتصور المعنى. ولماذا استدين الحجة لاصدق بالقضية اذا موظوع علم المنطق هو التعريف الموصل والحجة الموصلة بهذا القيد فيما يفرق هذا الموضوع عن المعقول الثاني الذي بيناه وهو معقول وهو موضوع علم المنطق اقول في الباب الأول هو التعريف في الباب الثاني هو الحجة والإستدلال يعني عرفنا علم المنطق اركان علم المنطق والا هي كلها حيثيات للمعقول اثنان عرفناها بالاساس. الاساس ما هو؟ هو التعريف الموصل الى التصور والحجة. يعني انت اذا كنت في سجال معرفي مع شخص يعارضك في فكرة وتريد ان تقنعه او هو يريد ان يقنعك اولا يجب ان يتصور المعنى ثم اذا تصور المعنى يقول ما هو دليلك تأتي نوبة التدليل اذا تمارس التعريف حتى ينعقد التصور في ذهنه قل سلمت جيد الان فهمت الامامة نعم ما هو دليلك على الامام? تنتقل الى مرحلة اخرى وهي الحجة باعتبار هذه الاساسيات قالوا موضوع علم المنطق هو التعريف الموصل الى التصور والحجة الموصلة الى التسديق اذا دخلنا في التفاصيل جميع التفاصيل نجد كل مفردة في الحقل المنطقي هي تعين للمعقول الثاني يعني المعقول الثاني تجلى في الجزئية في الكلية في الذاتية في العرضية في النوعية في الجنسية في الفصلية في الخاصة في العرض العام في في التعريف في القسمة في المقسم في القصيم في القضية في الحجة في المغالطة. هذه كلها عبارة عن شخصية المعقول الثاني يتلون بالوان متعددة. هذه الالوان المتعددة اذا بوبت ودرست بمنهجية التحليل والتركيب يسمى بعلم المنطق  انا اكرر هذه المسائل حتى ترسخ في ذهني الطالب عزيز الجزئي والكلي عندنا المعنى لأن المنطقي يتعامل مع المعاني نسبي لا يتعامل مع الالفاظ لان التواصل المعرفي لا يتأتى الا باللغة فاللغة تدخل وكثير من الاحيان تشوش الذئب عندنا معنى هذا المعنى لا يمكن ان يسري في النظم التحققي الى اشخاص اخرى هناك يستقر فقط تقول زيد اه زيد هل يصل الى ليلى? لا هل يصل الى الذهب? لا هل زيد يتعدد? زيد زيد هل يتعدد? لا زيد زيد زيد تشخص وامتخندق نعم ليس كالانسان الانسان لا يسري في زايد وفي ليلة وفي طهارة يعني فيه سنيان صدقي كثير اذا عندنا معنى جزئي ومعنى كلي سهل الامر اذا المعنى باعتبار النظم التحققي قد يتشخصن وقد يسري انت شخص جزئية السريان الكلي انتهى الامر اعبر لك بالتعبير الفلسفي لاني متخصص فلسفة هذه الامور تفهمها في الفلسفة بشكل دقيق اذا جئت الى الحقل المنطقي توضحها بطريقة رائعة ولهذا لا تدرس علم المنطق عند غير الفيلسوف واضح الان نعم الان زيد الزيت الشخصي هل يمكن ان ينبسط? لا تقول شخص خلاص اذن المعنى هناك تخندق وتشخصن. اما الانسان تقول لي لا يا شيخنا في زيد لا يتخندق في زيت يسري في علي يسري في رقية في ليلى في زينب وهكذا هذا الثنيان في النظمة التحققي يعني هذا المعنى يتكفر في الاشخاص. نعم الاشخاص تختلف كل له شخوصات شخوصات شخوصاته الخاصة اما التخندق الموجود سريان اللفظ. طبعا هنا اتحدث بلسان مشائي لان هذا المنطق مشائي بامتياز قال والمانع مفهومه مفهوم يعني المعنى من وقوع الشرك فيه. يعني لا يسري. يتخندق زيد زيد زيد نعم جزئي كزيد المشار اليه. هذا الزيت في متوننا المفروظ ياخذ جائزة دوبل نعم في كل المتون موجود شخصية فارضة آآ نفسها على غيرها واضح الان اذا المعنى الجزئي مع ساشير الى نكتة بعد اه اه شرح العلامة الحلي اذا كنا في معنا لا يسري لا يتخندق يعني الإنسان في زيد يقول له يقول له باي باي السلام عليكم خضر حافظ باللغة الفارسية نعم باللغة الفرنسية يقولوا وين? يقول روحي الى ليلى من ليلى يقولها الى اللقاء. نروح الى ماذا? رقية الى طه. نحط هذا السريان الكثروي هذا هو الكلي هذا هو الكلي نعم وغير المانع الكلي وغير المانع كليون غير المانع يعني لا يتخندق يسري كالانسان الانسان يبقى في زيت لا يتجلى في طه يتجلى في بلال في عالي في ليلة في رقية في زينب وهكذا كالإنسان وان لم يقع فيه شركا كالشمس والعنقى. وان هذه  اه اه عاطفة ليست حالية تقول عندنا معنى هو كل والسريان غير موجود دقق جيدا هنا ينفعنا التفكيك بين النظم المنطقي المنطقي يعني عالم الذهن عالم الادراك والنظمة التحققي عدم الوجوب معنى الشمس معنى الشمس معنى كلي فين نظم التحقق العناية الإلهية خلقت فقط مصداقا واحدة انتهى الامر وممكن نكتشف شموسا في مجرات اخرى يمكن يمكن لان هذا المعنى من طبيعته يسري كونه لا يسري هذا لماذا? خلقي. لمانع يتصل بالنظم التحققي. ما عنده علاقة بالنظم المنطقي. النظم المنطقي مع نفذ فاظ كلي. يعني يصدق على كثيرين يشير الى هذه النقطة وان لم يقع فيه شركا اي في النظم التحققي عندنا شمس واحدة. على الفلكية القديمة كالشمس اذ الشمس في النظم المنطقي فضفاض كلي قابل ان يسري في مصاديق مليار شمس. في الواقع الخارجي لا هناك حكومة اخرى. حكومة النظم التحققي شمس واحدة على الفلكيات القديمة والعمق العمق اصلا هذا الطائر الاسطوري اصلا معنى يصدق على كثير ومستحيل ان يكون لاحظت كيف لماذا مستحيل ان يكون؟ ما عنده علاقة بالنظم المنطقي. النظم المنطقي مفهوم العنقاء. يتسع لمصاديق متعددة. نأتي الى النضبط التحققي. العمق له تحقق يقول مستحيل اسطوري حيوان اسطوري سيمور العمق هو السمور باللغة الفارسية اذن لماذا العنقوس الصبوغ لا مصداق له في الخارج? تقول هذا خاضع لقانون النظم التحققي اما المعنى الكلي خاضع للنظم المنطقي هذه افهمها جيدا اقول هذا تقسيم لللفظ المفرط الى الكل والجزئي ليس لللفظ للمعنى وذلك بحسب معناه. لاحظت استدركها لان هذا التقسيم لا علاقة له باللفظ للمعنى. وذلك بحسب معناه. يعني التقسيم يسغي الى اللفظ مجازا</w:t>
      </w:r>
    </w:p>
    <w:p>
      <w:r>
        <w:t>وحقيقة لمن? للمعنى لأن الزيت الخارجي لفظ ام حقيقة تقول الحقيقة هذه الحقيقة هي المعنى نعم فإن المعنى ان تشخص اين يتشخص بالله عليك الدين لا المعاني لا معنى ان تتشخص لأنها في النهوض المنطقي معاني مثالية لا معنى للتشخص التشخص في النوع من الوجود يعني في النوم التحققي  لي يعرف اللغة الفرنسية انا اسميه التحققي  في دار التحقق. هناك تشخص زيد اذا تشخص لا يمكن ان يسري لا يمكن لزايد الشخص يقول لنفسه الى اللقاء خود رافز اوريفوار باي باي ثم يتعين في مرتبة اخرى لا يمكن لا يمكن والا الزوجة تدمر مطلقا. ندخل الى المزح القليل نعم هذه الزوجة هذا زيد زوجها وهو عنده قابلية للتكرر والتكفر مليار بعد دقوا على الباب. المفروض تتكرر عشر مرات. كلهم يدقوا على الباب. مين زوجي هنا? لا عندك عشرة. وممكن يصيروا مليار. مسكينة تدمر العناية الالهية حكمة مطلقة. ولهذا انا لا ارى الالحاد مرض نفسي مرض نفسي للحد. صدقوني من لا يؤمن بالعناية الالهية فهذا مريض في داخل باطنه ملاك التشخص الهويات تستقر تستقر. زيد مستقر فيدق الباب زوجي هذا زوجي العزيز نعم. اذا التشخص خاصية للنظام التحققي نعم فان المعنى ان تشخص اين يتشخص بالمعنى? المعنى حقيقة مثالية لا تتشخص ولا لا تتشخص ما عندها علاقة بهذا الامر في عالم الخلق. نعم. فان المعنى ان تشخص يسمى جزئيا حقيقيا. كزيد المشار اليه. هذا زيد. المشار اليه. يعني اشارة الى تخندق وانما قيده بالاشارة في المثل قال كزيد المشار اليه ليخرج ليخرج يعني محققة ليخرج عنه زيد المشترك بين اشخاص متعددة خلوني هنا هذه النكتة التي قلت لكم ابينها بعد شرح العلامة الحلي زيد ما عندنا زيد آآ اه حقيقة او معنى يتكثر يصدق على كثير. ابدا زيد جزئي اصلا الزيت ليس بمعنى زيت صورة جزئية صورة حسية صورة حسية ليس اصلا لا يرقى الى المعنى حتى نقول يصدق على كثير او لا يصدق على كثير اذا عندنا المعنى كلما تمحضنا في المعنى فهو كلي ما عندنا معنى ليس بكله سجلها عندك معنى جزئي خرافة كبيرة المعنى يعني المفهوم اما الصورة الجزئية هذه لا تسمى معناه. هذه صورة يجوز ايا نعم والصورة الجزئية تكون دائما جزئية تشير الى المتشخص  نعم وانما قيده بالاشارة يقول كزيد المشار اليه في المتن ليخرج عنه زيد المشترك بين اشخاص متعددة. ما عندنا زيت. المشترك بين اشخاص متعددة. دلوني على هذا الزيت المشترك. زيد المشترك وين وين هذا الزيت? هذا اسم ولا? هذا اسم. اسمها. اسم خاص. وليس معنى نحن نتحدث عن المعاني يا العلم الحلي نعم فتشخص المعنى مانع من وقوع الشرك فيه اذا تشخص خاصية للواقع الخار ريجي. واما ان لم يمنع معناه من وقوع الشرك فيه فانه يكون كليا سواء كانت فيه شركة خارجية كالانسان في شركة خارجية واقعية زيدون طه ليلى رقية بلا الكل يشترك في الحقيقة الانسانية. او لم يكن كالشمس هادي خاصية للنظم المنطقي عندنا مصداق واحد فقط اما الشمس كمعنى فهو كلي. فانها غير مشتركة ومع ذلك فهي كلية. لان مانع الشرك مستند الى غير المفهوم. غير المعنى. يعني ليس في النظم المنطقي وانما خاصية للنظمل الخارجي النظم التحققي اذن كل معرفة هو كل مع يعني ان الكلية ما عندها علاقة بالواقع الخارجي. ليست خاصية للنظام الخارجي. وانما خاصية للنظم المنطقي. لانه معنى مثالي نعم وها هنا مباحث يأتي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