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الله يا الله والحمد لله ولا اله الا الله يا الله.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التوفيق والاخلاص وصلنا معكم الى هذه الفقرة وها هنا مباحث احدها ان الجزئية والكلية للمعنى بالذات ولللفظ بالعرظ للمعنى بالحقيقة ولللفظ بالمجاز كان الحديث عن الجزء والكل واريد ان اضيء مسألة قلت لكم البارحة ما عندنا مفهوم جزئي. مفاهيم كلها كليا هذه قاعدة لا شك فيها في نظرية المفاهيم. الان في الغرب اسسوا علما جديدا هو علم المفاهيم   الان اريد ان اقارب المسألة فلسفيا حتى نستفيد اكثر من هذا المطلب النفس في بعدها الادراكي هناك تسمى بالذهن الذهن مرتبة النفس الادراكية. يعني النفس في مرتبة الادراك هذا يسمى بالذهن  فهذه النفس في الدين وهي متعينة بالذهن اذا كانت في مرتبة دانية تعاين المحسوسات هناك المعنى الحسي يكون جزئيا  النفس هي هي في مرتبة ارقى المعنى هناك يتصف بالكلية فتستطيع ان تقسم المعنى باعتبار المرتبة المرتبة الدانية يكون جزئيا مرتبة اعلى يكون كليا هادي مقاربة فعل السفية ما معنى الكلية سرايا الصدق في اشخاص كثيرة الانسان كمعنا كل يسري في زيد علي طه ليلى زينب رقية بلال سلمان وهكذا سنيان الصدقي تقول زيد انسان يعني صدق عليه الانسان بلال انسان صادق عليه الإنسان علي انسان صدق عليه الإنسان رقية انسان صدق عليها الانسان ليلة انسان صدق عليها الانسان ان المعنى الجزئي يعني الادنى هذا يتصل مباشرة بالشخص الشخص الوجودي لا يتعامل مع الماهية المثالية كالانسان الكلي. له مع الشخص مباشرة في اتصال اذا غاب الشخص من فظاء الاحساس يرقى الى الخيال زيد المحسوس هو زيد المتخيل فقط الفارق مرة نكون في اتصال مباشر لا قد يختفي الفضاء الحسي فنبقى في الخيال. اما زيد هو زيد جزئي جزئي هذه المسألة فما جيدا   بوصفك طالبا في الحوزة او في الجامعة. وستنفتح شئت ام ابيت على الحكمة المتعالية فافيدك هذه الافادة عند صدر المتألهين نتعامل مع الوجود وليس مع المهية المثالية ما هي المثالية عنده لا تدخل دار الوجود مطلقا وهذا هو الحق. لان لها معنى للامر المثالي ايديال ان يكون متحققا. بمجرد ان تقول ما هي متحققة فقد ظربت المثالية. بمجرد ان تقول ما هي مثالية فقد ظربت التحقق الحق مع صدر متأني اذا ماذا عندنا عند عندنا وجود الانسان. هذا الوجود الانساني يسري ينبسط. ينبسط هذا سريان الانبساطي ليس السريان الصدقي السرايان الصدق وصف لكل المنطقي يعني نحن في النظمل الذهني في النظم المنطقي الكل السعي يعني وجود الانسان الذي يسري ويتعين في مصاديق متعددة هذا الكلي السعي. وصف لمن? وصف للوجود. الوجود يعني عالم التحقق هذا الكلي السعي الكل يستعي سريان انبساطي. ليس سريانا صدقيا. لا نتعامل هناك مع المفاهيم. نتعامل مع الوجود. حقيقة واحدة انسانية سارية هذه سجلها عندك فعندنا كل منطقي وعندنا كل سيعي كل منطقي ينتمي الى النظم المنطقي علم الدين والادراك والكل السيعي ينتمي الى عالم الوجود في الانموذج الصبراوي جيد. هنا يقول وها هنا مباحث احدها ان الجزئية والكلية للمعنى بالذات وللفظ بالعربي خذ هذا المثال معنى الانسان كلي ام لا? نعم تقول كل يوم لانه يسري صدقا على اشخاص كثيرة. جميل هل هذه الاشخاص كطه وبلال وعلي ورقية وزينب وفاطمة وو يسري فيها اللفظ? ام يسري فيها المعنى الانساني? الحقيقة الانسانية تقول واضحة شيخنا العزيز معنى لسريان اللفظ هذا وضع اعتباري جعلي لا قيمة له للتواصل فقط تواصل بين الافراد في المجتمع المدني بلال انسان حقيقة علي انسان حقيقة رقية انسان حقيقة اذا هذا السر الى الصدق لمن للمعنى ام للفظ? تقول للمعنى واضحة جدا. اذا اذا قلت لفظ الانسان يسري صدقا على كثير هذا بالتجوز. يعني العرض وليس بالحقيقة. المعنى هو الذي يسري صدقا ان الجزئية والكلية للمعنى بالذات وللفظ بالعرظ. هذه واضح جيدا. ثانيا ان الجزئية والكلية من المعقولات الثانية العارضة للمعقولات الاولى اذ ليست الجزئية ولا الكلية بماهية متفردة مستقلة في العقول في العقول هذا بحث في غاية العمق وفي غاية الجمال اقارب المسألة مدرسيا كما هي في المدرسة. ما ندرسه في الحوزة كيف وصلنا الى الجزئية والى الكلية? يقولون هكذا عندك انت هذه الاشخاص الخارجية اذا تعاملت مع شخص ما كبلاد متشخص الذي لا يسري صدقا يتشخص خلاص انتهى الامر لا يمكن ان يصدق على كثيرين صرت تتعين في الحس كيف تتعين في الحرص? هذا بحث معرفي وفلسفي  هذا الاحتكاك مع الواقع الخارجي الاحتكاك  بالبصر ارى بلالا او ارى زيدا او الاحتكاك اللمسي مثلا في احتكاك يعني في تأثير وتعثر عملية التأثير والتأثر هذه العملية عملية فيزيائية فيزيائية وفيزيولوجية فسلجية وفيزيائية هل هي ادراك? لا ابدا لم نصل بعد الى مرتبة الادراك لا زلنا في الفيزياء والفسنجة فيزياء لان ذبذبات ضوئية تأتيني من زيت من بلال وتستقر في الباصرة ثم تأتي العملية الفسلجية اعصاب ومخ ثم النفس ترقى او تصنع الصورة الإدراكية صورة حسية جزئية لماذا الجزئية? لانها مختصة بهذا بلال المتشخص فقط. لا يمكن ان تسري صدقا على كثيرين. هذه القصة فنقول بلال جزئي ثم نسأل نفسي من الاول في الادراك حتما المعطى الحسي يعني بلال يعني زيد يعني ليلى  ثم وصف الجزئية يأتي في المرتبة الثانية. يعني يعقل بعد تعقل الموضوع. الموضوع ما هو? قد يكون زيدا قد يكون بلالا. قد تكون رقيا. لا يهم الموضوع. المهم هو الذي يتعقل في المرتبة الاولى الجزئية تأتي في المرتبة الثانية. يعني هي تعين لزيد. تعين لليلة. اي في افق الادراك الادنى. يعني الادراك الحسي لا تقول زيد جزئي يعني هذا الادراك في افق النفس الدانية جزئي ما معنى? يعني متصل بشخص فقط ولا يمكن ان يسري الى غيره اذن الجزئية وصف لما هو في النفس يعني المعقول الاولي هنا ليس بمعقول اولي. هنا محسوس اولي. لاننا في المرتبة الثانية. فنقول جزئية فالجزئية تعقلت يعني ادركت في المرتبة الثانية. يعني عقلت في المرتبة الثانية  فتكون من صنخ المعقولات الثانية المنطقية  فالمعقول الثاني المنطقي الذي هو موضوع علم المنطق كما اثبت هذا الأمر ابن سينا والمحقق الطوسي  في كتبهما المنطقية وهو الصح المعقول الثاني على مبنى المدرسة. انا اقارب المسألة مدرسيا  اذن المعقول الثاني تعين بالجزئية هذا هو معنى هذا هو معنى العرض الذاتي في افق الادراك في النظم المنطقي عندي بلال بلال مما هو بلال بلال لا زيادة ولا نقصان حتى لونه لا يدخل في هويته طوله لا يدخل في في هويته علمه لا يدخل في هويته. على مبنى المدرسة خصوصا على مبنى المشاة بلال بلال الحمل الاولي كما سيأتي بيانه في باب الحمل</w:t>
      </w:r>
    </w:p>
    <w:p>
      <w:r>
        <w:t>بلا نون في دائرة الادراك الجزئي نقول جزئي يعني لا يصدق على كثيرين خلينا من بلال وروحي للجزئية. الجزئية لوحدها تعرض من? تعرض بلال. تعرضه برانيا غريبة ام لا? بلال في دائرة الادراك الحسي ليس بلال خارجي. بلال الادراك كصورة ادراكية حسية. تنطبق على اتقوا الله شيخنا العزيز هذه تصدق فقط على بلال المتشخص. هذه الجزئية فعارظته الجزئية اذن هذا العروض اين? في افق النظم المنطقي في افق النزم المنطقي يعني فيه ثنائية بلال والجزئية في عروض عرض ذكي او عرضي ذاكي. عرضي ادق ليس العرب عرضي ذاتي عرضي لاحظت هذه الثنائية ثم نقول بلال جزئي. بلال الادراكية ليس بلال خارجي. بلال الخارجي عندو جزئية صحيح. الا ان تلك الجزئية جزئية فلسفية في النظم الوجودي النظم التحققي لا هنا نحن في النظم الادراكي في النظم المنطقي عرضي يعني عرضه. التصق به اضفناه غريب ام من سنخه من ذاته لا من ذاته تعين من تعيناته الحقيقية وهذا هو الذاتي عرضي ذاتي يعني انت تأتي بمنشار مادي حديدي او بمنشار الناظيري او بمنشار ميتافيزيقي. او بمنشار اعجازي. لا يمكن ان تفكك بين بلال والجزئية. ابدا هذا هو الشأن هذا هو التعين هذا هو العرضي الذاتي حقيقته حقيقة بلاد ولهذا يسميه  الشيخ جوادي اموني في درسه الفلسفي وجود ربطي. وجود ربطي هذه التعينات في كل العلوم بدون استثناء العلوم الحقيقية طبعا لا هوية له التعين لا هوية له. لماذا لانه هو الموضوع بنحو هذا النحو ليس له واقعية يعني انت ما عندك في الدين بلال كصورة حسية وعندك الجزئية لا لا لا هو بلال بنحو مثل الجلوس جلوسي انا الان هل هناك شيخ فضيل وجلوس ينظم اليه? ام الجلوس هو الشيخ فضيل بنحوين هذا النحو هو الذي يسمى التعين يسمى بالعرضي الذاتي لا هوية له وجود ربطي اذا يعقل في المرتبة الثانية. اذا هو تعين من تعينات المعقول الثاني المنطقي فينتمي الى ماذا? ينتمي الى الحقل المنطقي نأتي الان الى الكلية اين? في المعنى الراقي. يعني المعنى العقلي. الانسان كحقيقة مثالية. كلي? نعم كلي فتأتي الكلية ننسى الانسان نركز على الكلية. الكلية عقلت بعد تعقل الانسان. صحيح اذا معقول ثاني اين? في النظم المنطقي. اذا معقول ثاني منطقي ما معنى الكلية? هذا الانسان المثالي اذا دخل في الوجود وصار متشخصا في اشخاص لا ينحصر في شخص واحد يسري السريان الصدقي عند صدم المتعلمين ما عندنا الانسان عندنا وجود للانسان يسري بسريان انبساطي. الكل يستحي هذه القصة ولهذا يقول وان الجزئية والكلية من المعقولات الثانية قيدها من المعقولة الثانية في النظم المنطقي. يعني معقولة الثانية منطقية تعينات لموضوع علم المنطق الذي هو المعقول الثاني المنطقي العارضة من العارضة بينت لكم العروض في النظم المنطقي يمكننا ان نفكك بين بلال والجزئية بين الانسان والكلية ثم نلصق بينهما. نعم  العارضة للمعقولات الاولى. المعقولات الاولى في المرتبة العالية عندنا الانسان هذا المعقول وعندنا المحسوس  المحسوس لا تقول له معقول. قل مدرك لو قال هكذا ان الجزئية والكلية من المعقولات الثانية العارضة للعارضة للمدركات الاولى كانت جيد المدرك يشمل يشمل المرتبة العقلية والمرتبة الحسية اذ ليست تعليل اذ ليست الجزئية ولا الكلية بماهية متفردة مستقلة في العقول. هذه العبارة اكتب تحتها آآ سطرها بالاحمر هذا هو معنى الوجود الربطي ما عندنا هذه الحيثيات مستقلة تقول شيخنا العزيز الان انت تفظلت وقلت افكك بين بلال والجزئية اذا الجزئية كعينات مستقلة في العقل لا هذا اعتبار هذا عالم الاعتبار اي اعتبار اما في الحقيقة لا يمكن لا بالمنشار الحديدي ولا بالنظيري ولا بالمنشار الإعجازي. فقط بالإعتبار اعتبر بنانا لوحدي واعتبر الحيثيات لوحدها. اذ ليست الجزئية ولا الكلية بما هي متفردة مستقلة في العقول. وهذه خاصية المحمولات العلمية كلها من هذا الصنف كلها من هذا السر. عندك انت حديدة اذا تركتها تنجذب وتسقط يعني ثقيلة تتصل بالثقل تقول حديدة ثقيلة الثقل هنا كيان مستقل اما هو حيثية للحديد? تعين للحديد تعين الحديد يعني الحديد بنحوه نعم انا اشير الى هذه النقاط حتى يدخل الطالب العزيز الى الدراسة المعقول والعرفان وفلسفة الاخلاق وو من العلوم الراقية مجهزة مجهزا. نعم اذا اذا كانت هذه المعقولات المنطقية لا هويتنا لها وانما هي تعينات فتنعت بالبساطة لا معنى للتركيب فيها لان لا هوية لها انتزاعية يعني ليست مستقلة. تحليلية وكثير من المواصفات نعم لا تمر بالحس والخيال تعرض مقولات متعددة لا تقبل التعريف الحدي يعني بالجنس والفصل من باب سلب بنتفاء الموضوع هذه الامور بيناها في الدراسات الفلسفية اكررها هنا للطالب العزيز حتى يستعد في الدراسات الفلسفية لهذه المسائل. ان هناك تتجلى بعمق وثالثها ان الكل على ستة اقسام بالنظر الى وجود افراد افراده في الخارج يخرج الى النصب التحققي ويبحث عن مصاديق هذا الكلي او اقسام هذا الكلي اذا الكل يتدقق جيد الكلي يعني الطبيعة وليس المعقول المنطقي. الطبيعة التي تتصل بالكلية. يعني الانسان يعني الشمس يعني الذهب هذا الكلي يعني من تعين بصدق على كثيرين. يعني الطبيعة الخلقية نعم يقول آآ لها اقسام متعددة احدها ان يكون ممتنع الوجود في الخارج كشريك الباري شريك الباري حقيقة مثالية حقيقة مثالية صنعية لماذا? لانها ليس لها منشأ انتزاع واقعي متحقق نعم لها منشأ انتزاع ادعائي فلا يمكن ان يكون لها مصداق تسري فيه صدقا ما عندنا مصديق وواقعية نقول هذا شريك الباري واحد. هذا شريك الباري الثاني هذا الشريك البالي الثالث. لا هذا يستحيل لبرهان التوحيد في الالهيات ان يكون مومتنع الوجود في الخارج كشريك الباري. شريك الباري كلي. في النظم المنطقي يصدق على كثيرين في التحقق يقول لا وحتى هذا التفكير كم جميل اذا ما فككنا بنا النظم المنطقي احكامه والنظم تحققي واحكامه لا تفهم هذه الامور شيء عجيب الشريك الباري كحقيقة مثالية ادعائية وخرطية كلية نعم لان هذا في النظم المنطقي. في الخارج اصلا لا اثر لها ولا عين مستحيل تحقق ولهذا يقول شريك المبالي مستحيل شريك الباري مستحيل ما معناه? مستحيل مادة. ليست محمولا لماذا انا اركز على هذه النقط? لانها في غاية الاهمية عندي تجربة تدريسية طويلة الطلاب ما يعلموهم هذه النكات الأساسية. فيبقى الطالب اه مشوشا في ذهنه ولا يجتهد لا يصير محققا. لماذا? لان المفاهيم اذا ضاقت بقيت مغلقة ومبهمة لا يستطيع ان يتحرك فكريا متى يبدع اذا اتضحت كل الامور لديه ثم يبدأ يكتشف الجديد او الثغرات اذا شريك الباري يستحيل مستحيل مستحيل ليس محمولا لأن المواد لا تكون محمولا المواد الثلاثة ما هي؟ الإستحالة والإمكان و الوجوب. لا تكون محمولات يا ناس شريك البريء موجود يعني نحمل الموجودية على شريك الباري. يعني نعطيه التحقق. الفتوى ما هي؟ مستحيل. مستحيل ان تعطيه التحقق. اذا القضية عندنا قضيتان. القضية الاولى مضللة</w:t>
      </w:r>
    </w:p>
    <w:p>
      <w:r>
        <w:t>شريك الباري مستحيل هذه مضللة قضية معيارية القضية الادراكية ما هي? شريك البري موجود. يعني تعطي الموجودية لشريك الباري. وبرهان التوحيد ينفي هذا مطلقا. فتقول مستحيل. تستدرك ذلك. مستحيل. يعني هذه هذه العملية وهذا الحمل وهذا هذه الهدية البسيطة مستحيل اين? في النظم التحققي نعم والتحليل نفسه يصدق على الانسان ممكن الامكان جهة الانسان موجود بالامكان معنى قد يدخل دار الوجود وقد لا يدخل نعم انا لا استطيع ان افصل هذه الامور في درس المنطق لانها مسائل فلسفية اعطيها للطالب هو يسجلها فتنفحه في الدراسات العليا ان يكون ممتنع الوجود في الخارج كشريك الباري بيناه هذا هو المصداق الاول عندنا طبيعة اختراعية لا مصداق لها نعم هي كلية تصدق على كثير الا ان في النظم التحققي هناك الحكومة تقول لا لا يمكن لاي مصداق ان يدخل دار الوجود وثانيها ان يكون ممكن الوجود لكنه اه غير موجود في الخارج اصلا كالعنقاء العمقى كطبيعة مهوية يمكن ان يخلقها الله تعالى طير اسطوري يمكن يخلقه لكن دار الوجود غير متحقق. اذا العنقاة اه ما هي اختراعية تصدق على كافرين في النظم المنطقي في النظم الخارجي لا تجد لها مصداقا مطلقا ليس كشريك البريء شريك البريء يستحيل الدخول العمق يمكن ان تدخل يعني دار الوجود تقولها اهلا وسهلا الا ان موجبات الدخول غير متحققة فليس لها مصداق خارجي مع ان ممكن وثالثها ان يكون موجودا يعني دخل دار الوجود هذه الطبيعة دخلت دار الوجود لكن الموجود منه من هذا الكلي يعني هذه الطبيعة فرد واحد مع امتناع مثله كواجب الوجود هل الواجب الوجود طبيعة مثالية عند المشة؟ نعم عند المشاي نعم اذا شريك الباري كطبيعة كلية نعم يصدق على كافرين في النظم التحققي دار الوجود. الفتوى تقول ينحصر في مصداق واحد هذا هو التوحيد? نعم    اذا لا يمكن ان تكون انداد واجب الوجود في دار الوجود. ورابعها ان يكون الموجود واحدا مع امكان مثله كالشمس. الشمس طبيعة مثالية. اذا تصدق على كثيرين في النظر المنطقي. نأتي الى المصداق عثرنا على شمس واحدة فقط يمكن ان تنوجد شموس اخرى? نعم يمكن نعم يمكن في اتساع للقبول وخامسها ان يكون الموجود منه كثيرا متناهيا كالكواكب السيارة في المنظومة الشمسية الكوكب الذي ينتمي الى المنظومة الشمسية بهذا الشرط محدود المصادق? نعم محدود المصادق الكوكب كان كحقيقة مثالية يصدق على كثيرين لكن في المنظومة الشمسية شروطها الخاصة الوجودية تتسع فقط لمجموعة من الكواكب وسادسها ان يكون غير متناه كالنفوس الناطقة يعني الانسان الانسان كحقيقة مثل مثالية عنده انبساط صدقي لا يتناهى نعم الا اذا ورث الله تعالى هذا الكون وهذه النشأة والمصنف رحمه الله اقتصر على بعضها في المتن لم يأت بي جميعها يقول اه  والمانع مفهوم مفهومه اه من وقوع الشرك فيه جزئي كزيد المشار اليه. هذا زيد وغير المناكليون. يعني الطبيعة التي تسري صدقا على كثيرين كالانسان وهذا هو السادس في كنعمل على من حلي وان لم يقع فيه شرك كالشمس وهو الرابع في كلام على من حل والعنقى وهو الثاني في كلام العلم اقتصر على بعضها لان الباقي واضح جدا والمصنف رحمه الله اقتصر على بعضها على بعض هذه المصادق للكل لان فيه فيه في كلامه في متنه تنبيها على الباطل لانه ذكر احد قسمين ما يكون الموجود منه كثيرا اه واحد قسمي ما يكون الموجود منه واحدا واحد قسم ما لا يوجد منه شيئا اصلا. وبه يحصل التنبيه على القسم المتروك في كل واحد من المراتب. يعني يمكن لك ان تستخرجها لوحدك. وها هنا مباحث اخرى لا نطور بذكرها ذكرناها في كتاب الاسرار صفحة واحد وعشرين مطبوع الكتاب نعم حمل المواطأة هو هو والاشتقاق ذهول ياتي ان شاء الله.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