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هذا العنوان حمل المواطأة هو هو والاشتقاق ذو قال الموصوف الواحد كالانسان وصفاته كالظاحك والكاتب اذا جعل بعضهما اذا جعل بعضهما مقولا على بعض كيف اتفقا كقولنا الانسان ضاحك مثلا فالانسان موظوع والظاحك المعقول عليه محمول وذلك بالمواطأة وصلنا الى بحث جميل بحث منطقي وله كذلك جنب سيكولوجية يدرس في علم النفس العقلي او علم النفس الفلسفي وهو الحكم الحكم  الحكم عملية ذهنية عملية ذهنية  نتاج الحكم هو التركيب القظوي التركيبة قضوا  وامثل لهذه العملية عملية الحكم باللغة الفرنسية امثل بمثال حسي يعطيك تجربة حسية جميلة تفهم ما معنى الحكم؟ الحكم عملية ذهنية تربط بين مفردة ومفردة اخرى مفردة الف ومفردة باء النتاج هو التركيب القظاوي الف باء نتاج هذا الحكم  هو القضية  والقضية هويتها الكاشفية قضية يعني كاشفية قضية علمية يعني كاشفية  الان نأتي الى المثال الحسي انت الان في الحمام تحمم الدوش حرارة في الحمام مرتفعة بخار منتشر في  الحمام هذه المرآة في الحمام يعلوها الضباب يعني لا ترى نفسك من خلال هذه المرآة  بتمسح على المرآة هذا هو الحكم عملية ام ادراك? تقول لا عملية. المسح عملي اكشن الحكم عملية في افق النفس المسح عملية خارجية جوانحية. والحكم عملية جوانحية في النفس اكشن ليس من صنخ الادراك الحكم عملية اكشن فعل نتاجه انك ترى نفسك في المرآة الكاشفية نتاج المسح يعني هذا المسح تعين كاشفية فالحكم يؤدي الى الكاشفية يعني الى القضية تعين الحكم هو القضية اذا القضية كثير حكمن والحكم ككاشفية قضية الفارق بين الحكم والقضية في هذه النقطة الحساسة الحكم فعل لا يوصلك الى شيء ابدا اكشن  القضية لا القضية لها الكاشفية يعني توصلك الى ما ورائها المرآة اوصلتك الى ما وراء المرآة. ترى نفسك كواقعية خارجية في مقابل المرآت اين تراها كصورة في المرآة  تلك الصورة في المرأة هي القضية توصلك الى واقعك انت تخيل بقي شيء من الصابون على وجهك انت تنزحه ترى هذا الشيء في المرآة ثم ان ترتب الاثر تنزحه من من وجهك. لماذا? تنزحه من وجهك? لانه مرتكز فيك ان هذه الصورة هي الواقع الخارجي. اصلا تنسى الصورة وتندك في الواقع الخارجي. هذه خاصية القضايا العلمية افهمها جيدا فهمها جيدا هادي خاصية القضية العلمية  ادرس انت الكتب المنطقية الموجودة الان على النت والمسجلة اذا وجدت هذه الدقائق حدثني بالهاتف او على الواتساب انك تكذب يا شيخ. هذه الامور مهمة جدا للطالب العزيز هذا هو التدريس الحوزوي الذي يتميز عن التدريس الجامعي نعم يمتاز والدقة والعمق يكون الفكر يكون العقل اذا الحكم هي هو ممارسة نفسانية جوانحية مؤداها مقتضاها القضية العلمية والقضية العلمية متشكلة من الف باء يعني من موضوع ومحمول  اذا فيه اختلاف بين الموضوع المحمول  والا لا معنى للحكم لا معنى ان تأتي بالمحمول تنسبه الى الموضوع. اذا فيه اختلاف وفي اشتراك الاختلاف  يعين الموضوع في دائرته ويعين المحمول في دائرته التخندق اذا قلت الانسان عالم العلم ليس الانسان الإنسان ما هو? تنقول الإنسان وانسان تخندق العلم ما هو? كاشفية العلم علم على مبنى المشة الإنسان جوهر والعلم على ظلم تخندق ام لا? تخندق مقولي اختلاف مقولي هذه حيثية الاختلاف وفيه حيثية اشتراك حيثية الاشتراك هي ان هذا الانسان تحيث بحيثية المحمول يكشف لنا هذه الحيثية ما هي? في داخل نفسه كاشفية للواقع الخارجي وهو العلم اذا الحمل الحمل الذي تأسس ببركة فاعلية ما هي الحكم هو جهة اشتراك وجهة اختلاف جيت اشتراك بين الموضوع وبين المحمول جيد لنتعامل مع هذه القضية الانسان عالم الانسان وانسان العلم علم اذا في تخندق فيه اختلاف اذا حكمنا على الانسان بالعلم لا نحكم على مستوى ذاته. الذات لا تقبل الانسان انسان تخندق وانتهى الامر نحكم على مستوى تعيناته. يعني هذا الانسان تعين بحيثية ذلك المحمول يحكي تلك الحيثيات ولا يحكي الانسان وهذا سيأتي ان شاء الله بيانه في التفكيك بين الحمل الاولي وحمل الشاة في هذا البحث اذا في جهة اشتراك وجيت اختلاف. جيت الاختلاف هو التخندق وجيت الاشتراك هو الذي يصحح حمل العلم على الانسان ما هو حيثية تعين وجود ربطي في الانسان وهو الكاشفية يعني في الانسان كمال يوصله الى الواقع الخارجي. سميه علما  سميه كاشفيا لك ذلك جيد. الانسان عالم من يتحمل التعين الانسان فنقول الانسان موظوع والعلم يحمل هذا الحمل العرفي كحمل يعني الشوارع على على الحمار على الدابة   فهذه الاستعارة اخذناها في المعرفة في افق الذهن حملنا العلم على الانسان كما نحمل الأثقال على الدابة استعارة تفهمية فقط فالعلم محمول الان انسان موظوع والعلم محمول انسى الانسان وركز على الموضوع تعقل في المرتبة الثانية ام في المرتبة الاولى? تقول شيخنا في المرتبة الثانية. يعني معقول ثاني. الى اي علم ينتمي الى الحقن المنطقي. يعني انا في النظم المنطقي. فاكتشفنا حيثية جديدة عرضيا ذكيا جديدا في الحقل المنطقي مفهوم الموضوع. مفهوم الماوظوع وكذلك العلم محمول انسى العلم ركز على المحمول يعقل في المرتبة الثانية بعد العلم. معقول ثاني منطقي فاكتشفنا معقولا ثانيا جديدا هو مفهوم المحمول مفهوم المحمول جيد ما هو مدلول مفهوم الموضوع فيه فيه معنى ما يقع في قضية على مستوى ماذا? على مستوى الذي يقبل الحيثيات  ما معنى مفهوم المحمول? في تعين ما فيه وجود ربطي يعرض على شيء على معنى ان ما هذا يعرض يعني يحمل هذا هي المعاني. المعاني معنى مفهوم الموضوع ليس الموضوع. الموضوع هو الانسان مفهوم الموضوع كثير من الطلاب لا يفرقون بين الموضوع ومفهوم الموضوع. الموضوع هو الإنسان انسان عالم المحمول هو العلم الانسان تعين بحيثية ذات تلك الحيثية ويحكيها مفهوم الموضوع مفهوم الموضوع ما عنده علاقة بالانسان عنده علاقة بتلك الحيثيات هاديك الحيثية ما هي? هادي الحيثية يعني فيه معنى مستعد لان يحمل عليه اه شيء ما والمحمول هو مفهوم المحمول يحكي حيثية يعني فيه معنى يحمل على معنى اخر اذن ما معنى الحكم تقول فعالية نفسانية تؤدي الى القضية الكاشفة كفعل نفساني اذن فعل النفسان كشف هذا هو الحكم. الحمل ما هو حيثية اشتراك اسناد اسناد شيء لشيء مع هذا الشرط يعني مع الحيثية الاشتراكية والحيثية الاختلاف في دقق معي الان في المتن قال الموصوف الواحد كان انسان وصفاته كالظاحك والكاتب اذا جعل بعضهما مقولا على بعض. يعني محمولا على بعض كيف اتفق كقولنا الانسان ضاحك الظاحك حمل على الانسان. فالانسان موضوع والظاحك محمول مثلا هذه جعل بعضها معقولا على على بعض جعل يعني الحكم. تلك الفعالية النفسانية. يعني جعلن</w:t>
      </w:r>
    </w:p>
    <w:p>
      <w:r>
        <w:t>اكشن فعالية نفسانية جوانحية في افق الذهن  يعني جعلنا الانسان ضاحكا. يعني حملنا الظاحك على الانسان فالانسان موظوع ما معنى الانسان موضوع? يعني الانسان تعين بحيثية يقبل معنى نماء والظاحك المعقول على الانسان محمول يعني الظاحك تحير تعين بحيثية يضاف الى معنى اخر وذلك بالمواطأة. هنا حمل حمل المواطأة ما معنى حمل المواطنة? يعني التساوي تساوي اين في التخندق ابدا ابدا الانسان انسان والظاحك ظاحك. الانسان انسان هوية انتهت انتهى الامر. الظاحك حيثية جديدة في الانسان. اذا ما في تساوي تخندقي يعني في التخلق الانساني في دائرة وتظحي في دائرة اذا هذا التواطؤين تواطؤ المصداقية. نعم. الانسان اذا تجلى في مصداق  هذا المصداق هو يتحمل الانسان كعنوان ويتحمل الظاحية كانسان فتواطأ يعني تساوى في المصداق تخيل زيد يضحك فالانس زيد انسان وضحك في الالي نفسه تساوي المصداقي وهذا هو الحمل الشائع. سيأتي ان شاء الله بيانه. واما الضحك هل تقل انسان ظحك? لا الانسان وانسان ليس ضحك ذو ضحك فمحمول عليه ولكن بالاشتقاق. تقول اما الانسان ذو ضحك واما الانسان بالاشتقاق الظاحكون اقول لما كان الكلي الكلي هنا الوصف المنطقي ام ام الحقيقة? الحقيقة المثالية انسان ذهب فضة ملك جن انسان بقر شجر حمار هذا هو هذا هو الكلي وليس وصف الصدق على كثيرين وهو المحمول على الكافرين بالفعل او بالقوة يعني ما هو موجود ما هو سيأتي يا نعم لما كان الكل هو المحمول على كثيرين يعني يسري صدقا على كثيرين. اما بالفعل المتواجد او الذي سيأتي ذكر المصنف الحمل بحث الحبل نعم والوضع عقيب الكلي لان الكل هو الذي يحمل غير الكل لا يحمل. نعم. لا حمل في الجزئي الا بمسامحة. واعلم ان الموصوف الموصوف يعني الذي يقع موظوعا في القظية قد يحمل اه صفاته علي او قد قد يحمل صفته اه محقق الكتاب بدار فر رحمة الله عليه انسان جدا نقي وعالم كبير الا انه يبقى عجمي نعم قد يحمل صفته قد تحمل صفته عليه كقولنا الانسان ضاحك الانسان ضاحك. اذا الظحك يستقر في متن الانسان فيصير هو حيوان ناطق؟ تقول لا ابدا يا شيخ هذا هو التخندق جيت الاختلاف اذا الظحك يستقر اين? في تعين من تعينات الانسان وهذه هذه صفة الضحك وقد يكون بالعكس كعكس المثال تقول الظاحك انسان  نعم وقد يحمل صفة على صفة او تحمل صفة على صفة اخرى كقولنا الضحك كاتب الضحك كاتب. يعني الانسان الذي يتصف بالضحك له صفة اخرى كاتبون واليه اشار بقوله اذا جعل بعضهما مقول على بعض. يعني الحل بيناها الحل ما هو الحمل هو جهة اشتراك وجيه اختلاف او اسناد اسناد شيء الى شيء بهذه الخاصية. يعني جيت اشتراك وجيت ايخ  اذا عرفت هذا فنقول اذا قلنا الانسان ضاحكون فالانسان هو الموضوع في القضية يعني محيف بحيثية تجعله يقبل معنى ما وهو الظحك. والظاحك هو المحمول يعني الظاحك له حيثية انه يكون محمولا على معنى اخر. نعم. وهذا الحمل يسمى حمل المواطأة. اصطلاح. يعني التساوي. وهو حمله وهو. اين? هو هو. في الهوية? ابدا. لا تشتبه. الانسان هو الضحك. الانسان جوهر هو الضحك خلاص وعرض ينفك ويأتي ويختفي. اذا في تخندق مهوي هنا جهة اختلاف اذا هو هو في المصداق يعني لا تجد الانسان ولا تجدد الظحك اه الا في مصداق واحد. لا تجد الانسان في استراليا وضحك هذا الانسان في امريكا. غير معقول نعم اذا التواجد الوحدوي في المصداق هذا هو التواطؤ فهمها جيدا  نعم بمعنى ان الذات الموضوع ذات الموضوع يعني مصداق الموضوع خليني اظيء هذه المسألة اذا قلنا كل انسان كل انسان مؤمن بالفطرة. مؤمن بالفطرة وليس بالفعل. يعني حقيقته حقيقة ايمانية. ثم يدخل في السياق الوجودي آآ ابواه يهودانه ينصرانه يمجسانه يعلمانه. نعم. وهذه السياقات لا هو مؤمن بالفطرة هناك كمفردة عندنا عندنا السور كل يشير الى دائرة الافراد انها الشاملة كل الافراد لا يشذ عن هذا الحكم فرد من الافراد فلسفة الصور تحديد دائرة الصدق يعني كمية الافراد التي تتصل بالموضوع ثم تتصف بالمحمول ثم الانسان والموضوع مؤمن بالفطرة هو المحمول. مؤمن بالفطرة بالظرورة مادة والنسبة هادي هي مكونات القضية سور موضوع محمول نسبة اه نسبة يعني نسبنا اه الايمان بالفطرة الى الانسان بالظرورة مادة هذه هي مكونات القضية العين ميم جيد ما معنى هذه القضية? يعني كيف تحكي توصلك الى مصاديق. هذه هي الذوات فكل ذات خارجية كشيخ فضيل مثلا وانت وانت تعنون بالانسان يعني فيه الحقيقة الانسانية في متن ذاته عنده كذلك الايمان بالفطرة بالظرورة هذا هو ذات الموضوع يعني بلال زيد ليلى رقية هي الذات المحمول في المصداق اذا الانسان والمؤمن بالفطرة. اين التواطؤ? تواطؤ المصداق يعني عندهم مصداق واحد ليس التواطؤ المعنوي التباطؤ المعنوي تخندق. يعني يمكن ان تفهم الانسان لوحده بدون الايمان بالفطرة بدون الضحك وهكذا ويجوز ان يقال ان الموضوع هو المحمول. هذا هو الحمل المواطأ. الموضوع هو المحمول والمحمول هو الموضوع اين? في المصداق فين المصداق يعني في ذات الموضوع وها هنا نوع اخر من الحمل يسمى حمل الاشتقاق وحمل ذو كحمل الضحك على الانسان. بمعنى انه يشتق يشتق له منه اسم كالظاحك. فتقول انسان ظو الضحك تشتق تقول انسان ضاحك ينقلب مواطأة. نعم. ويحمل عليه بالمواطأة. فيقال للمشتق انه محمول بالمواطأة يعني الضاحك وللمشتق منه يعني الظحك ليس الظحك الظحك انه محمول بالاشتقاق او تقول انسان ذو ضحك المحمول بالإشتقاق تأتي الى الضحكة اه تقول ضاحكون اسم فاعل نعم انت اصبر معي سنصل الى آآ الحمل الاولي والحمل الشائع. لا اتركه يمر. لماذا? لانه اساسي في الدراسات العلمية في الفلسفة في علم الكلام في علم الاصول في جميع العلوم الاهم يحمل على الاخص دون العكس. قال وكل اعم من حيث المفهوم فهو بالطابع يعني بحقيقته في طبيعته ليس آآ امرا جعليا بجعل جاعلين بسرقة شخص لا محمول على ما هو اخص منه كالظاحك والحيوان عليه الانسان. تقول انسان ضاحك الظاحك اعم من الانسان قد لا تجد في المصداق من يضحك الى الانسان. هذه مسألة مرتبطة بالنظمل التحققي. اتحدث هنا عن النظم المنطقي  المحمول دائما يكون اعم. لماذا? لان الحيثية بطبيعتها لا تستقر في محمول وحاد نعم والانسان حيوان الحيوان اعم يصدق على الحمار وعلى الاسد وعلى الزرافة واما بالعكس فليس كذلك. لا يمكن ان تقول الحيوان انسان الا اذا ادخلت الصور بعض الحيوان انسان. بعض الحيوان انسان ما معناه? يعني الانسان هو انسان مبدأ الهوية مبدأ الهوية نعم اقول الاعم من الشيء هو الذي يصدق علي وعلى غيره هذا هو العموم يعني دائرة المحمول عام من دائرة الموضوع. ومعنى الصدق والحمل نعم تقول الانسان حيوان يعني حملت الحيوان على الانسان اذا جئنا الى النظم التحققي نجد الحيوان في الانسان وفي غيره هذه هي الاعامية</w:t>
      </w:r>
    </w:p>
    <w:p>
      <w:r>
        <w:t>نعم فاذا كل اعم فهو بالطابع بالطبع يعني بطبيعته امر ذاتي وليس بجعل جاعلين محمول على الأخص كالحيوان على الإنسان تقول الإنسان حيوان والاسد حيوان فالحيوان عام واما بالعكس وهو حمل الاخص على العام فليس حملا طبيعيا. نعم. الا اذا جئت بالصور والصور لا يفيد شيئا اذا قلت كل انسان حيوان انسان اعم اذا قلت الحيوان انسان لا الاسد حيوان لا يكون انسان. تقول بعض الحيوان انسان. هذا البعض ما هو? الانسان. فهو انسان وانسان. يعني مخرجت من مبدأ الهوية. فهذه القضية لا تفيدك معرفة جديدة واعلم ان الاعم قد يكون اعم باعتبار وجوده في افراد الاخص وغير افراده كالحيوان. الحيوان موجود في افراد الانسان. كل افراد الانسان حيوان لماذا? لان الانسان حيوان ناطق اذا استقر في زيد حيوان يستقر فيه ويسري الى الاسد والزرافة والفيل نعم كالحيوان والانسان وقد يكون اعم باعتبار المفهوم لا غير كالظاحك باعتبار المفهوم اكتب تحتها النظم المنطقي. الى ما عندنا في النظم الخارجي موجود يضحك الى الانسان. اذا عموم عموم في النظم المنطقي لا يهمنا ان نظمن تحققي. كالظاحك فان مفهومه انه شيء ما ذو ضحك شيء ما شيء عام ام لا عام من غير التفات الى كون ذلك الشيء الشيء ذلك الى كون ذلك الشيء انسان او لم يكن فان المشتاق لا يدل على خصوصية الحقائق تدل على الشيء فقط وانما يستفاد انما يستفاد كون الظاحك انسانا من خارج المفهوم في النظم التحققي. لاحظت هذا التفكيك كان جميل. النظم المنطقي والنظم التحققي مفيد في غاية غاية غاية الافادة وعلماؤنا التفتوا يقولون خلط بين الذهن وبين الخارج فالضحك من حيث المفهوم اعم من الانسان من حيث المفهوم يعني في النظم المنطقي. الظاحك ما هو? شيء له? ضحك. شيء ذو ضحك الشيء هذا مبهم يسري في مصاديق متعددة. في الخارج اكتشفت فقط الانسان يضحك لانه هو يدرك الكليات ويتعجب هذا شيء متصل بالنظم التحققي وليس بالنظم المنطقي فالظاحك من حيث المفهوم اعمنا الانسان ومن حيث الافراد هم متساويان في الافراد تتواطؤ ولهذا قال المصنف رحمه الله كل عام حيث المفهوم فانه شامل للقسمين في المتن. قال وكل اعم من حيث المفهوم اكتب تحتها في النظم المنطقي. ولا ننظر الى النظم الخارجي قد يكون في النظم الخارجي. التساوي والتواطؤ او فقط خاص بالانسان هذا في الخارجي. حمل الذات والعرض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