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حمل الذات والعربي هذه العناوين وضعها اه الشيخ بيدار فر رحمة الله عليه انا وين موفقة؟ ترتب الكتاب وترتب الذهن. قال وكل محمول بالمواطئة المواطئة بيناها. وهو التساوي المصداقي نعم يعني اجتمع الموضوع والمحمول في مصداق واحد هذا لا يعني الاندكاك المهوي له لاجتماع المصداق فقط الإنسان عالم عندنا عالم خارجي اينشتاين في الفيزياء في الفلسفة والسيد طابا طبقي في التفسير السيد الخوئي في الفقه. مثلا هل العلم هو هوية الانسان في هذه الوجودات لا ابدا العلم مقولة عرضية والإنسان مقولة جوهرية في تخندق وتباين اذا اين التواطؤ? يعني اين التساوي? في المصداق يعني لا تجد العلم الا في اينشتاين في ذاتي اين تجد في غرفته في ذاته نعم عرظ يعرظه هو اذا هذا العرض اين? في جوهر اينشتاين في جوهر السيد العلامة في جوهر السيد الخوئي. في جوهر هذه هي القصة نعم قال وكل محمول بالمواطئة بيناها. وبالطبع ليس خلاف الطبع يعني تجعل الاعم هو الموضوع والاخص هو المحمول هذا خلاف الطبع نعم  فاما ذات لموضوعه واما عارضين له دخلنا الى مفهومين جديدين من المفاهيم الثانية المنطقية الذاتي والعربي. يعني مفهوم الذاتي مفهوم العربي نعم تقول الانسان حيوان ناطق في داخله الحيوانية وناطق وعنده التعجب يعروف التعجب تقول الحيوانية في صميم الذات الناطقية في صميم الذات يعني ذاتي من سبل الذات التعجب والضحك وو تعرضه من خارج عرضي اذا تقول حيوان ذاتي التعجب عرضي. انسى الحيوان وانسى التعجب. الذاتي اين تعقل في المرتبة الثانية? نعم معقول ثاني في النظم المنطقي. اذا معقول ثاني منطقي. العرضي معقول ثاني منطقي وحط هذا المعقول الثاني الذي يمثل موضوع المنطق كيف يتجلى في الحقل المنطقي تبرز تعيناته تظهر تعيناته تسمى في الاصطلاح المدرسي الاعراض الذاتية اقول قد بينا ان المحمول قد يكون بالمواطأة بين المواطأة. وقد يكون بالاشتقاق وايضا قد يكون بالطبع بان يكون اعم وقد لا يكون بالطبع اذا عكسنا حملنا الاخص على اذا عرفت هذا وهذا فهمناه الحمد لله. فالمحمول بالمواطأة وبالطبع اما ذاتي واما عرضي  نعم يعني اما ان تتعامل مع المكونات الداخلية في الحمل واما ان تتعامل مع المكونات الخارجية انا عندي مكونات داخلية او خارجية. عندي العلم والحمد لله نشكر الله تعالى على هذا التنوير وعندي مكونات اخرى داخلية المكونات الذاتية اذا نزعت من الذات الذات تتبخر. تنتفي هادي المكونات الذاتية المكونات العرضية لا تختفي الذات موجودة اذا عرفت هذا فالمحمول بالمواطأة وبالطابع اما ذاتي واما عرضي تقسيم جديد نعم وانما قيد المصنف بالطبع ليخرج مثل قولنا الحيوان انسان. يعني الحملة الخاص على العام فانه وان كان محمولا بالمواطاة الا انه ليس بالطبع خلافا مقتضى الوجود والمراد بالتقسيم الذاتي والعرضي ها هنا انما هو المحمول بالمواطاة والطبع معا وانما انقسم المحمول اليهما الى الذات والعرض. يعني المحمول الذي يكون مكونا في صميم الذات والمحمول ان يكون مكونا خارج الذات. هذا هو الذات والعرض لان المحمول اما ان يكون نفس ماهية الموضوع وانما يزيد الموضوع عليه بعوارض مشخصة له كقولنا زيد الانسان زي دول انسان؟ تتسارع المطالب الى ذهني ويجب ان ابينها للطالب العزيز زيد انسان ام ليس بإنسان? تقول لا يا شيخنا زيد ليس بإنسان وانسان مفارقة تردد تشكيك زيد بشخص بشخوصاته ليس بإنسان ما دخل الانسان بطوله وعرضه ولونه. زيد له شخوصات متعددة هل اللون هو انسانية? لا هل الطول الإنسان اذن زيد بشخوصاته يجوز الانسان يفوق الانسان لكن الزيد بإنسانيته نعم انسان من هنا نخرج هذه المفردة الجميلة. صدق الانسان على زيد صدق مجازي على زيد يعني بهويته الانسانية وبشخصاته هذا مجازي لماذا? للإنسان في صدقه على زيد تجاوز طبيعة زيد الانسانية الى شخوصاته من لون وطول على صدق مجازي. اما اذا اخذنا الزيت في خلوص طبيعته الانسانية. هذا صدق حقيقي هذه سجلها عندك جيدا وتبدو لك غريبة وهي غريبة مع انها حقيقة جيد هذه مفردة انتهينا منه اعيد البيان قد الجامعي العزيز ليس مستأنسا بهذه الامور انت الآن ارسم خريطة في ذهنك زيد قالب انساني لأن الزيت انسان ليس حمار انسان ثم هذا القالب ثم قوالب تلفه من طول وعرض وشكل وجمال وعلم قوالب تلفه انت الان طبق الانسانية على هذه القوالب تصدق على ماذا? تقول فقط على القالب الانساني لا تصدق على القالب العلمي والطولي والعرضي لكن انت قلت زيد الإنسان يقول هذا التجوز تجوز من عندنا اذا صدق الانسان على زيد بتلك القوالب صدق مجازي يعني تجوز يعني تجاوزنا القالب الانساني. صدقه على الهوية الانسانية على القارب الانساني صدق حقيقي. وهذا هو الهوية هوية. يعني زيدون ليس كأنك قلت الانسان ايه ؟ سنة. قلت الانسان تشخص في النظم الوجودي. اين يتشخص؟ ما عندنا انسان عريان كما يقول افلطوا انسان مثالي ما عندنا. عندنا زيد ليلى بلال وسلمان هذه الامور فنقول زيد الانسان بلا الانسان طه انسان سلمى الانسان ورقية انسان فقولك رقية انسان اذا قصدت رقي بكل شخصاتها صدق الانسان عليها بالمجاز صدق الانسان على رقي الانسان فقط بمعزل عن الشخوصات صدق حقيقي هذه المفردة الاولى المفردة الثانية. هذا الصدق جعلي ادعائي سليقي كما يحلو لك ام قهري تقول له يا شيخنا العزيز لا يمكن لا يمكن ان يكون سليقيا جعليا ادعائيا هذا صدق قهري تكويني. لماذا ما هو السر? تقول لي لان الطبيعة الانسانية في زيد زيد انسان حقيقة لان زيد حقيقة انسانية انا حملت عليه الانسانية وقلت زيد الانسان. اذا هذه المفردة الثانية الصدق صدق قهريا لا يخضع الصدق صدق قهري. لا يخضع لسرقة شخص تخيل انسان طالب علم في الحوزة يكمل الدرس او التدريس اذا كان استاذا او الدرس اذا كان طالبا تشتري دجاجة للغداء والعشاء وشوية من الفواكه المتواضعة لانه فقير ما عنده شيء ويرجع الى داره بالجزائري يقولون الدار. المشارقة يقولون بيت رجع الى بيته في المغرب العربي البيت جزء من الدار بيت غرفة هذا البيت الدار تنطوي على بيوت في المشرق تقولون انتم بيت بيت فلان يعني الدار رجع الى بيته رجع الى داره دقق الباب دق الباب ما عنده المفتاح نسي المفتاح نعم الزوجة الكريمة اه فتحت الباب نعم من انت كون ان زوجك لعزيز لا انا بالادعاء اجعلوك حمار احمل عليك الحمارية بالادعاء بالسليقة. احمل عليك آآ آآ عنوان الاسد الظبع بالسليقة بالايداع. معقول؟ معقول هذا? غير معقول العناية الالهية هذا بحث ميطافيزيقي فقط انت سجل هذه النكات</w:t>
      </w:r>
    </w:p>
    <w:p>
      <w:r>
        <w:t>النورانية الاظاءات الرائعة اذا صدق العنوان الكلي على المصداق بالشخصات صدق المجازي. اذا ركزنا على الهوية الانسانية في المصداقية صدق حقيقي صدق قهري يعني لا دخل لاي ارادة اخرى  على صدق قهري ليس صدقا ايه ادعائيا. هذه تنهى جيدا كقولنا زيد الإنسان هادي بيناها لأن هاد زيد الإنسان تداعت المعاني في ذهني وبينت هذه النكتة لانها مذكورة كذلك في علم الاصول وفي الفلسفة والكلام واما ان يكون اه جزءا منها كقولنا الانسان حيوان. زيد انسان خليني ابين ما معنى الذاتي هنا يعني ذات الإنسان آآ ذات زيد ما هي? انسان اما الطول والعين هذه امور التحقت بالحقيقة الزيدية التي يائسة اذا الانسان هو الذات زيد ذاتي في زيد مقوم زيد انزع الانسان من زيد يتلاشى فالانسان في زيد ذاتي له ذاتي نعم الان اترك زيد اروح الى الحقيقة المثالية الانسان حيوان ناطق. انزع الحيوان يتبخر الانسان. انزع الناطق يتبخر الانسان اذا الحيوان ذاتي للانسان والناطق ذاتي للانسان اذا المعنى اما ذاتي واما عرضي هذا التقسيم الثنائي الدائر بين النفي والاثبات ذكرته من قبل. الان تبين لنا في المتن الذات المعنى اما ذاتي واما عرضي. الذاتي تمام الذات هو الانسان. تمام ذات زيد تمام ذات رقية ذات رقية ذات زيت او اه ليس تمام الذات جزء الذات جزء الذات على قسمين. جزء الذات عامة يا الحيوان عام ذاتي للانسان وللحمار وخاص الناطق والفصل نوع جنس فصل العربي على قسم عرضي خاص يعني محمول خارج الذات خاص بالذات محمول خارج الذات يعم الذات وغير الذات. كالمشي المشي الحمار يمشي. الاسد يمشي. الفيل يمشي. هذا عارض ينعم. الضحك خاص بالانسان عربي خاص نعم واما ان يكون هذا الذات جزء جزءا من الذات. كقولنا الانسان حيوان ويقال لهما الذاتي نعم في زايد الذاتي تمام الذات وهو الإنسان في الحيوان الجزء الذاتي جزء الذات جزء الإنسان والناطق جزء الذات الحيوان جزء بذات العام المشترك والناطق جزء الذات الخاص واما ان يكون عارضا لها يعني من برا خارج اتقوا لينا الانسان ضاحكون عرضي واذا كان الظحك مختص بالانسان عرضي خاص اذا كان هذا العارظ كالمشي يشمل الانسان وغيره عرضي عام. يأتي التقسيم الثنائي. المعنى اما ذاتي واما عرضي. خلينا نبقى في الاراضي. العرضي. اذا كان هذا العرضي البراني خرج الذات خاص بالمعنى اه عرضي خاص عام يشمل المعنى وغير المعنى عرضي عام نذهب الى القصيم الثاني الذاتي. الذاتي تمام الذات هو النوع كالانسان جزء الذات على قسمين جزء عام وهو الجنس كالحيوان جزء خاص وهو آآ الفصل كالناطق. هذا هو التقسيم الثنائي. سجلها عندك نعم  كقولنا الانسان ضاحك فانحصر المحمول فيهما. يعني في الذات تمام الذات الذات جزء الذات العام في الذات جزء الذات الخاص بالعرض الخاص في الاراضي العامة هذه هي الكليات الخمس نوع جنس فصل هي الكليات الخامس اللي ما الكليات الخمس لان العملية الذهنية التي هي التعريف التي توصلنا الى التصورات هي التلاعب بهذه الكليات تلاعب بهذه الكليات الخمس التعريف كعملية ذهنية سيأتي ان شاء الله بيانه بالتفصيل هو اللعب بهذه الكليات الخاص ترتيبها بطريقة خاصة تتولد التعريفات التي توصلنا الى التصورات نعم  الذاتي يبدأ بالذات قال والذات ما يقوم ذاته اذا كنا في الافراد زيد ليلى رقية بلال سلمان الطبيعة الانسانية تقوم ذات الافراد فهذا هو تمام الذات فبطبيعة الإنسانية نوعية هنا اما اذا كنا في الانسان وليس في الافراد. الانسان كطبيعة مثالية. ما هي مكوناتها? يقولون حيوان ناطقون. وسيأتي هذا الامر بالتفصيل   المكون الأول وهو الجنس عام يطال هذا المعنى وغير هذا المعنى يعني يطال الإنسان وغير الإنسان كالحمار الحمار حيوان والناطق كذلك مكون ذاتي لكن خاص بالانسان اقول والذاتي ما يقوم ذاته هذا هو التعريف الذاتي ما يقاوم الذاتي يعني اذا انسحب من الذات الذات تتبخر تنتفي اسحب الانسان من زيت ماذا يبقى? قشور تنتفي ذاته اسحب الحيوان من صميم الانسان. ينتفي الانسان اسحب الناطقية ينتفي الانسان غير والذات ما يقوم ذاته هذه الخاصية الاولى غير خارج عنه يعني في صميمه غير خارج عنه عن عن الذات يعني في صميمه كالحيوان والناطق للإنسان تقول الانسان حيوان ناطق حيوان ذاتي عام والناطق ذاتي خاص وكالإنسان لزيد. اذا هنا عندنا ذاتي كان انسان في زيد هذا تمام الذات عندنا ذاتك كالحيوان في الإنسان هذا الذاتي العامل المشترك. وعندنا ذاتي كالناطق للانسان هذا ذاتي في صميم الذات مقوم خاص. نعم وكان انسان لزيت لان هو تمام وزيت مقاوم لزيد انزع الانسان من زيد تتبخر ذاته. تدخل في المحاق تدخل في العدم. وهو غير ما يقوم وجوده وهو غير ما يقوم وجوده. هنا المحقق الطوسي فيلسوف الضغط الفلسفي يضغط على على عقله يولد معلومة فلسفية. هذا نظمة تحققي وليس نظما منطقيا. هذا بحث فلسفي وليس بحثا منطقيا يقول لك فقط لا تخلط لا تخلط بين لا تخلط هذه عامية. لا تخلط بين الذات في النظم المنطقي والذات في النظم التحققي في النظم التحققي عندنا علل القوام وهي العلة الفاعلية والعلة الغائية يعني زيد كانسان اذا اراد ان يدخل في النمط التحققي ترى الوجود يدخل بدون علة فاعلية لا هي تقومه. تقوم وجوده  نعم وهذا مجعول عبثا ام لغاية? نعم لغاية مجعول للغاية العلة الغائية هذه علل نعم علل الوجود وليس علل اذت. اقول الذاتي هو ما يقوم ذات الشيء. هذا تعريف للذات تعريف رسمي كما سيأتي بيان معنى الرسم في باب التعريف غير خارج عنه. يعني في صميم ذاته اذا كنت في زايد الانسان في صميم زيد هو الزايد في الحقيقة انزع الانسان من زيد يتبخر والحيوان في صميم الانسان والناطق في صميم الانسان فقولنا ما يقوم ذات الشيء نعني به ما لا يتحقق تلك الماهية ما لا نعني به ما لا يتحقق تلك الماهية ما لا تتحقق تلك الماهية الا به في اللغة الفارسية ما فيه مذكر ومؤنث. فهذه الاشتباهات سارية في المتون وانت اطمئن نعم انما هي عندنا هنا مؤنث مجازي. المفروض تكون عبارة هكذا نعني به ما لا تتحقق تلك المهيأ الا به. ويتحقق لان ما فيه في اللغة الفارسية مؤنث ومذكر والمحقق تركي ايراني نعم سواء كان نفس الماهية فانها ذاتية لافرادها كان انسان لزيد وعمرو ورقية وليلة وو يقوم تلك الهويات الشخصية انزع الانسان من رقية لا تبقى رقية انزع الانسان من زيد لا يبقى انسان. فان خواص الذات موجودة فيها نعم موجودة في هذه الافراد كزيد وعمرو لانه مقوم لهويتها نعم او كان جزءا من الهوية يعني من الحقيقة كالحيوان للانسان حيوان جزء للانسان او الناطق للانسان لكن هنا في النظم المنطقي وليس في النظم الخارجي الا للقوام هي هذي علل القوام علل الوجود هي العلل الفاعلية والعلل الغائية</w:t>
      </w:r>
    </w:p>
    <w:p>
      <w:r>
        <w:t>وقد منع اكثر القدماء من اطلاق الذات على الاول زايدون انسان يقول هون هنا ما عندنا ذاتي لان الذاتي منسوب الى الذات والشيء لا ينسب الى نفسه. اما اذا قاربنا المسألة بملاك التقويم يقوم الذات فذاتي الانسان الذاتي لزيد يقوم زيد وهو ضعيف العلماء الحل يرفضه لانها ذاتية لافرادها لا للمهية نفسها. يعني الانسان يقاوم الفرد. لا يقاوم الانسان. الانسان لا يقوم نفسه. وقولنا غير خارج عنه لان المقوم لا يطلق على مقوم ما هي وهو الذي ذكرناه وقد يطلق على مقوم الوجود نعم اه والذاتي يقوم ذاته غير خارج عنه يعني اياك ان تتوهم اه تتوهم هذا التوهم وتقول كذلك العلة الفاعلية بدونها لا يبقى للذات في الخارج كزيت لا يبقى وجود والعلة الغائية كذلك بدونها لا يبقى معنى لهذا الوجود. تلك علل الوجود تنتمي الى النظم المنطقي نعم لان المقوم قد يطلق قد يطلق يفيد التقليل على مقاوم الماهية وهو الذات الذي ذكرناه اما تمام الذات او جزء الذات العام او جزء جزء الذات الخاص وقد يطلق على مقوم الوجود اي ليس في النظم المنطقي في النظم التحققي دار الوجود. كالعلل العلة الفاعلية والعيلة الغائية وهي خارجة عن المهية نعم يعني العلة التي تفيض الوجود على زيد خارج عنه سابقة على وجوده والعلة الغائية كذلك لان ما لاجله الشيء. نعم فبالقيد المذكور غير خارجا عنه هذا هو القيد في المتن خرج مقاوم الوجود يعني العلة الفاعلية والعلة وهي موضوعات تنتمي الى الميتافيزيقا وليس الى المنطق وهذا الذاتي وهو مقاوم الماهية مغاير لمقوم الوجود فان مقوم المهية يراد به الجنس والفاصل والنوع بالنسبة لي للافراد او المادة والصورة المادة والصورة هذا بحث ميتافيزيقي يعني من اين جاء الجنس والفصل من المادة والصورة لا ندخل في هذا البحث لان البحث بحث اه يقولون المادة اذا انفتحت هي الجنس والصورة اذا انفتحت هي ظرف هي الفصل والجنس اذا انغلق هو المادة والفصل اذا انغلق هو الصورة وبالجملة جزء الشيء اما في الدين او الخارج ومقوم الوجود يراد به الفاعل. يعني العلل علي والغاية العلة الغائية والموضوع بالنسبة الى الصورة نعم ثم نأتي الى العرب بعدما نكمل العرظ ان شاء الله  نتناول الحمل الحمل الاولي والحمل الشائع لان فيه مناسبة فيه مناسبة. خليني انكمل العرضي ما فيه اه شيء عميق ثم اخصص البحث للحمل الاولي والحمل الشائع لانه غير موجود هنا نعم هذا تبلور اكثر في الحقل الفلسفي  قال والعربي ما يلحق المعنى يعني الهوية بعد تقووا بالذاتيات. تقوم المعنى المعنى الانساني المعنى الحجر الذهبي الملكي الجني لا يهم المعنى اما لازما بينا هنا دخل الى بحث ابستيميك بحث معاريف بحث معرفي البحث الانطلوجي والبحث المنطقي والبحث المعرفي والبحث السيكولوجي. عند القدماء في هذه المتون الجميلة مخلوطة على الأستاذ ان يفصل فيها يقول هذا بحث معرفي وهذا بحث انتلوجي يعني ميطافيزيقي وهذا بحث منطقي وهذا بحث سيكولوجي وهذا بحث صدقي وهذا بحث دلالي هذه الحقول المتباينة بموضوعها وبنشاطها المعرفي على الاستاذ ان يبينها للطالب مجرد ان قال اما لازما خرج من الحقل المنطقي الى الحقل الابيستيني نظرية المعرفة عندنا هوية الإنسانية هذا المعنى قلنا اما ذاتي انتهينا منه اما عربي. عرضي ما معناه? يعني انعقد المعنى ثم يأتي شيء من الخارج قسمناه اما خاص عام هنا يقسمه بتقسيم اخر اما لازم واما منفك بالمنفكع يروح يعني يأتي ويذهب يعني مناخ يجعله يأتي مناخ يجعله اه يذهب الظحك سمعت نكتة اضحك ينتهي الضحك ويختفي اما بعض بعض لا يصاحب الذات دائما. حيثما تكون يكون هذا هو اللازم لا ينفك عن الذات. نعم هو خرج الذات الا انه يصاحبها دائما. سرمديا يلازمها. هل تجد في دار الوجود اربعة ليست بزوج لا خرافة  طبيعة الاربعة تقتضي هذا العرض الذاتي وهو الزوجية لانها تنقسم الى مو متساويين. اذا الزوجية غير الاربعة في الهوية. معنى الاربعة غير معنى الزوجية. الى ان الزوجية تلازمها ولا تنفك عنها ابدا  نعم يقسمه العرضي يعني بعدما تنعقد الماهية والمعنى بذاتياته يأتي ما يلحقه خارج الذات اما ان يصاحبه ولا ينفك عنه مطلقا وهذا اللازم او لا يأتي ويذهب قد لا يأتي مطلقا. هذا المنفك ان لازم اللازم في البعد المعرفي. نخرج الى من الحيز المنطقي من الحقل المنطقي الى البعد المعرفي اما بين او غير بين يحتاج الى استدلال  خفي معرفيا يحتاج الى استدلال البين اما بين بالمعنى الاخص او بين بالمعنى العام هذا هو هذه القسمة اعطيك اياها بنحو الفتوى ثم تتفصل لاحقا اما لازما بينا بينا بعد بعد معرفي كذي الزوايا للمثلث. المثلث عنده زوايا. هل هذه الزوايا تنفك عن المثلث? ابدا تلازمه سرمديا او غير بين يعني ليس واضحا لا اشاهد بالشهود هذا العرضي يلحقه بتوسط غيره. يعني في ما قبل الاستدلال نحتاج الى حد اوسط كتساوي الزاوية لقائمة له هذا هذا اللازم استدلالي ليس بينا انت ترى المثلث ترى الزوايا الثلاثة. هذا واضح جدا بالمشاهدة اما ان هذه الزوايا تساوي آآ قائمتين يعني مية وثمانين درجة على هذا لا. هذا يحتاج الى حد اوسط واما مفارقا بطيئا يعني لازم مفارق ينفك ينفك يعني يأتي ويذهب لا يصاحب الذات سرمديا لازم يصاحبها لا ينفك عنها حيث كانت يكون من حيث المعرفة قد يكون بينا لا يحتاج الى دليل مرة يكون غير بين يحتاج الى عملية استدلالية نعم واما مفارقا بطيئا ثم هذا المفارق يكون بطيئا يكون سريعا يكون متوسطا هذه امور راجعة الى حيثيات انطولوجية خارجية في النظمل اه التحققي وان مفارقا يعني يأتي ويذهب بطيئا كالشباب لزيد او سريعا كالقائم له قيام سريعا يقوم ويجلس فيختفي هذا العربي. الشباب يستمر نفرض مثلا عشرين سنة اقول العرضي في مقابل مقابلة الذاتي يعني في التقسيم الثنائي نقول المعنى اما ذاتي واما عرضي فلما كان الذاتي هو المقوم للماهية كان العرضي ما يلحقها بعد تقويمها. يعني بعد تعين المعنى ياتي ما يلحقها بعد تقومها ولا مدخل له البتة في التقويم. لا يقوم الماحية كالجنس والفصل. وهو على قسمين لازم اين? في البعد الابيستيمي. البعد المعرفي وغير لازم واللازم قسمان لازم الماهية ولازم الوجود ولازم الما هي قسمان بين وغير بين فالاقسام اربعة. خلينا الوقت نتاعها نعالجه في الحصة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