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كنا معكم  في هذه الفقرة العربي واقسامه او العربي واقسامه اذا قلنا مبتدأ اذا قلنا كنا معكم مع العرب واقسامه قال والعربي ما يلحقه ما يلحقوا المعنى ما يلحقوا الماهية بعد تقومه بالذاتيات ما يلحقه يعني المعنى الكلي قل لي بمعنى الانسان الشجرة البقرة الفلك اذا العربي يأتي بعد انعقاد الذات بمكوناتها اذا كانت لها مكونات واذا كانت بسيطة فكانت بسيطة ثم يأتي العربي يعرض الذات. نعم. فالذات تتقوم بمكوناتها اذا كانت مركبة كالجنس والفصل وهي تقوم العربي لانه يأتي بعدها  فاذا اختفت يختفي ثم يقسمه الى العربي اللازم والمفارق. المفارق يعني يأتي ويذهب وقد يبقى مدة طويلة وقد يزول اللازم لا لازم يصاحبها يصاحب المهية ويصاحب المعنى ولا ينفك عن المعنى وعن المهيأ. اذا انتفت الماهية هو ينتفي واذا انتفى هو اللازم يكشف عن انتفاء انما هي وليس سببا لانتفال ما هي كاشف لانتفاء المهية ثم يقسمه يقسم هذا اللازم هذا ليس بحثا منطقيا وفي اخر هذا المدخل اشير الى ان هذه البحوث ما عدا مباحث الالفاظ كلها بحوث فلسفية. وليست بحوث منطقية من الاحكام الماهية والماهية من الشؤونات الوجود لماذا يتناولها يتناولها المنطقي علماء المنطق هذا ابينه في اخر المدخل ان شاء الله واما لازما بينا بينا يعني واضحا اذا هذا بعد وليس بعدا منطقيا يدرس في المنطقة الحقيقي وليس المنطق السوري  كذي الزوايا للمثلث المثلث له زوايا ثلاثة هذه بدية لازم للمثلث لا ينفك عنه يصاحبه سرمديا وواضح بين بمجرد ان تتصور المثلث تعرف انه له اه زوايا اه الثلاث هو المثلث في اسمه واضح الامر  اما لازم نبينا كالي الزوايا للمثلث او غير بين يلحقه بتوسط غيره. يعني بحد اوسط يعني الدليل مثاله كتساوي الزوايا للمثلث لقائمتين قائمتين يعني مية وثمانين درجة تسعين زائد تسعين له اذن اللازم اما بين غير بين غير بين يعني يحتاج الى عملية استدلال لازم بين اما الماهية تكفي ادراكه والاحاطة به معرفيا واما لا نتصور الماهية ونتصور اللازم. تصور الطرفين تذعن النفس بداهته واما مفارقا هذا القسيم لللازم مفارق قد يكون سريعا قد يكون بطيئا قد يكون متوسطا واما مفارقا يعني عرضي يذهب ويأتي مفارق بطيء كالشباب لزيت او سريعا كالقيام له. يقوم يجلس سريعا اقول هذا العلم الحلي. مسألة ليست صعبة العرضي في مقابل في مقابلة الذاتي وسيأتي ان شاء الله في اخر هذا المدخل نبين اصل المقصود ما هو المعنى اما جزئي اذا كانت النفس في المرتبة الادنى من الادراج  لا يصدق على كافرين واما معنى  عقلي يصدق على كافر وهو الكلي ثم الكل يقسم ذاتي عرضي الذاتي تمام الذات هو النوع جزء الذات جزء الذات المشترك هو الجنس جزء الذات المختص والفصل العرضي اما عرضي خاص خاص بما هي ويقسم باللي حظر معرفي الى لازم ومفارق لازم اما بين او غير بين. يعني يحتاج الى عملية استدلال بين تكفي الماهية لادراكه او لا المهية مع اللازم يعني تصور الطرفين  العربي في مقابلة الذاتي. فلما كان الذاتي هو المقوم للمهية يعني الماهية تتقوم بالمكونات الداخلية الجنسي والفصل كان الاعرابي ما يلحقها بعد تقومها. يعني هي تقومه ولا مدخل له البت في التقويم لا يقاوم ما هي لما انه خارج معنى الذات وهو على قسمين هنا يشير الى قسمة موجودة في المتن وبعضها غير موجود وهو على قسم لازم وغير لازم. غير لازم هذا المنفك واللازم قسمان اللازم للمالية ولازم للوجود نعم المحقق الطوسي في المتن لم يذكر لازم الوجود لان هذا لا يمس لا يمس آآ للبحوث المنطقية ولا يهمه المنطق هذا امر وجودي خارجي وهو على قسمين لازم وغير لازم بيناها واللازم قسما لازم المهيئة ولازم الوجود. يعني لازم المهي بما هي ما هي مثالية ما عنده علاقة لا بالوجود في الدين ولا الوجود في الخارج يعني اينما تكون الماهية في مرتبتها يكون اللازم. المرأة لا تدخل دار الوجود دار الوجود الخارجة او دار الوجود الذهني هناك تأتيها لوازم خاصة وان كان اللازم الديني هو لازم المهية المثالية ليس وجودا ينطوي على كيانات ننطوي على كيانات ادراكية تشير الى غيرها هي ليس لها هوية وهذا بحث انتلوجي ميتافيزيقي يتناول في الوجود الذهني. من اروع البحوث الفلسفية الوجودية واللازم قسمان لازم المهية نعني لا يفارق الماهية مطلقا يصاحبها مطلقا في دائرة هويتها المثالية ولازم الوجود اذا دخلت الوجود ولازم الماهية قسمان بين وغير بينها والبين يعني الواضح تكفي المهي لادراكه مرة لا الماهية وهو يعني الموضوع المحمول معا ولازم المياقص من بين وغير بين فالاقسام اربعة. احدهما لازم الماء هي البين. ما هو وهو يفسر بامرين احدهما انه الذي يكفي تصور الماهية في تصوري كزوجية الاثنين انت بمجرد ان تتصور الاثنين تعرف انها منقسمة الى قسمين وللزوايا للمثلث انت لا تركز على الامثلة الامثلة توضيحية نعم والثاني من البينة الثاني من البين الذي يكفي تصور الماهية و تصوره يعني تصور الموضوع المحمول في الجزم باللزوم يعني بالعلاقة التكوينية التي لا تنقطع بينهما مثل كون الاثنين نصف الأربعاء والأول اخاص والاخص الذي نتصور المعية يكفي لازم نبين الأخص ولازم نبين الأهم لازم البيئة العام نحتاج الى تصور الطرفين الموضوع وثانيهما لازم المهية غير البين وهو الذي يلحق المهيا بتوسط غيره بتوسط غيره اين في اما في الوجود لا لا يحتاج الى واسطة بالعروض والا لم يكن لازما يكون غريبا هادي سجلها عندك وهو الذي يلحق الماهي بتوسط غيره يعني في الادراك يحتاج الى حد الاوسط مثل مساواة زوايا المثلث لقائمتين كل مثلث مسطح بهذا الشرط مسطح. لانه اكتشفت هندسات جديدة هندسة المقعرة والمحدبة المقعرة الزوايا تفوق مية وثمانين والمحدبة المحدبة تفوق والمقعرة اقل  مهندسة ريمان وهندسة بولوني اخر نسيت اسمه نعم فانه لازم له بتوسط ما برهن عليه هذه هي الحيثية الحيثية المعرفية يعني في مقام الاثبات بقول المدرسة وليس مقام الثبوت. مقام الاثبات يعني مقام العلم مقام الثبوت يعني مقام الواقع الخارجي كما اقول انا النظم المنطقي والنظم التحققي فانه لازم له بتوسط ما برهن عليه. اذا نحن في صدد المعرفة نعم في الهندسة يعني في الحقل المعرفي الذي يدرس فيه وثالثها لازم الوجود ان يكون معه في التحقق الخارجي لمناخ خاص لاسباب خاصة لظروف خاصة كسواد الزنجي فانه لما جاز التصور الزنجي غير اسود لم يكن لازم للمهيئة آآ هنا في خلل لفظي فقط المسامحة لفظية من العلامة الحلي رحمة الله عليه فانه لما جاز تصور الزنجي غير اسود لا يمكن. لا يمكن تصور الزنجي غير اسود. انت تقول الزنجي</w:t>
      </w:r>
    </w:p>
    <w:p>
      <w:r>
        <w:t>زنجي يعني اسود كأنه قال فانه لما جاز تصور الاسود غير اسود. مفارقة بارادوكس مفارقة تناقض نعم فانه لما جاز التصور حقيقة الزنجي يعني الحقيقة الان السانية للزنجي. حقيقة الانسانية نعم الحقيقة الانسانية لا هي سودا ولا هي بيضاء  نعم صحح هذه العبارات فانه لما جاز تصور الزنجي غير اسود لم يكن لازما المهيأ. العبارة الصحيحة هكذا فانه لما جاز تصور حقيقة الزنجيلة هي الانسانية حيوان ناطق غير اسود لم يكن لازما يعني ما عندو علاقة بالمهية عندو علاقة بظروف الوجود بالنظام التحققي هناك مناخات تجعل الانسان لاسباب خارجية الحرارة الزائدة يصير مع الزمن آآ اسود اللون. بخلاف لازم الماهية الذي لا يمكن تصور الماهية منفكعا. يلازمك وها يصاحبها سرمليان ولما لم يفارقوا في الوجود كان لازما في الوجود هنا الوجود ليس بالمعنى الصدرائي. اصالة الوجود واصالة الماهية. الوجود هنا بمعنى النظم التحققي قد تكون اصالة الماهية وقد يكون اصالة الوجود ورابعها العرضي المفارق يفارق المهية مرة ياتي مرة يذهب وهو قسمان بطيء المفارقة كالشباب لزايد وسريعه كالقيام له ومرة يقولون المتوسط وايضا اما سهل المفارقة او عسرها مرة يصعب آآ يصعب تركه للمهيئة مرة له نعم اذا الان نأتي الى التقسيم الشجري الاصلي المعنى يعني المفهوم اما جزئي واما كلي بياكل قسمة ما هو حضور النفس في مرتبة الحس هناك تتصور فقط الحقائق الجزئية المشخصة التي لا يمكن ان تسري صدقا على كافلين النفس الان في دائرة هذه الكاميرا هذا التصور جزئي. مرة ترقى  ترقى وتدرك المعنى الكلي  حتى ولم يكن لم يكن له مصداق خارجي كما بينا دماء مضى اذا المعنى ينقسم باعتبار مرتبة النفس الادراكية الى جزئي وكلي جزئي  لا يهتم به في العلو. لماذا من الجزء لا يشكل القاعدة الكلية ممكن يؤسس ارضية ارضية جزئية ارضية ضيقة للوصول الى القانون الكلي. العلوم في حقيقتها قوانين كلية قوانين كلية. ولهذا كنهاية الحكمة وبداية الحكمة السيد العلامة يقول الفلسفة تدرس الوجود بنحو كلي بنحو كل يعني بنحو قاعدي تؤسس للقواعد ما عندها علاقة بالواقعية الجزئية فاذا درس الفيزياء الحديد يقول الحديد يتمدد بالحرير بالحرارة في مناخاة خاصة طبعا  لان القضايا الفيزيائية قضايا ممكنة وليست قضايا سرمادية تخضع المناخ الخاص  فتقول كل حديد يتمدد بالحرارة. قاعدة كلية. ما عندك علاقة لا بالحديد الاسترالي ولا بالحديد في المريخ ولا في امريكا ولا في الهند العلوم تسعى الى التقنين الكلي الى القواعد الكلية. اذا تتعامل مع المعنى العقلي هذا المعنى العقلي يقسم بتقسيم الشجر ذاتي وعرضي ملاك القسمة ما هو? لانه في كل قسمة كما سيأتي من اكون ضابطة كريتينيوم يعني آآ شيء عقلي هو الذي يفرز الاقسام ذاتي عرضي ذاتي يعني نحن في دائرة الذات لم نخرج بعد العرضي خرجنا عن الذات هذا هو ميلاك القسمة الذاتي. مرة نكون في تمام الذات يعني الذات امتلأت اذا وجدت في مصادقها تملأ المصداق كالإنسان تمام الذات امتلأ ما هي اكتملت حيوان ناطق اذا كانت في زيت زيت له تمام الانسانية على مبنى على مبنى المدرسة. اذا كان في رقية رقية لها تمام العين الثانية فالانسان مقوم لزيد ذاتي للحقيقة الزيدية ذاتي للحقيقة الرقي وذكي لليلة ذكي لبلال تمام الذات هذا يسمى النوع او جزء الذات ليس تمام الذات. الجزء الذاتي. الجزء الذات يعني نحن الداخل الذات الان جزء الذات يعني مكونات داخلية للذات للمائية للمعنى اما جزء عام وهو الجنس كالحيوان مثلا او جزء خاص كالفص كالناطق وهو الفصل في مقابل الجنس العربي اما خاص بالمعية واما لا يعطى للماية وغيرها. فيأتي التقسيم المعنى اما جزئي او كلي. كلي يعني ما هي مثالية تسري صدقا على كثيرين نحو السريان الصدقي هذا بحث فلسفي  لها مصديق ليس لها مصديق بحث فلسفي بحث علمي جزئي كلي كل اما عرضي اما ذاتي ذاتي اما تمام الذات نوع جزء الذات على قسمين. جزء عام جنس الجزء خاص فصل العرضي اما خاص بالمعية يا اما عام يطال الماهية و غير هذه المهية هادي هي الكليات الخمس. ثم يأتي بحثها بالتفصيل وبالتعريف تعريف رسمي ما يقال في جواب ما هو هذا اشكال انا في تصوري هذا الان يدخل الى تاريخ علم المنطق لا يبقى في المتن التدريسية كتير من المسائل كي المتون التدريسية هي مسائل تاريخية ويؤتى بها. لا هذه يجب ان توضع في التاريخ الذي يريد ان يتخصص في علم المنطق بالضروري يدرس علم علم المنطق مهم جدا تاريخ علم المنطق مهم جدا كيف تطور هذا العلم وموجبات هذا التطور؟ المنطقة عند الهنود منطقة النانا كيف تأسس في في اليونان تأسس جمعا وترتيبا وتنظيما. عند ارسطو والا هو كان من قبل في كلام العلماء ثم كيف تطور في سكولاستيك المدرسة الكنسية وكيف تخلى عنه الغرب بعد الديكارت وكيف جدد مع فراق ورسل للمنطقة الحديث وكيف اكتشفت او حقول منطقية اخرى وكيف تطور في العالم الاسلامي له سياق خاص في العالم الاسلامي ابتكارات راقية لم يعرفها الغرب اذا جاءت الفرصة في هذا الكتاب ابين هذه النقطة. هذه المسألة ما يقال في جواب ما هو اشتباه عند القدماء اتى به وهذا الاولى به تاريخ علم المنطق. قال والمسؤول عنه بما هو لهما هي هي. يعني اذا سألت عن ما هو يعني انت تسأل عن الماهية بتمامها يعني بجنسها وفصلها اذا قيل لك ماؤه الانسان قلت حيوان هذا اه لا يصلح كجواب لماذا? لان السامع ينتظر اخراج هذا الحيوان من دائرة الابهام لا بشرطية الى دائرة التحصل. يسألك من جديد اي نوع من الحيوان? تقول ناطق حيوان ناطق تم الجواب بما هو نعم. والمسؤول عنه بما هو له ماهية هي هي يعني هوية قد تكون بسيطة وقد تكون مركبة هي بجميع ذاتياتها يعني بجنسها وفصلها  الجنس القريب والفصل. اذا اردت ان تفصل الجنس القريب الى مكونات مكوناته لك ذلك. سيأتي ان شاء الله تقول الانسان ذات ذاته قائمة بنفسها جوهر ممتد جسم نام يعني ينمو شأنه شأن النبات  حساس شأنه شأن الحيوان متحرك بالارادة شأنه شأن الحيوان. ينفصل عن الحيوانات بالادراك. الناطق هادي كلها مكونات الهوية الانسانية تريد تختزلها في العبارة تقول حيوان ناطق ولهذا يقول بجميع ذاتياتها ذاتيات المهي التي يشاركها غيرها فيها كالحيوان والتي يختص بها كالناطق يعني الفصل فيجب ان يجاب بها. يعني بجميع الذاتيات هذه هي الهوية اقول قدماء المنطقيين لم يفرقوا بين الذات والمقول في جواب ما هو خلطوا بين الذات اه في جواب ما هو السؤال في جواب ما هو الحيوان ذاتي اتصوروا ان الحيوان يعني الجنس بما انه يسأل بما هو فالسؤال بما هو هو يسوق الجنس وهذا خطأ سؤال بما هو يعني بجميع الذكيات كما قال المحقق التونسي فين مات لأن الذات عندهم هو جزء المائي لا غير. نعم</w:t>
      </w:r>
    </w:p>
    <w:p>
      <w:r>
        <w:t>والجزء اما جنس او فصل صحيح. الجنس هو الجزء المشترك والفصل هو الجزء المختص ولم يميزوا بين الجنس والفصل كما حكى الشيخ عنهم في منطق الشفاء كتاب الجدل صفحة خمسة وخمسين الفصل السادس من المقالة الاولى نعم هنا بدار جاء بالنص اقرأ العبارة وانت تعلم ان الفصل لم يكن في حدودهم يخالف الجنس يعني لم يفككوا بين الجنس والفصل من جهة المقولة على انواع مختلفة بل من جهة انه كان من طريق ما هو. لان الفصل في طريق ما هو فاذا كان من شأن الفصل وانه كما صرح به في التعليم الاول يعني كتاب ارسطو حين علم البرهان لما من شعر الفصل وانه صالح ان يكون في جواب ما هو? فقد شارك الجنس في هذا الحد فاذا كان حج الجنس هذا دخل دخل فيه الفصل ولم يمنع ذلك ان يكون هو مقولا في جوابه في جواب اي شيء هو من حيث هو مقسم كما هو مقول في جواب ما هو من حيث هو مقوم تعرف انت لسان ابن سينا لإنسان فارسي يستخدم الالفاظ العربية بقوالب فارسية لما كنا ندرس الهية الشفاء انا شخصيا كنت اتعب كثيرا احيانا العبارات لا افهمها. لماذا? الفاظ عربية الى ان القوالب اه فارسية. فيجب ان تستأنس كثيرا مع كتب ابن سينا حتى تفهمها لغويا لغويا اتحدث لغويا نعم مثل كثير من المترجمين من الفارسية اللغة العربية ترجمة فيها اموال وفيها اندفاع فيترجم من الفارسية الى الفارسية. كيف يأتي الى النص الفارسي ويترجمه بقوالب فارسية فتأتي الترجمة من الفارسي الى الفارسي والصحيح ما هو? انت تتأمل في النص الفارسي وتخضعه لقوالب اللغة العربية. حينها تأتي الترجمة راقية وقوية اكثر من الاصل واجمل من الاصل المهم ولم يميزوا القدماء بين الجنس والفصل وهذا عجيب الجنس جزء مشترك والفصل جزء مختص له وظيفة الفصل يقسم الجنس ويميز الجنس ويحصل الجنس. كما يأتي ان شاء الله بيانه في بحث الفصل. اصبر معنا كما حكى الشيخ عنهم في الشفاء فلم يبق فرق بين الذات والجنس ولما كان الجنس مقبولا في جواب ما هو؟ كيف؟ تقول ما هو الانسان؟ يقول اه حيوان او تقول ما هو الحيوان حسبوا ان المقول في جواب ما هو? هو الجنس يعني كل ما يقال في جوابي ما هو الجنس لا يقال عن الهوية النوعية هو الصحيح بسبب ايهام العكس. ايهام العكس هذه احد المغالطات تدرس في المغالطات وهي اه تلطاش المعارضة كما سيأتي ان شاء الله في باب المغالطات يعني اه الجنس يقال في جواب ما هو فكل ما هو في جواب ما هو هذه المعارضة. فلم يبقى اذا فرق بين الذات والمقول في جواب ما هو وميز بعضهم بان جعل الذات الاعم هو المعقول في جواب ما هو? واخرج الفصول عن كونها مقولة في جواب ما هو تصير مقولة في طريق ما هو ورد الشيخ عليهم. يعني الشيخ الرئيس شفاء المدخل صفحة سبعة وثلاثين الى ربعين بهذه الطبعة المصرية بما ذكره المصنف رحمه الله يعني المحقق التونسي في هذا المتن وهو ان السائل بما هو انما يسأل عن المهية. يعني عن الماهية التامة تماما تمام الذات يعني النوع وهي انما تتحقق بجميع ذاتياتها المشتركة وهي الاجناس. بينها وبين غيرها والمختصة بها وهي الفصول فان الانسان ليس انما هو انسان بكونه حيوانا لا غير بل بانسانيته انما تتحقق بكونه حيوانا وهو الجزء المشترك والناطق ناطقا وهو الجزء المختص اعني الذاتي المشترك الذي هو الجنس والمميز الذي هو الفاصل. فيجب ايرادهما في التعريف معا في الجواب الجنس والنوع يأتي ان شاء الله بيانه واللهم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