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الى هذه الفقرة الجنس والنوح قال فان سئل بما هو عن جزئيات تكفرت بالعدد فقط كزيد وعمرو رقية ليلة بلال الطهرة معا او فرادى فليوجب حالة الشركة والخصوصية بالحقيقة المتفقة فيها وهي شروع في تبيين بتبيين  الاجناس والانواع هنا مسألة دقيقة دقيقة جدا فليركز معي الطالب العزيز عندنا الانسان نوع عندنا الحيوان جنس عندنا النطق فصل عندنا الضحك على ظيو الخاص عندنا المشي عرضي عام كم خمس مفردات او خمس تركيبات  النوعية والجنسية والفصلية والعارضين الخاص او الخاصة     نحن في العلوم نتعامل مع الواقعيات يعني مع الانسان الذهب الملك الفلك الفضة الماء هادي هي الواقعية يعني الأنواع الخلقية جيد  اذا قلت الانسان نوع لأن هو ما هي تامة الماهية التامة نوع الماهية المبهمة لا بشرط جنس ما يخرج هذا الابهام والفصل ما عرظ على المهية بعد تعينها وانعقادها ويكون خاص خاصا بها والعرضي الخاص يعرظها ويعرظ غيرها والعرظ يلعب دقق معي جيدا في هذه النقطة المهمة انا اسألك الانسان ما هو تجيبني بكل اريحية وصراحة. حيوان ناطق اين النوعية ما فيه نوعية ما في نوعية انسان وانسان انسان انسان حيوان ناطق كيف تعين بالنوعية? يعني متى صار الانسان نوعان متى صار الحيوان جنسا? متى صار الناطق فصلا? متى صار الظاء الظاحك او الظاحك عربيا خاصا. متى صار المشي عرضيا عاما هنا السؤال ولا السؤال لان الطالب العزيز يسمع النوع والنوع والنوع والجيس والفصل وتغيب عنه حقيقة مهمة جدا والأستاذ في الحوزة خصوصا في الحوزة يتوهم ان هذه المسألة واضحة عند الطالب العزيز لا ليس كذلك انا عندي تجربة كطالب وعندي تجربة طويلة كأستاذ نعرف هم الطالب اين الطالب اذا بقيت هذه الامور في الكتمان ومفضفضة وغائبة وفي المحاق لا يمكن ان يتكون علميا يتكون سطحيا حتى لو صار مدرسا لا يدرس جيدا اذا  هنا انا اضطر الى بياني الحمل الاولي والحمل الشائع اذا نخرج عن البحث قليلا ربع ساعة حتى لو استمر البحث اه الى نهاية الدرس يستهل ثم بالحصة الاتية نحلل المثل الان اكتب مسألة جديدة الحملة الأولي والحمل الشائع لانك تعيشها في جميع العلوم لان العلوم تتعامل مع الحمل الأولي ومع الحمل الشائع المسائل كلها حمل شائع التصورات كلها تدور في الحمل الاولي تصور قضية تصديق الحمل بيناه جيت اشتراك وجيت اختلاف يعني اسناد اساسه جهة الاشتراك وجهة الاختلاف  اذا كيف تميز الحمل الأولي ولماذا هذا الإسم وكيف تميز الحمل شاع? ولماذا هذا الاسم هذه سؤالات او التساؤلات نثيرها حتى تأتي الأجوبة جيدة خذها قاعدة الان هذه هي القاعدة الذهبية في كل هوية بكل هوية يعني في كل معنى اذا بقينا فدائرة المعنى ولم نخرج الى تعيناته تعينات يعني الامور التي تأتي بعد الذات بعد المعنى اذا كنا في دائرة المعنى هذا هو الحمل الاولي لا تتعب نفسك كثيرا  الانسان انسان. اسأل نفسك خرجنا عن الذات الانسانية تقول لا شيخنا ما زلنا في دائرة الانسان حامل اولي الانسان المفصل حيوان ناضج. خرجنا عن الانسان? لا فقد فصلناه حامل اولي  الانسان حيوان خارج عن الذات لا المشهور يقول حمل شائع. سابين لك انه اه حملة اولي كما تفطن لذلك في نهاية الحكمة. وبداية الحكمة الحمل الاولي لماذا? لان الملاك موجود ما خرجنا عن الذات لأن الحيوان مكونة من مكونات الإنسان ما زلن في حريم الذات. حريم المعنى الانسان ناطق حمل اولي الحيوان ناطق حمل اولي الناطق حيوان حمل اولي اننا لم نخرج من الذات. السيد العلامة قال الانسان انسان حمل اولي. كما في البداية والنهاية  البداية والنهاية كتابان في الفلسفة الوجودية. يعني الميتافيزيقا للجامعيين  لا يعرفون هذه الكتب. بداية الحكمة كتاب لي تطالب الذي يشرع في دراسة الفلسفة بفلسفة الوجود الميتافيزيقا ونهاية الحكمة اعمق بكثير من بداية الحكمة سطح عالي كذلك في الميتافيزيقا لمن للسيد محمد حسين رحمة الله عليه. صاحب الميزان الشريف  هناك يقول الانسان انسان يعني حمل المعنى على المعنى حمل اولي حملة المعنى العام على على المعنى يعني الانسان حيوان حمل اولي حمل الناطق على الانسان حمل اولي. لكن حمل الناطق على الحيوان يقول حمل شائع? لا ابدا حمل اولي وهذا بحث ميتافيزيقي انا ابينه فقط باختصار شديد انسان وانسان طبق الملاك طبق الضابطة خرجنا عن الذات لا حمل اولي اذا حمل المعنى على المعنى دائما حمل اولي حمل المكون العامة على المعنى كالإنسان حيوان حمل اولي حمل المكونة الخاصة يعني الفصل على المعنى حمل اولي حمل الخاص على العام في دائرة الذات ما خرجنا عن الذات حامل اولي الضابطة ما هي? لماذا لم نخرج من الذات اذا اذا قلت الانسان انسان كمثال لك ان تمثل كما تشاء حمل اولي. انسان حيوان حمل اولي. انسان ناطق حمل اولي الحيوان ناطق او الناطق حيوان حمل اولي الظابطة موجودة لم نخرج من الذات كيف يكون الحيوان المحمول على الانسان ويكون الحمل حملا اوليا المشهور يقول حمل وشاعة اقول الانسان ما هو? الانسان هوية مبهمة تكاملت واندكت هذه الهوية المبهمة في الكمال النهائي وهو الفصل يعني حقيقة واحدة مرأة تنظر اليها في حالة الابهام يعني غير مشبعة بالكمال. مرة تراها مشبعة بالكمال. حقيقة واحدة في مراتب يعني الحيوان هو انسان غير مشبع هذا هذا الحيوان غير مشبع يندك فيه الاشباع يعني يشبع يصير فصلا ليس الفصل هوية تنظم الى الحيوان. هذا الفهم العرفي عند المشهور الحيوان اشبع ماذا صار? هو هو الفاصل هوية واحدة وهو الانسان اذا اشبع وصار فصل يعني صار انسان هذا هو الملاك اذا الظابطة ما هي اذا لم نخرج من الذات فالحمل حمل اولي لماذا حمل اولي حمل اولي ذاتي يقولون حمل اولي وذاتي. ذاتي لاننا لم نخرج من الذات اولا يعني واضح جدا واضح جدا الانسان انسان تقول شيخنا لا يحتاج الى تحليل تفهيمي لا يحتاج الى تعريف حيوان ناطق فقط تفصيل انسان حيوان تقول واضحة جدا انه من المكونات الانسان ناطق واضح لانها من المكونات حيوان ناطق واضح لانه في صميم الذات الوضوح يعني اولي ذات يعني مخرجنا من الذات هذا هو الحمل الاولي الان نأتي الى الحمل الشاعر قبل المجيء الى حمل الشائع خلينا نذهب الى العرف  انت تذهب الى السوق تشتري الفواكه. الموز مثلا تقول له ما هذا؟ يستغرب استغرب هذا نازل من المريخ؟ هنا البائع اذا اجابك بهذه الاجوبة اصفر غالي لذيذ هندي استرالي كل هذه الاجوبة لا تنفعك</w:t>
      </w:r>
    </w:p>
    <w:p>
      <w:r>
        <w:t>لانك انت تبحث عن الذات في دائرتها. يجب ان يجيبك الموز موزون اللي موز وموزون هذا هو الحمل الاولي. ولهذا هو يستغرب اقول انت ما تعرف الموز موز موزو الماء ماء الذهب ذهب نحن فدائرة الهوية اما اذا قلت له ما هو؟ ويجيبك بهذا الجواب موز لا تقول له انا اريد النوعية يقول هندي استرالي افريقي خرج من الذات الى الحيثيات الى التعينات كلما خرجنا من الذات الى التعينات نحن في الحمل الشائع الموز اصفر خرجنا من الموجية الى حيثية اللون الموز غالي بقيمة عقلائية الموز الجميل حيثية تكوينية الموز لذيذ حيثيات تكوينية لا يهمني الان نعيد الحيثيات. خروج من الذات الانسان انسان حمل اولي الانسان جالس خرجنا من الانسان حمل شاة هذه هي الضابطة اذا الحمل الشائع هو الحركة نحو الحيثيات نحو التعينات نحو التشاؤمات سميها كما تشاء نحو الاعراض الذاتية او حتى اما العربي الذي لا ينفكه العربي ولا ينفك انسان جالس قد يقوم عرضي منفك الا انه حمل شائع لماذا? لاننا خرجنا من الذات الى دائرة التعين الى دائرة دائرة التشاؤم دائرة الحيثية نعم الموز لذيذ. خرجنا من الموزية رحنا الى اللذة معنى جديد ام لا? معنى جديد ولهذا يقولون في الحمل الاولي وحدة المعنى والاختلاف بالاعتبار في الحمل الشاعلة اختلاف في المعنى اختلاف في المعنى التواجد اين? في المصداق لان اللذة لا تجدها في استراليا والموز في روسيا لا اللذة في حريمي الموز هذا هو الاتحاد المصداقي يعني اين ينوجد عنوان الموزية مع عنوان اللذة تقول في هذه الحبة امامك هذه الموزة امامك. هذا هو المصداق ويقولون اختلاف مفهومي واتحاد مصداقي ثم هذا الاتحاد مصداقي كيف? سابينه اذا اذا قلنا الانسان عالم دقق جيد نحن في حريم الذات تقول لي لا شيخنا انزحنا الى حيثية العلم حمل شاعر تريعا حمل شاع. اذا نحن نتموضع اين? في الانسان? لا نتموضع مين? في الحيثية بحيث يعني في ذلك التعين الذي تعين به الانسان وهو الكاشفية كمال وهو الكاشف اذا الحمل الشائع نتموضع ليس في دائرة الذات ليس في دائرة الموضوع وان من في دائرة تعين من تعيناته  فتأتي الاركان ما هي اركان الحملة يقولون ركنان على مبنى المشهور في الحكمة الصدرائية هذا كله يتخربط كله ينتفي وانا الناشف تينا الان استاذا من الكبار او من الطلاب الطلاب الكبار الان في الحوزة عندنا كبار وعندنا الجيل الذي جاء بعد الكبار ثم الطلاب لم ارى هذا المطلب ابدا في الحكمة المتعالية خليني اكمل البحث في حمل الشائع ثم اضيء المسألة في اصالة الماهية واصالة الوجود حتى الطالبة ان شاء الله. اذا دخل الى الحقل الفلسفي عنده خلفية جميلة جدا اركان الحمل شائع ما هي يقولون الموظوع مندرج تحت المحمول الانسان عالم هذا هو الحمل الشاعر لماذا? خرجنا من حريم الذات الانسانية الى حيثية هي العلم هذا هو حمل شاع اذا الانسان مندرج تحت دائرة العلم. يعني كيف? ذات العلم كبيرة جدا واسعة جدا لان الله عالم. جبرائيل عالم ممكن الجن عالم والانسان عالم اذا العلم دائرة تطال الانسان وغير الانسان. اذا الانسان دائرة من دائرة الدائرة الكبيرة للعلم. هذا هو الاندراج طبعا هذا الاندراج اندراج استعارات تفهميمية العلوم من حيث اللسان كل استعارات تفهمية اندراج الموضوع تحتها المحمول هذا هو الركن الاول  في التدريس يعلمك هذا الركن الأول وانتهى الأمر. اندراج الموضوع تحت المحمول ويخليك في الإبهام يخليك في الابهام لماذا انا اركز على هذه الامور? لاني انا درست وان كويت الطالب يبقى متحيرا فانا اكتشف لماذا بقي متحيلا? لان المطلب بقي في الظلام نعم بقي في الظلام لم يخرج من المحاكم مطلقا من حقو انه ان يتحير ما معنى اندراج الانسان تحت العلم? الانسان حيوان ناضب? كيف يندرج تحت العلم الذي هو عرض? انتم تقولون انسان جوهر والعلم عرض كيف يندرج? لاحظت الاستعارة التفهيمية اذا ما في اندراج انسان وجوهر والعلم عرظ بالعكس العلم متقوم بالجوهر فكيف يندرج الانسان الذي هو جوهر تحت العين اه هنا نظيء الظلام ما بقي داكنان في الظلام نظئه. اكتب اندراج الموضوع تحت المحمول بالاندراج الحيثي الاندراج الحيثي هذا هو الركن الاول. يعني الانسان لا يندرج تحت العلم. الانسان يندرج تحت العلم بحيثية الكاشفية بحيثية ذلك الوصف هو الذي صحح الحمد لماذا نقول الانسان عالم? لا الانسان حيوان ناطق. والعلم كاشفية. فيه فيه مصارخة بالله عليك كيف انت تحمل الكاشفية على الحيوان الناطق؟ باي ملاك? ما في هذا هو التباين المفهومي. اذا كان مفهوم الانسان متخندقا ومفهوم العلم الكاشفية متخندقا لا علاقة لهذا المفهوم بهذا المفهوم. من اين جاء الاتحاد? في الحمل الشائع ها الاتحاد ببركة الحيثية يعني هذا الانسان لا تنظر الى الحيوان الناطق. انظر الى الكمال العلمي الذي فيه. هو الذي يصحح انجذاب هذا المحمول فتقول الانسان عالم اذا الاندراج ذاتي ام اندراج حيثي اندراج حيث فالانسان لا يندرج بذاته الجوهرية تحت عنوان العلم. يندرج بتلك الحيثية. يعني ذلك الكمال والذي هو الكاشفية نعم يعني العقل البشري وهو يتحرك معرفيا وفكريا اكتشف في الانسان كمالا وهو الكاشفية فقال الانسان عليم اذا قوله الانسان عليم يعني حمل العلم على الانسان ببركة ذات الانسان ام ببركة ذلك الكمال بذلك الكمال يعني انه تعين بكمال. هذا الكمال سميت سميت عينا. سميه شأنا سميه عرضا ذاتيا. سميه آآ لازما سميه منفكا. لا يهمني. المهم اندراج ذاتي امحيثي. اندراج حيث انتهى الامر الركن الثاني الركن الثاني يقول سلاية اثار المحمول افراد الموضوع اذا قلت انا الانسان عليم يعني كل من تعنون بالعنوان الانساني في النظم الخارجي في النظم التحققي كزيد ورقية وطه وبلال وعلي وفاطمة تعنون بالانسان يسري اليه المحمول العالم تبرز اثار العلم على هذه المصاديق وبعبارة اخرى المحمول له اثار يسري الى افراد الموضوع من خلال الموضوع. يعني هو يحمل على الموضوع من خلال الموضوع يسري الى الافراد يسري الى الافراد ان شاء الله اذا وصلنا الى بحث القضايا هناك نبين عقد الوضع وعقد الحال. اصبروا معي نحن الان في الحبل الشاح اذا اذا كان بلال حقيقة انسانية وهو حقيقة انسانية فله هذه الكاشفية يستطيع ان يحاضر يستطيع ان يكتب مقالة يستطيع ان يخطب يستطيع ان يدرس هذه اثار ذلك الكمال اذن سراية اثار المحمول لمصادق الموضوع هذه اركان حمل الشاه هذه اركان حمل الشاة ثم لك ان تطبق كما تشاء الله حي حمل شائع ام الاولي تقول يا شيخنا الله الله  الحياة تعين من تعينات يعني خرجنا من حريم الذات الإلهية الى تعين من تعيناتها الحياة العلم القدرة الإرادة الحب اذن حمل شائع الله حي الله قادر الله عالم الله مريد الله محب كلها حمل شائع فالذات الالهية على مبنى الاندراج الحيثي مندرج بحيثية الحياة تحت العنوان الحياة العامة لأن الحياة تطال العقاب الناس الحية الإنسان الملكي</w:t>
      </w:r>
    </w:p>
    <w:p>
      <w:r>
        <w:t>كل احياء عامة ام لا? عامة فالذات الالهية احد مصاديق الحياة هذا على مبنى الذوق المهوي هذا كله مبنى ماهوي هلأ مبنى اصالة المائية على مبنى اصالة الوجود هذه كلها تنسخ تمسخ وهذا الامر لم ارى استاذا ولا كبيرا بينه مع الاسف الشديد ويبقى مبهما. حينما اثيره امام الطلاب يتعجبون يقولون المسألة في غاية الجمال وفي غاية الوضوح. كيف لم تبين في اي كتاب? لماذا? لانهم مبتلون بسطوة الذهن والمفاهيم صدر المتألهين لا صدر المتأهلين تمرد عن سطوة الذهن والمفاهيم اخرج الفلسفة الى الخارج اذا لم تفهم هذه المسألة لم تفهم الحكمة المتعالية ولا حتى الحكمة المشاعية ولا الحكمة الاشراقية ولا الحكمة اليمنية باتقان وباش اجتهاد هذا هو الحمل الشائع هذا هو لحم الشاح اذا الموز لذيذ حمل شاه فتجد اثار اللذة في الموز فالموز يندرج تحت عنوان اللذة الاندراج الحيثي لأن عندو هادي الحيثية عنده غير خاصية قاسية اللذة ذوقه وستر  نعم الحديد يتمدد. التمدد حيثية للحديد. الحديد ما هو? حديد حديد حمل اولي الحديد يتمدد انتهى الامر حمل شائع لان حتى النبات يتمدد ينمو يمتد يعني يأخذ ابعادا هذه هي اركان حمل الشعر وسهلة وما لا في باب التعريف نتعامل مع الحمل الاولي في باب المسائل والقضايا نتعامل مع الحملة الشائعة. ولهذا يقول حمل الشائعة الصناعي لان هو الذي يتعامل معه في الصناعات صناعتين العلوم. يعني الحقول المعرفية المتعددة الفلكي اذا ركز فقط على الحمل الاولي ويريد ان يكتب كتابا يقول الكوكب كوكب وانتهى الكتاب ويطبع الكتاب او ينشر الكتاب. معقول ام يأتي الى حيثيات هذا الكوكب؟ حيثية بعد حيثية بعد حيثية بعد حيثية. كلما تعين بحيثية تتشكل مسألة حيثية ثانية مسألة ثانية. حيثية ثالثة مسألة ثالثة فهي تشكل العلم كله بالحمل الشائع وهذا هو الحمل الصناعي شاي عن الشائعة في العلوم ورائج في العلوم صناعة يعني العلوم  نعم الان نأتي الى بحثنا كملت البحث عنها بالحمل الشائع باختصار وهذا يدرس ان شاء الله في باب القضايا او في في العلو نأتي الى بحثنا نحن نقول الانسان نوع الحيوان جنس الناطق فصل الضحك عرضي خاص المشي عرضي عنه تركيبات ام لا? تركيبات تركيبات عندك موضوع محمول اذا قلت الانسان نوعا نوع انسى الانسان النوع معقول ثاني منطقي يعني من تعينات موظوع المنطق بين قوسين المعقول الاولي ان يكون نوعا. يعني تعين من تعينات المعقولة الاولية الجنسية تعين من تعينات المعقولة الأولي الفصلية تعين من تعينات المعقول الاولي العرضي الخاص تعين من تعينات المعقول الاولي. يعني المعقول الاولي بنحو العضدي العام تعين من تعينات المعقول الاولي. اذا مفهوم النوع مفهوم الجنس مفهوم الفصل. مفهوم العربي والعام مفهوم الخاص. معقولة الثانية منطقية? اين تدرس? تدرس في الحقل المنطقي. لان اعراض ذاتية للمعقول الاولي ان شاء الله في الحصة الآتية احلل هذا الحمل. الإنسان نوع اين النوع? واين مفهوم النوع حيوان جنس اين الجنس? واين مفهوم الجنس الناطق فصل اين اين الفصل واين مفهوم الفصل وهكذا? بحث في غاية الدقة وجميل ورائع يأتي ان شاء الله اللهم صلي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