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ما زلنا في الجنس والنوع قال فإن سئل بما هو عن جزئيات تكفرت بالعدد فقط كزيد وعمرو ورقية وعلي وبلال وطه معا او فرادى فليوجب حالة الشرك والخصوصية. يعني يأتي بالجنس والفصل بالحقيقة المتفق فيها وهي الانسان وان سئل عما يختلف حقائقها كالانسان والثور معا فليوجب بكمال ما يشترك فيه وحده يا هو الجنس وهو الحيوان سيأتي ان شاء الله باقي المد وعدتكم ان ابين مسألة دقيقة جدا واعيد التركيبات الانسان نوع الحيوان جنس الناطق فصل الضاحك او الضحك الضحك عربي خاص المشي عربي عام خليني انا اقارب واحدة بعد واحدة الإنسان نوع هنا عندنا تركيب  على مبنى المدرسة حمل شائع بالضرورة حمل شاع الإنسان انسان حمل اولي الإنسان نوع يعني الهوية الانسانية المثالية تعينت شيئين جعلها نوعا يعني حمل النوعية على الطبيعة الانسانية ليس لعيون الطبيعة الانسانية. وانما لحيثية تحيثت بها الطبيعة الانسانية. ما هي انها تسري صدقا على كثرة تتحد في الحقيقة فما جيد هذه المسألة? هذه هي الحيثية. يعني خرجنا من الذات الى تعين الى حيثية الى تشاؤن ما هو هذا التشاؤم? هذه الحيثية هذا التعين? هذا الوجود الربطي كون الحقيقة الانسانية في زيد كون الحقيقة الانسانية في رقي كون الحقيقة الانسانية في طه. كون الحقيقة الانسانية في بلاد كون الحقيقة الانسانية في زنا. كون الحقيقة الانسانية في سلمان وهكذا كثرة  الا انها حقيقة واحدة هذه الحيثية الصدق دعك من الطبيعة الانسانية الطبيعة المائية الذهبية خليها جانبا. يعني الموضوع في التركيب اعزله جانبا لأن هو حقيقة متخندقة ركز فقط على التعين لوحده ما هو? الصدق يعني السريان الصدقي على كافرين مختلفة الحقيقة لا المتحدة الحقيقة زاد انسان ليلى انسان بلا انسان سلمان رقية انسان طه انسان حقيقة واحدة ام لا اذا نهوا هذا التعين او هذه الحيثية او التشاؤم او الوجود الربطي تقول صدق على كثيرين بحقيقة واحدة هنا عرفه هكذا يقول فان سئل بما هو عن جزئيات تكفرت بالعدد  فقط كزيد وعمرو معا او فرادى فليجب فليجب المجيب حالة الشرك والخصوصية يعني تأتي بالجنس والفصل لان الهوية الهوية الانسانية مر علينا هذا هنا يتعين الانسان لانه يصدق على كثيرين متحدي الحقيقة لأنه فيه حقائق مختلفة الحقيقة الإنسان والفرس والاسد والفيل والحمار فيه اختلاف في الحقيقة. لا. هنا حقيقة واحدة. وهذا الذي يؤسس المجتمع المدني والمجتمع الانساني نعم هذا هو السر ما هو? حقيقة واحدة. هذه العناية الالهية العظيمة اذا الانسان نوع تقول لا شيخنا الانسان انسان انتهى الامر تخندق لماذا يحمل عليه النوع تقول ببركة تعين يعني تعين باللغة الفرنسية يعني التعين يعني تشاءنا ما هو هذا التشاؤم بغض الطرف عن الانسان? الصدق على كثيرين متحدي الحقيقة يعني اذا جئت الى زيد وليلى وطه وسلم ان ورقية وفاطمة وعلي وبلال تقول ما هو هؤلاء تقول انسان انسان اذا الانسان يسري صدقا على كل هذه الافراد التي تتحد في الحقيقة الانسانية وان اختلفت في الشخوصات ذاك جميل ذاك غير جميل ذاك او اسود ذاك ابيض ذكاء عالم ذكاء جاهل. هذه شخوصات لا تهمنا الان اذن الانسان نوع حمل شائع وقلت لكم الحمل شعوذة الاندراج الحيثي. ما هي الحيثية التي تجعل الانسان يندرج تحت انه تقول انسان بما هو انسان خطأ الانسان بما هو انسان متخدق يباين كل الواقعيات بأصالة الماهية تقول لا شيخنا العزيز هو اندرج تحت النوع لحيثية. ما هي? الصدق على كثيرين متحدي الحقيقة اذا هذه الحيثية ما عندها علاقة بالانسان يتعين بها الانسان يتعين. معنى هذا معناها غير الانسان بدليل انك تأتي بالماء كالطبيعة المائية عندك ما استرالي ما هندي ما افريقي ما عربي مياه متعددة ماء النيل ماء الفرات ماء دجلة مع الخليج مياه ام لا الطبيعة المائية تسري صدقا على جميع هذه المياه حقيقة واحدة. اذا الماء نوع ما هو ملاك نوعية الماء? لانه تشاءن من حيث الصدق على كثير متحدين حقيقة هنا نسأل من النوع? تقول انسان من النوع تقول الماء مفهوم النوع تقول الصدق على كثير متحد الحقيقة اذا يجب ان تفهم النوع تفكك بين النوع ومفهوم النوع. النوع هو الموضوع المتحيث ومفهوم النوع هو الحيثية. سجل هذه الدقائق لأنها مهمة جدا مهمة جدا كثير لا يقف عليها كثير حتى المتخصصين  اذا النوع هو الذي تلبس بالحيثية مفهوم النوع هو تلك الحي فيا. وتلك الحيثية لا تتصل فقط بالطبيعة الانسانية لا حتى الماء حتى الذهب حتى الحديد حتى الجن  اذا يجب ان نفكك بين مفهوم النوع والنوع. النوع هو الطبائح التي تسري في المصاديق الخارجية اما مفهوم النوع هو تلك الحيثيات اعمق البحث اكثر  عندنا هذا التركيب الانسان نوع حمل شاح بالاتفاق والاندراج اندراج حيفي نسأل من اين وصل الذهن البشري الى الموضوع الانسان تقول شيخنا يتعامل مع الافراد الانسانية ثم هذه الافراد ترقى الى الحس كادراك ثم الخيال ثم نصل الى الطبيعة الكلية ما هي? الانسان نعم من اين وصلنا الى مفهوم النوع المحمول لم نصل اليه من خلال الافراد زيد ما ليس نوعا بلال ليس نوعا رقية ليس نوعا تقول لما استقر هذا المعنى الكلي الانسان في افق الذهن واكتشفناه انه حقيقة مثالية وجدناه متشأنا بالصدق على كفيل المتحدين حقيقة جينا هنا للتشؤون منه صنعنا مفهوم النوع. الذي يمثل المحمول في التركيب اذن مفهوم النوع المحمول يحكي الانسان حيوان ناطق تقول لا يا شيخ مستحيل يحكي تلك الحيثية ما هو الصدق على كثيرين متحدي الحقيقة هذا هو مفهوم النوع اما النوع لا النوع هو ذا لتلك الطبيعة الخلقية التي تتشأن اذا تشاءنت بذلك التشاؤم تجدها في الواقع الخارجي تسري صدقا على كثيرين متحدي الحقيقة لكن اني للتركيب الثاني. الحيوان وجينسون. الجنسمان هو الحيوان مفهوم الجنس هو حيثية تشأن بها الحيوان ما هي هذه الحيثية? صدقه على كثيرين مختلفين حقيقة. الإنسان حيوان الحمار حمار الحمار حمار الحمار هيوان الاسد حيوان الزرافة حيوان الفيل حيوان الظبع حيوانو حقائق متحدة او مختلفة لا تقل متخندقة يا شيخ اين الاسد من الانسان من الظرف اذا هذا الحيوان لانه يسري صدقا يعني يتواجد في حقائق مختلفة ياتي هذا المعنى هذا التشاؤم. الصدق على كثيرين مختلفين حقيقة تشاؤم يختلف عنا تشأن الأول اذا اختلف حتما نحتاج الى مفهوم جديد مفهوم الجنس مفهوم جنسي يحكي ذلك التعين ذلك التشاؤم. ما عنده علاقة بالحيوان. قد يأتي عنوان اخر لا يهم اذا الجنس هو الحيوان. مفهوم الجنس هو ذلك التشاؤم</w:t>
      </w:r>
    </w:p>
    <w:p>
      <w:r>
        <w:t>اذن مفهوم الجنس ماذا يحكي? يحكي الحيوان لا ما عنده علاقة بالحيوان. يحكي بذلك التشاؤم ما هو الصدق على كافرين مختلفين حقيقة يعني انت اذا جئت الى عالم الخلق في النظم الخلقي تجد مجموعة من الحقائق متباينة بفصولها يصدق عليها الحيوان في بعدها الاشتراكي فقط وكل حقيقة تتميز بفصلها الإنسان بالناطق الاسد ب الشجاعة لافتراس حيوان مفترس الحمار انت ابحث له عن فصل وانا ما ما يهمني حيوان بليد يقولون هو ليس ببليد ليس ببريد المهم هذه الحقائق تتميز الفصل اذا من الجنس? تقول حيوان من مفهوم الجنس تقول ذلك التشاؤم يعني الطبيعة الحيوانية حينما تشأنت بذلك التشاؤن ما هو? الصدق على كفيلين مختلفين حقيقة صارت جنسا هادي الطبيعة الحيوانية انت ركز الان على التشاؤم فقط الصدق وعلى كثير مختلفي الحقيقة هو مفهوم الجيز لماذا? السؤال هو السؤال كيف وصل الذهن البشري الى الحيوان? تقول عاين حقائق كثيرة مختلفة وجد فيها بعدا اشتراكيا ووصل الى الحيوان متواجد في الإنسان متواجد في الأسد في الفراشة في في الفيل في الظبع في النمر وهكذا كيف وصل الدين البشري الى الجنسية مفهوم الجنس حتى صنع هذا هذا اللفظ مفهوم الجنس تقول لما صارت هذه الطبيعة المشتركة الحيوان في افق الفهم والادراك ادرك الانسان انها لها تشاؤم انها تسري في حقائق مختلفة كثرة مختلفة الحقائق اذا في تشاؤن غير الحيوان ما هو? الصدق على كثيرين مختلفي الحقيقة من هناك استلينا مفهوم الجنس اذا مفهوم الجنس يحكي الحيوان? لا  حيوان هو اه جسمنا نام حساس اه متحرك بالارادة هذا هو فقط مفهوم الجنس هو هذا. الصدق على كثرة مختلفة الحقائق  الناطق فصل حامل شائع يعني الناطق تعين بخاصية بشأن ما هو  مكون داخلي للذات ويميزها  وذوق الفصل يفصلها  اذا عندنا الناطق فصل من اين جاء الناطق? جاء من معاينة الافراد الانسانية وجدناها من خلال اثار وهو الادراك الكلي والفهم الكلي غير موجود عند الحيوانات الاخرى خصصنا الانسان بالناطق يعني بالتعقل اتهمنا الناطقية من اين فهمنا الفصلية? يعني مفهوم الفصل من اين جاء? جاء من تشؤن للناطق. غير الناطق تشؤن. يتشائم به النطق ما هو كونه اولا حقيقة داخلية مميزة فاصلة فاصلة للانسان عن الحمار على الاسد اذا جئنا الى الاسد يعني المفترس المفترس فصل لانه يفصل الاسد عن الانسان وعن الحمار والظبع وهكذا تحمل شائع اذا من الفصل? تقول الناطق? من مفهوم الفصل وتلك الخاصية او ذلك التشاؤم الذي يجعل الطبيعة تتميز مكونة داخلية عن غيرها من الانواع الضحك عرضي خاص حامل شائع ان التعجب كذلك عرضي خاص التعجب على الخاص حمل شائع تقول التعجب تقول عرضي الخاص هو العرضي الخاص. مفهوم العرضي والخاص هو ذلك التشأن الذي تشأن به التعجب. ما هو خاصية خارج الذات تميز الذات خارجا ليست داخلا كالفصل والتحليل هو هو على العرض العام هذه يجب ان تفهمها جيدا. اذا اذا سألتك في هذا التركيب الانسان نوعا من النوع تقول الطبيعة الانسانية ملاك نوعيتها لانها متشائلة بمفهوم النوع ما هو الصدق على كثيرين متحدي الحقيقة اذا سألتك الحيوان جنس من الجنس تقول حيوان ما هو ملاك جنسيته? لانه تشأن آآ حيثية يحكيها مفهوم الجنس ما هي? الصدق على كثير مختلف الحقيقة وهكذا في باقي الكليات الخمس هنا يشير الى هذه الحقيقة. قال فان سئل بما هو عن جزئيات تكفرت بالعدد ولم تتكفر بالحقيقة زيد وليلة حقيقة واحدة انسانية فقط تعددت في مصاديق بشخصات تختلف اما الحقيقة واحدة سلمان كذلك ليلة كذلك بلال كذلك رقية كذلك طه كذلك ما هؤلاء ما هؤلاء تقول انسان اذن الإنسان سرى في مصاديق متحدة الحقيقة مصاديق كثيرة متحد في الحقيقة هذا السريان الصدقي تشاؤم ام لا? تشاؤم. خلينا في هذا السريان فقط. يعني الصدق على كثيرين متحدون في الحقيقة. نريد نفهمه نعطيه عنوان ليس عنوان للانسان. عنوان خاص بي بمفهوم النوع مفهوم النوع وكل من تشأن بهذا التشاؤم التشاؤم ماذا يكون? اي طبيعة شئت ما ان ذهبا فظة انسانا جنا له هذا التشاؤم ماذا يكون الجواب ما هو? يكون نوعان نعم قال فان سئل بما هو عن جزئيات تكفرت بالعدد وليس بالحقيقة حقيقة واحدة فقط كالزيت وعمرو حقيقة واحدة زيد انسان وعمرو انسان معا او فرادى اما يعني تراعي الكثرة او الفرض تقول زيد انسان او تقول زيد انسان عمرو انسان ليلى انسان رقية انسان بناء انسان فليجب المجيب حالة الشرك والخصوصية يعني تأتي بالجنس والفصل بالحقيقة المتقظ المتفق فيها وهي الانسان لماذا? لأن الزيتون انسان وعمرو انسان بلا انسان رقية انسان زنا الإنسان اذا هنا سنيان صدقي كثروي الا ان حقيقة واحدة جيد هذه الخاصية هذا التشاؤم نريد نعطيه عنوان. قلت مفهوم النوح مفهوم النوع. واذا كل من تشاءنا بهذا التشاؤم ماذا نطلق عليه? نوعان وان سئل عما يختلف حقائقها كان انسان وثور هناك كثرة يسري فيها عنوان الا ان الحقائق تختلف اذا العنوان يختلف يعني التشاؤم يختلف في الصدق وعلى كثيرين مختلف الحقيقة. هنا تشاؤم جديد معا فليجب المسؤول بكمال ما يشترك فيه وحده وهو الحيوان اذا ما هو اه الانسان الثور الاسد الفيل الحمار تقول حيوان يعني تركز فقط على حيثية الاشتراك وان خص واحد يعني تأتي ما يميزه داخليا منهما بالسؤال كالإنسان فليضم الى ذلك ما يختص به ايضا كالناطق ويكون الجواب في الحياة حالة مختلفة تقول يعني انسان حيوان ناطق في الاسد يجب ان يكون الجواب مختلفا. لان حقائق مختلفة. تقول الاسد حيوان موف باريس من ميز الانسان عن الاسد وميز الاسد عن الانسان الفاصل. ولهذا يفصل نعم قضى المتن. نعتلال الى الشرح. هل فيه اضاءات اقول والمسؤول عنه بما هو اما ان يكون واحدا او كثيرا فان كان كثيرا فاما تكون الكثرة مختلفة بالعدد اللا غير. يعني حقيقة واحدة سل الصدق في مصاديق متعددة واما ان يكون مختلفة بالحقائق مرة نكون زيد ليلى طه زينب سلمان حقيقة واحدة وهي انسانية تكثرت بالعدد فقط. مرة لا. حقائق مختلفة. انسان ثور اسد حمار سين جمل وان كان وان كان واحدا فاما ان يكون شخصا واحدا او ما هي كليا فالاقسم اربعة والجواب عنها ثلاثة القسم الأول ان يكون المسئول عنه بما هو جزئيات يعني افراد خارجية في النظم التحققي تكثرت بالعدد لا غير. حقيقة واحدة. زيد ليلى طه سلمان مروى وهكذا كما لو سئل عن زيد وعمرو وخالد وطه وبلال ورقية وليلى وفاطمة ما هم? تقول ان سالون انسان جيد اذا الانسان كحقيقة وكطبيعة مثالية عندها شأن تحيثت بحيثية تصدق على كثيرين يعني تسري صدقا على كثيرين  وهذه الكثرة حقيقة واحدة لها شأن جديد اذا ركزنا على ذا الشأن ونسينا الانسان هذا يسمى مفهوم النوع نعم والثاني ان يكون المسؤول عنه جزئيا واحدا من تلك الجزئيات كما لو سئل عن زيد وحده بما هو لامنه والجواب عن هذين القسمة الواحدون</w:t>
      </w:r>
    </w:p>
    <w:p>
      <w:r>
        <w:t>نعم تقول انسان زايد انسان زيد ليلى سلمان كذلك انسان. ولهذا يقول آآ  والجواب عن هذين القسمين واحد. يعني تركز على زيد فقط او زيد مع الافراد الاخرى ليلى طه سلمان ورقية هذه الجواب هو انسان نعم وهو الحقيقة المتفقة فيها الافراد وهو الانسان وهو مقول في جواب ما هو اذا ما هو زيد الليلة طه سلمان الرقية انسان وهو مقول في جواب ما هو بحسب الشركة يعني البعد الحيواني والخصوصية معا يعني الناطق. يعني الانسان اما بحسب الشركة فلانه جواب عن الكثرة واما بحسب الخصوصية فلانه جواب عن جزئي واحد من تلك الكثرة ايضا فلان السؤال بما هو عن الحقيقة الحقيقة الانسانية. وهي ثابتة في الجميع. يعني تسري صدقا على الجميع. الا ان هذا الجميع لهم حقيقة واحدة وهي الثانية ولا يزيد كل واحد منها على صاحبه بمقوم حتى يذكر في الجواب ما في زايد هو انسان اكتب تحت هذه العبارة اكتب هذا هذا الكلام. هذا هو استحالة التشكيك في ما هي وهذا بحث فلسفي. ولا يزيد كل واحد منها على صاحبه. بمقوم حتى يذكر في الجواب. يعني زيد ما هو انسان. ما هي مقوماته حيوان ناطق ليلى ما هي? انسان ما هي مكوناتها? حيوان ناطق رقية انسان ما هي مكوناتها? حيوان ناطق. بلال انسان ما هو مكوناته? حيوان ناطق? لا يزيد فرض على فرض بمكونة ومقومة ابدا لان لا تشكيك في الماهيات هذه لا تشكيك في المهية اه سطرها عندك واكتب هذا بحث فلسفي ميتافيزيق  الثالث ان يكون المسؤول عنه اشياء كثيرة مختلفة بالحقائق عندك الإنسان والحمار والأسد والفيل والجمل والثعلب وهكذا حقائق مختلفة ام لا? نعم ملاك الاختلاف هي الفصول واضح جدا ان يكون المسئول عنه اه اشياء كثيرة مختلفة بالحقائق. كما لو سئل عن الانسان والفرس والثور والاسد والثعلب والحية وهو بما هو? الجواب هو كمال ما يشترك فيه تلك اه او ما يشترك في تلك الحقائق وحده كذا الحيوان. يعني تأتي بحيثية الاشتراك لا تأتي بالفصل. لانه الفصل يفصل يخندق. لا تأتي بحيثية الاشتراك. اذا الحيوان اكتسب حيثية. اكتسب شأنا اكتسب اكتسب تعينا. وجودا ربط ما هو الصدق على كثيرين؟ هذه واحدة لأنه كلي يتعامل مع المعاني الكلية والحقائق واحدة مختلفة? لا مختلفة نعم ويقول مختلفا. والجواب هو كمال ما يشترك في تلك الحقائق حقائق يعني متعددة وحده كالحيوان. وانما تعين الحيوان للجواب لانه لو اجاب بغيره لكان ذلك الغير اما اخص او اعم او مساويا نعم الدخول في التعميق والتشويش انا في تصوري لم يبينوا الحيثيات لم يبين لا المحقق الطوسي ولا العلامة الحلي. ما هو مبرر حمل نوعي على الانسان? وما هو مبرر حمل الجنسية على الحيوان? ما هو مبرر حمل الفصلي على الناطق لم يبينوا هذه. هذه هي الاساسيات نعم ممكن يأتي البيان ممكن لكن انا لم اراه الى الان هذا هو المطلب الجديد لا تروح تروح لي الى التدقيقات التي لا تنفع الطالب نعم وانما تعين الحيوان للجواب لان هو جهة الاشتراك لا يمكن ان يتحد الانسان مع الفرس مع الاسد في الفصول. تتداخل الفصول وتصير الحقائق واحدة. يعني الله تعالى خلق مخلوق واحدا. لا ابدا تروح الى حيثية الاشتراك وتترك حيثية الاختصاص في الفصول. فتقول حيوان. ما هو الانسان الاسد الفرس? البقرة الحمار حيوانون. حيثية الايه? الاشتراك. واضحة جدا. ما تحتاج الى الدليل والتعميق والتدقيق. لانه يشوش ذهن الطالب يقول اه للجواب لانه لو اجاب يعني يستدل بالامور الواضحة آآ على الامور الواضحة لو اجاب بغيره لكان ذلك الغير اما اخص او اعم او مساوية والاعم لا يصلح ان يكون جوابا لانه سئل عن كمال مشترك والاعم من الحيوان ليس هو كمال المشترك بل جزءه يعني تقول ما الانسان الحمار الاسد العقاب الحية الفرس تقول جسم لا الجسم عام من الحيوان لأن الحيوان ما هو جسم مؤمن حساس متحرك بالارادة فانت ادخلت الجواب في غاية الابهام ما الانسان الفرس الاسد الحمار جسم وحتى الذهب جسم حتى الكوكب جسمو لم تعطي تعريفا. ولهذا يقول لانه اه والاعم لا يصلح ان يكون جوابا يعني الاعم من الحيوان. لانه سئل عن كمال المشترك والاعم من الحيوان كالجسم مثلا او كالنامي ليس هو كمال المشترك بل جزءه بل جزءه لماذا? لان اذاك عرفت للحيوان تقول جسم نام. حساس متحرك بالارادة ما تقول هؤلاء جسم ولا اه نمو لان هذه اجزاء الحيوان واما الاخص كالانسان فانه ليس بمشترك تقول ما الانسان والاسد والحمار والفيل والجمل انسان غير صحيح الانسان متخندق بالفصل ما عنده علاقة بالاسد ولهذا يقول واما الاخص كالانسان فانه ليس بمشترك بين الافراد فلا يصلح للجواب واما المشاوكة الحساس يعني الفصول فانه لا يدل على كمال المشترك بالالتزام. لان الحيوان عنده جنس وفصل جسم نعم حساس حساس فصله تقول ما الانسان والفرس والاسد حساس لا مبهم بعيد هذا فصل لا يصلح واما المساوي كالحساس فانه لا يدل على كمال المشترك الا بالالتزام نعني بالدلالة الالتزامية ودلالة التزامها الالتزام ها هنا مهجورة لماذا نريد نعرف هوية الحقائق فتعين الحيوان للجواب ولهذا قال وحده. وهذا الجواب يأتي ان شاء الله اللهم صلي على محمد وال محمد اللهم صل على محمد وال محمد. اللهم صل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