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الله يا الله والحمد لله والله اكبر اعوذ بالله من الشيطان الرجيم بسم الله الرحمن الرحيم وبه تعالى نستعين والصلاة والسلام على محمد واله الطاهرين اللهم صلي على محمد وال محمد. اللهم ارزقنا التوفيق والاخلاص وصلنا معكم الى هذه الفقرة وهذا الجواب مقول في جواب ما هو بحسب الشرك المحضى عندك حقائق متباينة تنتمي الى عنوان عام انسان فرس اسد حمار عقاب زرافة الى ما شاء الله من المخلوقات الحيوانية وقت تسأل هذا السؤال ما هو هذا الامر  الجواب لا يمكن ان يكون بالخصوصيات بالفصول تقول ناطق مفترس صاهر لماذا? لان هذه حيثيات او مكونات مخصصة يعني خاصة بالنوع اذا الجواب يكون بحيث الاشتراك الحيوان ثم هو يسأل ويقول اذا لم تأتي بالحيوان يجب ان تأتي بما هو اعم او مساوي او اخص ادخل داخل الحيوان ما هو الحيوان في التحليل تحليل المكونات ذات ذات من الزواج حيوانات ذوات ذات قائمة بنفسها. يعني تحيثت بحيثية واعطاها وعنوان الجوهرية كما سيأتي الله ان شاء الله في بحث الجواهر في المقولات  جاتو  تشائمت تعين تشائمت بشأن ما هو القيام بالنفس فاكتسبت عنوان جديد جوهر الحيوانات جوهر جوهر جيد تشائمت به تشاؤم جديد الامتداد تعينت اذا في الجسمية ثم نمت ترقت الى النبت ثم تعينت بالحساسية الحركة بالارادة هذه هي الهوية الحيوانية فيها العام والخاص والمساوي العام يعني الجنس البعيد الجسم تقول ما الانسان الاسد الفرس الزرافة والفيل والثعلب تقول جسم حتى النحاس جسمه حتى الذهاب جسم لماذا لم تدخل هؤلاء يجب ان تخرج هؤلاء. اذا التعريف بالعام لا يمكن انه يقول في النقطة الثالثة ان يكون المسؤول عنه اشياء كثيرة مختلفة بالحقائق يعني انسان بقر حمار اسد حصان حقائق مختلفة كما لو سئل عن الانسان والفرس والثور والاسد والثعلب بما هو يعني ماذا يمثل هؤلاء والجواب هو كمال ما يشترك فيه تلك الحقائق وحده كالحيوان. تقول حيوان وانما تعين الحيوان الحيوان للجواب قد تقول لماذا الحيوان؟ لماذا ليس الجسم؟ لماذا ليس اه الحساس وانما تعين الحيوان للجواب لانه لو اجاب بغيره بغير الحيوان. حيثية الاشتراك لكان ذلك الغير ما هو اما اخص او اعم او مساويا والاعم لا يصلح ان يكون جوابا. الاعم ما هو كالجسم لأن الحيوان قلت لكم جسم جسم نام حساس متحرك بالايران لانه سئل عن كمال مشترك والاعم من الحيوان ليس هو كمال المشترك بل جزءه اه جزءه في التعريف لأنه اذا عرفت الحيوان تقول جسم النمل مكونة داخلية جزء. واما الأخص كالإنسان تقول ما الإنسان البقر الأسد الحمار الثور تقول انسان. لا لا يمكن لا يمكن  واما الاخص كالانسان فانه ليس بمشترك بين الافراد فلا يصح ليس بمشترك بين الافراد كلمة الافراد هنا بمعنى الانواع لاننا نتحدث عن الجنس فلا يصلح للجواب تقل ما الانسان الثور البقر الحمار الاسد الثعلب انسان لا الإنسان تميز بالناطقية ما دخل الناطقية في الحمار في الاسد وفي الطور واما المساوي كالحساس تقول جسم نعم حساس حساس هو الفصل والتحرك بالارادة فانه يدل على كمال المشترك الا بالالتزام. هذه دلالة التزامية تقول ما الانسان الثور الاسد الفيل البقر الحمار حساسون هذا تعريف باللازم لا يحددوا المشترك. لا يحددوا انه مشترك ودلالة الالتزام ها هنا مهجورة. يعني الدلالة الالتزامية في الحق للمنطق لا يستند عليها اذا فتعين ماذا? تعين الحيوان للجواب ولهذا قال وحده كلمة وحده في المتن موجودة نعم نعم فليوجب المسؤول بكمال ما يشترك فيه وحده  وهذا الجواب مقول في جواب ما هو. يعني تقول ما الانسان البقر الاسد الفيل الثور? حيوان بحسب الشركة المحضة. لانه انما يصلح اذا سئل عن الحقائق متكفرة. يعني انواع  ولا يصلح جوابا عن واحد منها بايه انفراده نعم بانفرادية تقول انسان ما هو حيوان لم تأتي بشيء مبهم لان حتى الاسد حيوان حتى الطرحة يجب ان تخصص تقول حيوان ناطق. نعم نعم القسم الرابع ان يكون المسؤول عنه واحدا كليا كما لو سئل عن الانسان وحده بما هو? والجواب هنا ها هنا يكون بالحد. الحد يعني الجنس القريب والفصل كما سيأتي في باب الحدود. وهو الحيوان الناطق. الحيوان فككه فككه هكذا ليس ما هو ذاته تعينت بالقيام بالنفس ليس كالعرض جوهره خرج العرض جوهر من اي سنخ ممتد ليس كالملائكة والله تعالى ممتد في الأقطار الأربعة ينمو بالاكل والتغذية حساس يشعر بالبرد هذه الامور متحرك بالارادة ويرقى على هذا الكمال بالناطقية وهو مقول في جواب ما هو? تقول ما الانسان حيوان لا تكفي حيوان ناطق بحسب الخصوصية المحضة يعني يجب ان تأتي بالناطق لانه هو الذي يخصصه. لانه لا يصلح جوابا عن غير هذا السؤال. الا بالخصوصية. يعني حيوان ناطق واعلم ان المسئول عنه بما هو ها هنا لما كان واحدا من افراد الجزئيات المتكثرة في القسم الثالث. كان الجواب هو الجواب اعني. كمال مشترك مع انضمام ما يخصه يعني تأتي بالحيوان لا يكفي الإنسان حيوان ولا مبهم يأتي بي الفصل الذي يخرج الابهام من التحصن حيوان ناطق خرج البقر خرج الفيل الزرافة كل انواع الحيوانية تخرج من حد الانسان نعم يعني كمال مشترك يعني الحيوان مع انضمام ما يخص هذا الجزء من الفصول كالناطق. طبعا هنا انضمام انضمام اعتباري النوع من المنطقي اما في النظم التحققي ما في انضمام وانما تكامل ما عندنا حقيقة هي الحيوان ثم الفصل انضم اليها. يعني  حيوان شيء والناطق شيء ثم جاء انضمام لا ليس هكذا الحيوان المبهم ترقى تلقى باب في الناطقية التي هي حقيقة الانسان فيتشكل الانسان نعم  اعني كمال المشترك مع انظمام اكتبوا هنا انظمام تحليلي ما يخص هذا الجزء من الفصول كالناطق ويكون الجواب في الحالتين مختلفين. اعني الجواب عن الانسان كحالة انفراده بالسؤال مخالف للجواب عنه حالة اشتراكه مع غيره في السؤال كما بين اذا انت ركزت فقط على الانسان ما هو حيوان ناطق؟ اذا جعلته مع الانواع الاخرى الاسد والبقر والثور والحمار تقول حيوان فقط نعم اذا سئلت هو هو في حد ذاته ما هو تقول حيوان ناطقون قال واعمهما اعني ما يقال على مختلفات الحقائق يعني الأنواع المتعددة انسان بقر اسد فيل حمار في جواب ما هو? بالشرك. يعني بحيثية الاشتراك نعم هو الجنس لكل واحد منهما وهي انواعه فالحيوان جنس للانسان جنس للاسد جنس للفيل جنس للحمار وهكذا  اذن خلينا نحلل هذا التركيب الانسان نوع حللناه حيوان الجنسون الحيوان جنس لا اسألك الحيوان ما هو؟ تقول لي شيخنا كما تعلمنا في الحمل الاولي الحيوان حيوان اين الجنسية؟ تقول ما في هنا تخندق ذاتي الحمل الاولي نعم الحيثيات في الحمل الشائع حيوان حيوان هذا بالإجمال فصل تقول جسم الناعم حساس متحرك بالإرادة. انتهى الأمر من اين جاء? جاءه عنوان الجنسية? لانه تشاءن</w:t>
      </w:r>
    </w:p>
    <w:p>
      <w:r>
        <w:t>بالكلية اولا ثم هذه الكلية اذا سنت صدقا تسري في حقائق مختلفة فينفصل عن عن النوع فهنا يأتي تشاؤم جديد جيمس جيد. اذا عندنا هذا التركيب انسان آآ الحيوان جنس الحيوان فهمناه جسم نعم حساس متحرك بالارادة. انتهى الامر. الغرق من اين جئنا بعنوان الجنسية من تلك الحيثية اذا مفهوم الجنس لا يحكي الحيوان يحكي تلك الحيثيات ما هي? كلي يصدق على كثيرين مختلفي الحقيقة كل من تشأن بهذه الحيثية من المعاني ماذا يكون يكون جنسا اذا من الجنس والحيوان? يعني معنى الحيوان ليس الحيوان الخارجي التحقق يعني التشخصات. لا المعنى في النظم المنطقي مع كل معنى تشأن بهذا الشأن ما هو كلي يصدق على كثيرين مختلفي الحقيقة فيكون جنسا. لماذا? لان مسته الحيثية  اندرج تحت مفهوم الجنس ما هو مفهوم الجنس? كلي يصدق على كثيرين مختلفي الحقيقة فيكون الحمل حمل حملا شائعا الحيوان جنس حمل شائع واضح جدا لاننا دخلنا في عالم التشاؤنات وخرجنا عن دائرة الذات اقول المقولان في جواب ما هو المتقدمان اعني المقول في جواب ما هو بحسب الشركة المحضة والمقول في جواب ما هو بحسب الخصوصية المحضة نعم يعني في دائرة النوع في دائرة الجنس اعمهما هو الأول طبعا الجنس الحيوان هو الأعم من الإنسان وهو المقول على على مختلفات الحقائق كالحيوان كالحيوان يعني كمثال ممكن تأتي بمثال اخر ويقال له الجنس يعني يحمل عليه الجنس حيوان آآ الحيوان جنس يقال ان يحمل حيوان جنس هون نسألك مصحح حمل الجنسية على الحيوان تقول لي شيخنا لاننا في حمل شعر. هذا اول تانيا اذا كنا في حمل حيثية دخلت في البين ما هي كونه يصدق على كثيرين مختلفي الحقيقة. فيكون الحيوان جنسا. حيوان في دائرة ذاته في الحمل الاولي. تقول شيخنا حيوان حيوان لا زيادة ولا نقصان نعم ويقال له الجنس لكل واحد من المختلفات بالحقيقة. نعم يعني لكل هذه الانواع الانسان نوع حمار نوع الاسد نوع الثور نوع فهو جنس لها ما معناه? يعني يطالها انسان ما هو حيوان ببعده الاشتراكي الاسد حيوان في بعده الاشتراكي ثور حيوان في بعده اشتراكي يجب ان تفهم المسائل هكذا  وهي انواعه ما هي هذه الانواع? الانسان الفرس والحمار والاسد وغيرهما وحده انه الكلي المقول على كافرين مختلفي بالحقائق في جواب ما هو هذا تعريف لي تعريف للجنس ام لمفهوم الجنس? ها هنا هنا الابتلاء تقول شيخنا هذا التعريف للحيثية وليس للحيوان تعريف للحيثية يعني التعريف لمفهوم الجنس نعم   جنس الاجنس  قال وقد تتصاعد الاجناس الى ما جنسا فوقه وهو جنس الاجنس كما ان الانواع تنزل تنزل الى النوع الحقيقي نوع الانواع او الصعود وقوس النزول قوس الصعود وقوس نزول بقول العرفاء قوس التركيب هذا في الانواع النازلة قوس التحليل قوس الصعود جيد العرفاء بقوس التركيب والتحليل. التركيب يعني ازدياد في عالم الخرق قوس الخلق السريان الخلقي مخلوق بعد مخلوق تتركب الأمور يعني تتكفر قوس قوس التحليل لا انت تتخلى عن الكثرة حتى تصل الى معدنها اصلها. وهو الله تعالى. ترجع الى المبدأ هذا المصطلح العرفان نطبقه هنا يصلح اه في التطبيق بل هو هو لكن هنا اه بحث بحث يعني ميتافيزيقي من جهة ومنطقي من جهة اذا اكملنا هذا المدخل ما بقي شيء وندخل في الفصل الثاني في المقولات وهذا الفصل بحث ميتافيزيقي بامتياز ينتمي الى الفلسفة الوجود ولماذا المحقق التونسي اتى به هنا? لا ادري لان ابن سينا اخرجه من المنطق وهو صحيح لانه هذا بحث فلسفي  اذا اكملنا هذا المدخل نسأل هذا السؤال هذا الذي درسناه الكليات الخمس يعني من الاول المعنى جزئي كلي كلي ذاتي عرضي. الذاتي تمام الذات نوع الجزء الذات جزء الذات المشترك جنس جزء الذات المختص فصل العربي عرضي خاص عربي عام. هذه كلها بحوث منطقية ام بحوث فلسفية في اخر المدخل اتناول هذه المسألة هنا يشير الى قوس الصعود وقوس النزول. قوس التحليل يعني الرجوع الى الاصول وقوس التركيب يعني الانتشار بالمصادق قال وقد تتصاعد الاجناس الى ما جنس فوقها وهو جنس الاجنس نعم رحل الفقرة الى المتن الاتي في في المتن وليس في الشرح وتتنازل الانواع الى ما لا نوع تحته بل تليه الأشخاص وهو نوع الأنواع الأول الاجناس قوس التحليل من انواع قوس التركيب نعم خليني ابين لك المسألة بطريقة سهلة جدا انت الان تعاين الافراد بالحس خلينا نركز على الانسان فقط كمثال. ويكفي عندنا افراد نعاينها بالشهود الحسي والشهود العقلي عندنا طه بلال علي رقية فاطمة زينب سكينة رباب سلمان افراد متعددة هذه الافراد هي لا تأتي الى الدين حين الاحتكاك الفيزياء والفسلجي فسلج يعني فسيولوجيا تحدث على مستوى النفس صور ادراكية  ادركوا بلال امامي علي بصورة قسية يعني تشأنت النفس بصورة ادراكية يعني عندي صورة زيت في افق نفسي المشاة يقولون مادية صدر متألهين يقول كل مراتب الإدراك مجردة لا تمت بصلة الى المادة لادراك الحسي الخيالي الوهمي العقلي كلها ادراكات مجردة هذه بحوث ميتافيزيقية لا تهمني الان. اركز فقط على اه البحث البحث المنطقي الذي نحن بصدده وهو ليس بحثا منطقيا وانما بهو بحث فلسفي لانه جاء هنا في الحقل المنطقي نبينه جيد  ثم ترقت هذه الصورة الى مرتبة اعلى وهي الخيال وهي هي جزئية ثم ادركت في متن هذه الحقائق المتعددة يعني بلال طهرقية ليلة سلمان وو ادركت في متن حقيقتها حقيقة لا يلمسها الحس وهي الحقيقة العقلية وهو الانسان على مبنى من? ارسطو والمشاء. وحتى صدر متأل لأن فيه مبنى اخر يقول لا ليس الأمر هكذا هذا بحث في فلسفة المفاهيم وفي نظرية المعرفة لا يهمني الان المهم الان وصلت الى الصورة العقلية الانسان حسب المدرسة المشائية هذه الحقيقة الانسانية اين في متن تلك الافراد هي تصحح انسانية علي هي التي تصحح انسانية رقية وسلمان وطه. وبالتالي تقول عليه انسان رقية انسان ليلة انسان طه انسان زينب ايثار مصحح هذا الاسناد هو الحقيقة في متن هذه الوجودات الآن عندي هذا الإنسان نأتي وافككه الى مكوناته كيف نفككه الى مكوناته? هذا كذلك بحث فلسفي ومعرفي اجده له مكونات اولا هذه الواقعيات التي انا عاينتها وشاهدتها اعراض ام ذوات لا تقول لي شيخنا ذوات اذا ننطلق من الذات قائمة بغيرها كاللون ام قائمة بنفسها. تقول شيخنا واضحة بالشهود قائمة بنفسها. ليست حقائق متكية على غيرها كالالوان مثلا او الأشكال اللون يحتاج الى شيء يتكئ عليه. الشكل يحتاج شيء الى شيء يتكي عليه. هذه الذوات لا لا تحتاج الى شيء. في وجودها تتكئ عليه. ذوات منبسطة في الفضاء تقول لي نعم شيخنا عندها اه ابعاد اذن ذات قائمة بنفسها يعني جوهر ممتدة جوهر ممتد ينمو? نعم ينمو بالتغذية يكون نطفة ثم ينبسط ينبسط في النمو حتى يصير</w:t>
      </w:r>
    </w:p>
    <w:p>
      <w:r>
        <w:t>اه شابا ما شاء الله كينمو التغذية تنمي الانسان نمو ثم يتحرك نعم يتحرك شمال يمين مجبور ام بالارادة? لا بارادته وناطق هذه المكونات هذه هي المكونات كل هذه المكونات الداخلية ما عدا الناطق نسميها حيوان فيصير المعنى حيوان ناطق يعني الانسان حيوان ناطق جميل الحيوان ماذا يمثل? يمثل الجنس عائدا النوع فوقه جنس وهو الحيوان هنا اه تخلينا عن ماذا? عن الناطقية بدأنا نبحث عن الاصول الأصل الأول الذي وصلنا اليه يعني المكون المبدأ مبدأ اه المعنى الانساني الحيوان والناطق كذلك الناطق تركناه لماذا? لان نريد نرقى حيوان حيوان كذلك له مكوناته ذات قائمة بنفسها يعني جوهر ممتد. جوهر ممتد يعني الجسم. جسم نامي حساس متحرك بالارادة يعني نبات نبات حساس ومتحرك بالارادة الحساسية والحركة بالإرادة يخرج نباتات اذا دعك من الفصل ركز على الجنس النبات اذا ترقينا الى جنس ارقى من الحيوان النبات ما هو? جسم نام. انزع الفصل النمو جسم فوق النبات الجسم ما هو? هو اه جوهر ممتد يعني ذات قائمة بنفسها ممتدة من الناحية الإمتداد كفصل يعني الجوهر افراد طه علي ليلى رقية زينب سلمان افراد الان وصلن الى الانسان هذا هو النوع حيوان جنس قريب النبات جنس جنس متوسط. الجسم جنس جنس متوسط الجنس وصلنا الى الجنس يعني الذات المتحيفة بالقيام بالنفس ثم نسأل هل هناك جنس اعلى من هذا ما فيه. لان الذات متشائلة بنفسها ما عندهاشي اخر تنتهي المسألة في الجنس هذا يسمى جنس الأجناس اذا عندنا جنس ادنى وهو الحيوان في هذا المثال والنبات والجسم اجناس متوسطة او جنسان متوسطة ثم الجنس الاعلى وهو الجنس الاجنس فوقه ما فيه ثم ننفتح على مسألة معرفية تنتمي الى  في الحصة الاتية ان شاء الله نتناول هذه النقطة المعرفية لبيستيمك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