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الاخلاص والتوفيق وصلنا معكم الى هذه الفقرة جنس الاجنس. قال وقد تتصاعد الاجناس الى ما جيس فوقه وهو جنس الاجناس اقول قد ترتب تترتب الاجناس في التصاعد اذا كان لماهية واحدة اجناس كثيرة ياتي ان شاء الله بينت قوس التحليل انطلاقا من الافراد الانسانية الى الحقيقة الانسانية يعني معنى الانسان دخلت الى عمق الانسان يعني معنى الانسان وجدته متشكلا من حيوان ناطق حيوان جنس ناطق فصل ركزت فقط على الاجناس لانه قوس قوس الصعود قوس التحليل الحيوان جنس? هل فوقه جنس? نعم النبات ثم فوق النبات الجسم يعني محض الإمتداد ثم فوق الجسم الجوهر يعني اجنس واشرت الى نقطة وهي النقطة المعرفية ما هي لنفرض مثلا الاجناس استمرت من دون نهاية الى اللانهاية او لا الى نهاية  هنا نسأل التعريف ما هو? التعريف ان تأتي بكل مكونات المعنى  ما هو معنى الانسان تقول حيوان ناطق فصل تقول جوهر ممتد يعطي الجسمية ينمو يعطي النبات حساس متحرك بالارادة يعطي الحيوان ثم الناطقية اذا ركزنا فقط على غير الناطقية نجد الحيوان فوقه النبات فوقه النبات او فوق النبات الجسم وفوق الجسم الجوهر وفوق الجسم على الفرض عدم التناهي فوق الجوهر جوهر اخر وفوق الجوهر الاخر جوهر اخر وهكذا لا تنتهي السلسلة اذا المعنى يتحدد او لا يتحدد نقول لا لا يتحدد والمعنى بعد تصوري ام لا? بعد تصوري. والبعد التصوري ينتمي الى المعرفة ام الى الوجود? تقول لا ينتمي الى المعرفة. لان بعد تصوري التصور والتصديق معرفة اذا اذا استمرت الاجناس الى فوق ولا تنتهي ينتفي التعريف هذا هو الاشكال المعرفي يعني المعنى لا يتحدد لا نصل الى الى تعريفه وبالتالي لا نصل الى التصور. لا يمكن تصوره هو وهو متشكل من مكونات لا متناهية. ولهذا يسمى الحد تعريف سم الحج يعني تحدد المكونات اذا اذا استمرت الاجناس متصاعدة لا الى نهاية فينتفي الحاد يعني ينتفي التعريف ونسقط في مشكلة مشكلة معرفية ولهذا يجب ان ينتهي الى جنس اعلى نعم دقق معي في العبارة وقد تتصاعد الاجناس اكتب في قوس التحليل الى ما لا جنس فوقه. يعني يجب ان نصل الى جنس الاجناس وهو جنس اجنس. اقول قد تترتب الاجناس في التصاعد اذا كانت لماهية واحدة اجناس كثيرة بعضها فوق بعض يعني بنحو الطولية اما بنحو بنحو العرضية هذا مستحيل لأنه بنحو العرضية هذا الجينز او هذا الجينز يأتي التناقض نعم بنحو الطولية وهذا هو قوس قوس التحليل قد تترتب الاجناس في التصاعد يعني في قوس التحليل لماذا? لاننا نصل الى جنس الاجناس والاصل المبدأ اذا كان لماهية واحدة اجناس كثيرة بعضها فوق بعض ولا يجب ترتبها لجواز ان يكون لما هي جنس واحد لا جنس فوقه لكن تنتهي في التصاعد لكن تنتهي في التصاعد الى جنس ليس فوقه جنس تحلات المشكلة المعرفية اذا انتهينا الى جنس الاجناس فيمكن التأسيس للتعريف وللحدود فتأتي التصورات  هذا هو سر الحدود سر الحدود    ولا يجب ترتبها ولا يجب ركز على كلمة يجب هل بالضرورة يكون هذا الترتيب التصاعدي قد يكون وقد لا يكون ليس بالضرورة لانها قد تكون ما هي ليس لها الا جنس واحد ليس فوقه اجنس ولهذا قال لي قال لا يجب نعم لا يجب ترتبها لماذا? لجواز ان يكون لماهية جنس واحد لا جنس فوقه اذا لا يجب هذا لا يعني انه لا يتحقق لا متحقق في الانسان عنده اجناس متعددة مترتبة فوقيا لكن هذا الاصل الذي يفصل في الاشكالية لكن تنتهي في التصاعد لجنس ليس فوقه جنس وتسمى وتسمى لماذا تسمى ويسمى ويسمى بجنس الاجناس كالجوهر نعم وانما وجب انتهاؤها هنا اشارة الى الإشكالية الإبستمية وانما وجب يعني ضرورة حتمية انتهاؤها في التصاعد يعني في قوس التحليل لانه لولا ذلك لولا ذلك الانتهاء والوصول الى مبدأ تنتهي السلسلة التصاعدية عنده لازم تركب لزم تركب الماهية من اجزاء غير متناهية ويلزم وجود علل ومعلومات لا تتناهي وهو محال. وقرب هنا ابليس قرابة وهي في الحقيقة ليس التركيز على الانطولوجية التركيز على قاربها ميتافيزيقيا يعني مكونات اللي المعنى لا حد لها لو ركز على البعد احسن نعم يعني يقول هكذا للزم تركب الماهية من اجزاء يعني من مكونات مكونات الحد ما عندنا علاقة بالوجود هنا النظم منطقي وليس نظما تحققيا نعم لزم تركب الماهية من اجزاء غير متناهية ويلزم انتفاع الحاد يعني المعنى ينتفي. المعنى ينتفي طبعا المعنى من اين مأخوذ على مبنى المشة مأخوذ من الافراد. يعني نحن كيف اكتشفنا الانسان في تعاملنا مع الافراد تنفرد الخارجي اذا كان فيه المعنى الانساني والمعنى الانساني لا يتناهى في المكونات فزيد لا يتناهى في المكونات فتكون معالين ومعلولات غير متناهية وهذا خلاف اصل ميتافيزيق آآ اساسي اه اذن هو قاربها في النظم التحققي وانا قاربتها في النظم الابيستيمي وذلك لزم تركب المهي من اجزاء غير متناهية مكونات غير متناهية وهذه الماهية في زيت نعم في ليلة? نعم ليلة تكون لها مكونات المجرة ما تكفيها. نعم. ويلزم وجود علل ومعلومات لا تناهى تتناهى. العلل والمعلولات يعني مكونات الماهية نعم يعني المادة والصورة بالنزمة التحققي. جنس وفصل في النظم المنطقي وهو محال هذا محال نعم في النظم التحققي في النظر المنطقي كيف? في النظم المنطقي تقول الحدود تنتفي يعني لا يمكن تصور ما هي بمكونات لا تتباهى وهذا هو السر تسمية التعريف بالحد نوع الأنواع قال وتتنازلوا هذا قوس التركيب وتتنازل الانواع الى ما لا نوع تحته بل تليه الاشخاص وهو نوع الأنواع نأتي الآن الى قوس التركيب ما معنى قوس التركيب دقق جيدا عندنا ذات تشائمت بشأن اعطاها عنوانا الجوهرية. ما هو التشاؤم قائمة بنفسها فتقول اه تقول ذات قائمة بنفسها. يعني ذات خرجت من الحمل الاولي الحمل الأولي ما هو? الذات ذاته بمجرد ان تتشأن بشأن خرجنا من الحمل الاولي الى حمل الشأن جيد هذا الشأن ما هو? القيام بالنفس نصنع له مفهوم ما هو مفهوم الجنس فنحمله على الذات فتقول ذات جنس ها يعني هذه الذات صارت جنس فتقول ذات ممتد  ذات متشائمة بالقيام بالنفس جنس ممتدة يأتي الجسم تنمو لحد يعني هنا التركيب يعني الكمالات تزداد في التركيب انت استاذ تدخل الى قاعة التدريس ما فيها كراسي اتكلف الطلاب اتيان بالكراسي يدخل الكرسي الأول الثاني الثالث الرابع هذا هو التركيب. يعني التكثر ولاية التكفر كان الذات لوحدها امتدت جاء الجسم نمت جاء النبات حساس متحرك بالارادة جاءت جاء الحيوان ناطق ساهل مفترس</w:t>
      </w:r>
    </w:p>
    <w:p>
      <w:r>
        <w:t>جات الانواع ثم ندخل الى عالم التحقق نجد الاجزاء والافراد منتشرة ما شاء الله. هذا هو قوس التركيب على العكس من قوس التحليل. يقول وتتنازل الانواع الى الى ما لا نوع تحته بل تليه الاشخاص هذه ساشير اليها وهو نوع الانواع يعني انت الان عندك الذات تشاءنت قيم بالنفس. جوهر امتد جاءن نوع نوع طبعا نوع اه بعيد وهو الجسم بالفصل يسمى نوع من انواع الجوهر مطلق الجوهر ثم النبات نوع اخر حساس متحرك يعني حيوان نوع اخر كلها انواع اضافية. حتى نصل الى النوع الاخير هل تحته ان يعلى نوع الأنواع يعني الإنسان تقول كل المكونات السابقة في قوس التركيب يجب ان تكون في الانسان لانها تركبت تركبت وتكفرت فتقول في الإنسان في صميم الإنسان تقول ذات قائمة بنفسها يعني جوهر ممتد يعني انسان جسم ينتمي الى فصيلة الاجسام ثم النمو ينتمي الى فصيلة النبات ثم حساس متحرك بالإرادة يدخل الى الحيوانية ثم الناطق ينفصل عن كل هذه الحقائق بحقيقة مستقلة هي النوع نوع الألواح هل تحته نوع الأنواع اذا استمر في قوس التركيب هذا التنزل ولا نقف عند نوع الانواع هنا لا تأتي اشكالية ما اه معرفية تأتي اشكالية انطولوجية اشكالية وجودية اذا استمرينا في نوع الانواع نوع الانواع نوع بعد نوع بعد نوع بعد نوع الى ما لا النهاية تصل النوبة الى الافراد الخارجية ام لا? تقول لا شيخنا لا تصل او لا تتحقق هذا هو انتفاء الوجود اشكالية انتولوجية اشكالية وجوب نعم اذن بعد نوع الأنواع هناك النوع الحقيقي تستقر الأنواع في قوس التركيب ثم النوبة لمن النوبة لي المخلوقات يعني الوقائع الخارجية يعني الاشخاص. ولهذا يقول وتتنازل الانواع الى ما لا نوع تحته. يعني يجب ان نستقر عند نوع نهائي وهو نوع الانواع او النوع الحقيقي بل تليه الاشخاص يعني بعد نوع الانواع تأتي المسألة الاندلوجية يعني الخلق وهو نوع الانواع اسمه نوع الانواع. اقول كما وجب انتهاء الاجناس في التصاعد يعني في قوس التحليل. وجب انتهاء الانواع في التنازل الى نوع لا نوع تحته. ويسمى نوع الانواع. هذا في قوس التركيب والا سقطنا في اشكالية معرفية في قوس التحليل واشكالية وجودية انطولوجية في قوس التركيب نعم كالإنسان فإنه لا نوع تحته بل الأشخاص المختلفة بالعدد يعني طه بلال ليلة رقية زينب لا غير جيد اذا استمرت الانواع واحد بعد واحد نقع في الإشكالية الأنطلوجية لا تصل النوبة الى الأفراد فالوجود يندرج نعم لانه لولا انتفاء الانواع في التنازل لما تخص. تحصلت الاشخاص يعني لما تحققت الاشخاص اشكالية ماذا? معرفية او انطولوجية اشكالية يعني وجودية يعني الوجود ينتفي فلم يكن النوع نوعا هذا خلف ولما كان النوع هو المندرج تحت غيره تا نوع الأنواع هو المندرج تحت جميع الأنواع التي هي فوقه نعما. الانسان تحت نعل الاضافي هو الحيوان وتحت النبات الذي هو اضافي وتحت الجسم الذي هو نوع اضافي نعم لان السلسلة متنزلة هذا التنزل يزيد في الكمال يزيد في الكمال  ولما كان النوع هو المندرج تحت غيره هذا هو تعريف النوع يعني مندرج تحت غيره. كان نوع هو المندرج تحته جميع الانواع التي هي فوقه بينتها. بينتها وكان نوع الانواع اسما للنوع الاخير. النوع الحقيقي. ولما كان الجنس هو الذي يندرج غيره تحته كان جنس الاجناس اسما لما فوقي لما فوق الاجناس اه كلها. جنس الاجناس هو الاعلى والباقي تحته اه الحيوان جنس الحيوان جنس الجنس الادنى نعم النبات جنس متوسط. الجسم جنس متوسط جنس الاجناس هو الاعلى والنهائي النوع الاضافي قال وكل من المتوسط جنس لما تحته نوع لما فوقه هذه التوسطات تسمى النوع الاضافي نعم يعني اذا اخذت انت الاجنس عندك الحيوان الادنى في المثال يعني الجنس الادنى. والجنس الاجنس هو الاعلى. الوسط ها? هذا ما هو ابا يسمى النوع الاضافي اقول المتوسطات في نسخة بدل المتوسطات من الأجناس. من يعني بيانية او ليست بيانية تبعيضية المتوسطات بين الجنس الاجناس والنوع الأنواع يعني عندنا جنس الأجناس فوق. تنتبهي تنتبهي تنتبهي تنتهي به آآ قوس التحليل ينتبه ينتفي به او ينتهي به قوس التحليل او قوس الصعود ونوع الانواع ينتهي به قوس التركيب وقوس النزول يقال لكل واحد منها انه جنس باعتبار صدقه على كثيرين مختلفين بالحقائق. وانه نوع باعتبار اندماجه تحت غيره يعني كل من درج تحت غيره مهما كانت هويته يسمى النوع الاضافي وهو هذا وهذا هو النوع الاضافي. اذا النوع الاضافي يحتاج الى حج وحده حده هنا مسامحة وانما رسمه لأن الحد للواقعيات الواقعية المادية وليس لي هذه المعاني وحده يعني كتب تحته هو رسمه انه الذي يقال علي وعلى غيره الجنس في الجواب ما هو قولا اوليا الا وتعريف يعني كل كل مندرج تحتها ما هو اعلى منه نعم فحينئذ اقسموا الجنس اربعة. العالي هذا هو جنس اولاد الناس والسافل كالحيوان مثلا الجنس الأدنى والمتوسط والمفرد والمفرد هذا ما يعني بها ولم يذكره المصنف لعدم مثاله في الخارج واقسم النوع اربعة العالي والساخن والمتوسط والمفرد. ولم يذكره ايضا لعدم مثاله وقد ذكرنا في كتاب الاسرار صفحة ستة وثلاثين نسبة كل واحد من مراتب الجنس الى كل واحد من مراتب النوع بالعموم والخصوص والموبايل. هذا بحث مفصل راجع انت الاصرار النوع الحقيقي هذا ينتمي الى قوس التحليل نهاية قوسة لا ينتمي الى قوس التركيب استغفر الله قوس التركيب يعني قوس النزول نهاية الانواع والا نقع في الاشكالية الانطولوجية لا تصل النوبة الى الافراد وما يقال في جواب ما هو على ما يتكفر بالعدد. يعني اه اشخاص تتحدوا في الحقيقة  يعني كزيد وطه وليلى وخالد. في اتحاد في الحقيقة ليس انواع الحيوان الانسان والفرس والاسد هنا اختلاف حقيقي يعني في الحقيقة لا ناخذ الافراد زيد طه بلال رقية ليلى كل هذه الافراد متساوية في الحقيقة الانسانية وعلى ما نعم اه وما يقال في جواب ما هو على ما يتكفر بالعدد فقط نوع لتلك المتكاثرة ولكن بمعنى اخر يعني النعل النوع الحقيقي. فالانسان يصدق على زيد على طه على ليلى على علي على رقية فهذا نوع حقيقي. لان بعده الامر افراد نعم اقول لفظ النوع مشترك بين معنيين احدهما الاظافي قلنا الاظافي يعني كل ما يندرج تحته كل شيء يندرج تحت كل نعم كل شيء يندرج تحت كل كل يندرج تحت كل نوع نوع اضافي وقد تقدم والثاني الحقيقي الذي نحن في صدده الذي هو احد الكليات الخمس وهو المقول على كثيرين مختلفين بالعدد وليس بالحقيقة يعني عددهم يتكثر بحقيقة واحدة فقط في جواب ما هو فبقيد الاختلاف بالعدد يخرج الجنس نعم والعارض العام ليس العرض العام والعرضي والعام وبقوا بقيد المقولية في جواب ما هو يخرج الفصل. والخاصة نعم</w:t>
      </w:r>
    </w:p>
    <w:p>
      <w:r>
        <w:t>يعني الخسارة يعني العرضي والخاص  وهذا المعنى غير المعنى الاول يعني غير المعنى الاضافي نعم لافتراق ما في الحد والحقيقة في الحج والحقيقة يعني في التعريف والهوية نعم وتباينهما بالاعتبار والوجود. اذا الحقيقي معتبر بالقياس الى ما تحته النوع الحقيقي يقاتل الافراد يعني الى الوجود له علاقة بالنظم الوجودي والاضافي معتبر بقياسنا ما فوق يعني تستطيع ان تقول النوع الحقيقي دائما في قوس التركيب الى الافراد. اما اه انه على الاضافة ناظر الى قوس التحليل الى قوس الصعود هذه الضابطة ضحى في ذهنك اذ الحقيقي معتبر بالقياس لا ما تحته يعني في قوس التركيب والاظافة معتبر بقياسنا ما فوقه يعني قوسة التحليل وقوس الصعود وجواز تركب الحقيقي وبساطته ووجوب تركب الاظافي من الجنس والفاص  اه يقول النوع الحقيقي قد يكون بسيطا قد يكون مركبا. مثلا الانسان نوح حقيقي. لأن الإنسان بعده الأفراد اذ يصدق عليه النوع الاضافي مركب من جنس وفص. من بدن وروح وقد يكون بسيطا نعم كالبياض مثلا لون بسيط وعنده افراد متعددة نعم ووجوب في الاول جواز يعني قد يكون مركبا قد يكون له. ووجوب تركب الاظافي من الجنس والفصل. لماذا? ما هو السر قلت لكم النوع الاضافي دائما يندرج تحت ما هو اعلى اذا ذلك الاعلى داخل في حقيقته. مثلا انسان اذا قسناه الى الحيوان قوس قوس التحليل قوس الصعود يتسم بالاضافية. تقول نوع اضافي لانه باعتبار الاندراج تحت كل هناك يكون مكونا بالضرورة يعني حيوان ناطق لا يجب التركيب بالوجوب ووجوب تركب الاظافي من الجنس والفصل لأن الإندراج ما معناه? الإندراج شيء مندرج تحت شيء يعني ذلك المندرج تحته الفوقاني داخل في مكوناته التحتاني اه في تركيب نعم فيه تركيب ووجوده الحقيقي بدون الاظافي كما في البسائط لأن البسائط ليست مركبة اذا لا تندرج تحتها ما هو اعلى. وبالاضافة بدونه يعني اه وجوده الحقيقي بدون الاضافي كما في البسائط لان الباصات غير مركبة هو اشترط في النوع الاضافي التراكم البساطة غير مركبة. اذا عندنا نوع حقيقي من النوع البسيط لا يكونون نوعا اظهار فيها والاظافة بدونه والاظافة بدون الحقيقي كيف كما في الاجناس المتوسطة الأجناس المتوسطة مثلا اذا اخذت الحيوان يندرج تحت النبات تحت الجسم تحت الجوهر الأعلى جنس الأجناس فهو نعظ في قلنا ظابطة النوع الاضافي كل مندرج تحت اعلى تحت كل اذن الحيوان نوع اضافي كذلك الا انه ليس نوعا حقيقيا لا يمكن ان ننتقل من الحيوان الى الافراد الخارجية. لا يمكن لماذا? لان الحيوان آآ مبهم تخيل تجاوزنا النوع الحقيقي الذي هو الإنسان ودخلنا الى الوجود بهذا الإبهام. انت الآن عندك هذه هذه الحقيقة سين صاد عين ميم حقائق متعددة كلها مبهمة. ما هي ما تعرف هيولة نعم مثل هذا الطفل الصغير تشتري اليه هذه العجينة اه باللغة الفرنسية يعني هي عجينة اه نكونها كما نشأ على امل انه يتعلم يتحرك ويبدع في الاشكال انت تذهب الى العمل وترجع مساء تجد العجينة هي هي العجينة هي هي او مثلا قطعها فقط لا تجد شكلا متعينا فتكون الواقعيات على هذا المبنى اذا انتقلنا من الحيوان المبهم بدون فصول الى الواقع الخارجي. كل الواقعيات مبهرة. ما هذا؟ ما ادري ما هذا? لا ادري. لا ادري. كل حقائق مبهمة شجر وبقر وماء ما فيه كلها حقيقة واحدة كالعجينة بيد الولد معقول هذا? غير معقول العناية الالهية لا تقبل هذا خلاف الحكمة. اذا تأتي المميزات الداخلية ما يسمى بالاصول بالفصول. فينزل هذا الحيوان المبهم الى النوع الحقيقي. انسان اسد في لونه هكذا ثم تأتي عملية الخلق مميزة تقول هذا اسد هذا انسان هذا حمار هذا الثور هذا بالنسبة الى الحيوان. ومثلك انت بالنسبة الى اه الحقائق الاخرى هذا هو السر هذا هو السر يقول ووجود حقيقي بدون الاظافي كما في البسائط ان البسائط آآ لا تندرج تحت ما هو على اذا اندرجت تتركب والاظافي يعني انه النوع الاظافي يوجد بدون النعل الحقيقي كما في الحقائق الحيوان نوع اضافي ما هو الميلاد? مندرج تحت النبات. والنبات نوع اضافي مندرج تحت الجسم. والجسم نوع اضافي مندرج تحت الأجناس. جنس الأجناس. جنس الأجناس لا يكون نوعا اضافيا لأنه هو النهاية كما في الاجناس المتوسطة الاجناس المتوسطة يعني النبات والجسم وحتى الحيوان يصدق عليه. وقد يتفقان في التوارد يعني يتفقان في مورد واحد اه على حقيقة واحدة كالنوع السافل فبينهما عموم من واد. النوع السافل يعني النوع الحقيقي انه الحقيقي للانسان انه حقيقي ام لا? انه حقيقي. ما هو الملاك? انه بعده الوجود. بعده الافراد هذا هو النوع الحقيقي في قوس النزول وقوس التركيب هو الإنسان مندرج تحته مما هو اعلى نعم فيصدق عليه النعل النوع الاضافي فالنوع الاضافي والنوع الحقيقي توارد على الطبيعة الانسانية او على المعنى الايه? الانسانية امور سهلة مع المباحثة القليلة ترسخ في الدين بطريقة رائعة. الفصل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