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صلي على محمد وال محمد اللهم ارزقنا التوفيق والاخلاص وصلنا معكم الى هذا العنوان الفصل قال والذي يقال في جوابي اي ما هو في جوهره سؤال بأي نعم اعني خصوصية كل نوع يعني بما يتميز به اه كل نوع فهو فصل مقوم لذلك النوع ولما تحته مقسم لجنسه ولما فوقه اذا اذا وصلنا الى النوع الحقيقي الذي يأتي بعده الافراد يعني ندخل في النظم الوجودي هذا النوع  هذا النوع الإنسانة مثلا له جزء مكون يعني ذاتي مكون ذاتي الا انه مشترك هو الحيوان فتقول الانسان ما هو؟ تقول الحيوان لا حتى الاسد حيوان. يعني لم تميزه. اذا لفصله عن الاسد والحمار والبقر والثور وو لا تي بمميز داخلي مميز جوهري ذاكي وليس مميزا عربيا هذا المميز نسميه الفصل يفصل الحيوان الإن هذا الحيوان الإنساني عن الحيوان الاسدي فينفصل الانسان بطابع ذلك عن الاسد وعن الثور وعن الحمار اذا الفصل مكونة جوهرية يعني في ذات المعنى ولهذا قلنا المعنى اما جزئي او كلي لكل اما عرضي واما ذاتي ذات يعني في داخل المعنى. الذاتي اما تمام الذات هو النوع جزء الذات اما جزء مشترك وهو الجنس او جزء مختص وهو الفصل. اذا الفصل من مكونات الداخلية في جوهر الشيء وظيفتهما هي? يميز داخليا لأن فيه المميز الخارجي الخاص تاع العرضي والخاص كالضحك يميز الانسان عن باقي الحيوانات حيوانات لا تضحك لماذا? لانها لا تدرك النكتة ولا تتعجب بالتالي لا تضحك لكن هذا مميز خارجي. نحن الان في صدد مميز الجوهري الذاتي الفاصل ولن يميزوا يميز نوعية الحيوان حتى يتميز النوح يميز هذا الحيوان مبهم لي هو انسان مبهم  اذا تماهى هذا الحيوان المبهم وصارع يعني تكامل وصار ناطقا فتحق الانسان  وتميز الانسان عن الاسد اذا وظيفة اولى يميز يحصل المبهم يخرجه من حالة الابهام الى حالة التحصن يحصله يحصل الجنس تقول انسان ما هو? حيوان يبقى الابهام. حيوان اي حيوان? عندنا الاسد حيوان عندنا الحمار حيوان. عندنا الثور حيوان عندنا الفيل حيوان  احصله اخرجه من هذا التردد هذا الابهام ناطق اذا مميز ومحصن ومقسم  اذا  تعين الحيوان المبهم بالناطقية ينقسم الحيوان الى انسان ولا انسان تقسيم اذا وظائف ثلاث تمييز داخلي يعني تمزيز ذاتي جوهري تحصين للحقيقة المبهمة وهي الحيوانية؟ كمثال وتقسيم تقسيم الحيوان الى انسان ولا انسان. هذه وظيفة الفصل قال والذي يقال في جوابي اي هو في جوهره? تقول انسان ما هو حيوان? جيد فهمت انه حيوان في جوهره ما هو? حيوان ناطقون اعني خصوصية كل نوع بما يختص الانسان يختص بالناطقية والاسد الافتراسية والفرس الصهيلية فهو فصل مقوم لذلك النوع مقوم للإنسان نعم اذن تريد ان اه تضيف اه وظيفة اخرى مقوم للنوع مميز للنوع. محصل للجنس ومقسم للجنس ولي ما تحته مقوم لذلك النوع ولما تحته لما تحت النوع الحقيقي الافراد اذا اخذت طه الخارجي الليلة الخارجية طه انسان والانسان حيوان ناطق فالناطق يقوم الانسان ويقوم من تواجد فيه الانسان كطهة وكليلة ولما تحته يعني كطه وليلى وبلال ورقية مقسم لجنسه يقسم الحيوان الى انسان ولا انسان. ولما فوقه اذا قسم الحيوان يقسم النبات ويقسم الجسم ويقسم الجوهر الاعلى اقول كل واحد من الانواع المندرجة تحت جنس يختص بشيء يعني كل واحد يختص بشيء يميزه عن الاخر. هذه الوظيفة الوظيفة آآ الاولى في هذا هذه العبارة مغاير لما به الاشتراك يغايره الحيوان ما باشتراك مبهم لا هذا يميز وهو خصوصية كل نوع من تلك الانواع وتلك الخصوصية لما كانت مميزة الوظيفة اه الأولى هادي تكررت مميزة كانت صالحة للجواب عن السؤال اي ما هو فان طالب اي انما يطلب التمييز. ولا يصلح لجواب ما هو لانها تقول انسان ما هو تقول لا الناطق هو ذات ثبت لها النطق ذات مبهمة ما معروفة هي انسان وغير انسان لانه يدل على الماهية بالالتزام نعم الناطق يدل على الانسان بالالتزام لا يدل عليه بالتمام بالتمام تقول حيوان ناطق وهو مجتنب عنه في جواب ما هو. وذلك كالناطق يمثل كالناطق الناطق هنا اه فصل فانه اذا سئل عن الانسان فقيل اي حيوان هو كان الجو هو الناطق فهو يفيد التمييز. لنقل اي حيوان تقول هو يعني الحيوان الناطق واعلم ان التميز قد يكون ذاتيا وجوهريا. يعني من المكونات الداخلية بصميم الذات والجور وقد يكون عرضيا قلنا بالخاصة العرضي الخاص كالتعجب والضحك نعم. فالذي يفيد التميز الذاتي هو الفاصل. التميز الداخلي في صميم الجوهر والذي يفيد التميز العرضي والخاصة الخاصة يعني العرضي والخاص. بعدما تنعقد الذات بمعناها ياتي العرضي الخاص والعرض العام فهذا التمييز براني تمييز خارجي فانها فانها  فانها يعني الخاصة فانها يفيد. انظر اللغة الفارسية لا انثى ولا ذكر. فانها يفيد اللغة العربية هنا شيء عجيب فانها تفيد نعم تميزا لكنه عرظ الى جوهري يعني الخاصة تميز لكن هذا التمييز تمييز براني ليس في صميم الجواب لكنه عرضي لا جوهري. فلهذا قيد في الفصل بقوله في جوهره في جوهره في المتن والذي يقال في جواب اي ما هو في جوهره يعني في صميم ذاته يعني احكي لي عن المميز الداخلي وليس المميز الذي يأتي بعد الذات هذا ما ينفعني فرسم الفصل لماذا رسم? لنادي كلها رسوم ليست حدود ليست حدودنا الحدود فقط الماهيات الحقيقية ان هذه كلها مفاهيم ثانية منطقية فرسم الفصل اذا هو كل مقول على الشيء في جواب اي ما هو في جوهره هنا نسأل سؤالا امتحانيا للطالب العزيز هنا رسم الفصل المفهوم الفصل الفصل والناطق اذا قلت عرف الفصل عرف الناطق. الناطق ما هو? قوة في ذات هذه القوة آآ قوة ادراك قوات تدرك الكليات هذا هو الفصل مفروض يقول فرسم مفهوم الفصل يعني رسم الحيثية. الحيثية نعم المميز الذاتي ما هو? كل وهو كل ما اقول على الشيء في جواب ايوب ما هو في جوهره  الناطق لانه تحيت بهذه الحيثية ما هي? كونه كليا مقول على الشيء في جواب اي ما هو في جواره صار فصلان الناطق ما هو? الناطق ناطق حمل اولي فتقول الناطق فصل حمل شائع من اين جاءت الفصلية? تقول شيخنا تشاءنا بحيثية. ما هي هذه الحيثية? هو هذا كلي معقول على الشيء في جوابه اي ما هو في جوهره. من يحكي هذه الحيثيات? دعك من الناطق مفهوم الفحص اذا هذا تعريف لمفهوم الفصل. اكرر هذه المطالب حتى ترسخ في ذهني الطالب العزيز. ولما كان الفصل مقوما النوع. ها الفصل يعني الناطق مقاوم للنوع يعني للإنسان وللفرس كان مقوما لما تحته</w:t>
      </w:r>
    </w:p>
    <w:p>
      <w:r>
        <w:t>الافراد لان النوع حينئذ يكون جزءا لما تحته وجزء الجزء جزء ما معنى الجزئية خود نتا طه الآن يعني انا مللت من كلمة زيد خلينا نغير طه ليلى طه انسان فقط خالص ام له شخوصات طول لون شكل نعم تقولي شيخنا عندو شخوصات والانسان في ظمنه اذا الانسان واحد من تلك المجموعة فيكون جزءا من زيد الا انه جزء يمثل الصميم حقيقة زايد نعم اذا الفصل يعني الناطق اذا كان مكونا للإنسان يعني جزءا داخليا في الحقيقة الانسانية. والحقيقة الانسانية موجودة في طه وليلى فالفصل يعني الناطق موجود في الحقيقة ان نعطي مع طعائية وموجود في حقيقة ليلى واضحة المسألة ولما كان الفصل مميزا لبعض افراد الجنس عن بعض كان مقسما له. يعني يشير الى وظائف الفصل تقول حيوان ناطق خرج كل انواع الحيوان كان الحيوان صار حيوان انسان لئن تقسيمه ام لاء? تقصمون بمعنى انه يقتضي انقسام الجنس الى طبيعتين احداهما ممنوع ذلك الفصل يعني الانسان مثلا واخرى آآ غيره وحينئذ يكون آآ مقسما لما فوقه نعم يقسم اذا قسم الحيوان فقد قسم كل ما ينطوي عليه الحيوان نعم فتقول النبات النبات انت الان لا تركز على الحيوان نعم النبات مقسم للانسان لا انسان الى ان النبات لا ينقسم الى انسان لا انسان مباشرة بمروره على الحيوان بطبيعة الحال. نعم ولهذا النبات لا ينوى جد بهذه الخصوصية الابهامية في الخارج يجب ان يتميز بفصول رمان اه عنب وهو النخل وحينئذ يكون مقسما لما فوقه كلما قسمت القريب قسمت البعيد لان وجود السافل في طبيعتهم يقتضي وجود العالي فيها نعم لان قص التركيب هذا هو سر قوس التركيب كلما تنزلنا او نزلنا الى الادنى وهو نوع الانواع كل المركبات تكون حاضرة اللي سلموا حيوان ناطقون. حيوان ما هو ذات قائمة بنفسها يعني جوهر الاعلى ثم ممتدة يعني الجسمية ثم نامية يعني نباتية ثم حساس متحرك بالارادة حيوانية ثم يأتي المضغ كل من كان في السابق موجود في التحتاني الكليات الذاتية هنا يأتي هذا الى هذا التقسيم التي التقسيم الذي بينته بالتفصيل المعنى اما ادنى في مراتب الادراك وهو المعنى الجزئي واما ارقى في مراتب الادراك وهو المعنى الكلي هذا التقسيم دائر بين النفي والمثبت باعتباره مراتب الادراك المعنى الكلي اما عرضي يعني يأتي بعدما ينعقد المعنى او لا في هو المعنى الكلي اه الذاتي يعني في صميم اما الذات او صميم الذات الذاتي تلمذة نوعه الجزء الذات. جزء الذات المشترك. جنس جزء الذات المختص فصله العرضية اما خاص او عام نركز على الذاتيات فقط ما هي الذاتيات? ثلاثة. النوع والجنس والفصل النوع الذاتي لمن? للافراد يقومها في صميمها ان زعمت الانسان من زاد يتبخر. انزع الانسان من طه يتبخر. انزع الانسان من ليلى تتبخر مقوم للافراد مقوم للافراد والجنس والفصل مقاومة للنوع الحيوان والناطق مقاوما للإنسان يشير الى هذا الذاتي الكليات الذاتية قال فالكليات الذاتية جنس او فصل او نوع. النوع تمام الذات الجنس والفصل جزء الذات. احدهما جزء مشترك والاخر جزء مختص اقول وجه الحصر ان الكل قبل الكل تقول المعنى المعنى الجزئي او المعنى الكلي انسى الجزئي لأنه لا يستخدم في العلوم ولا يهمنا في المنطق. نركز على المعنى الكلي. اما ذاتي واما اراضي الذاتي. تمام الذات الجزء الذاتي. جزء الذات. المشترك جنس المختص تاصلون كما بالذات وجه الحصر ان الكلي يعني اخرج الجزئي اما ان يكون ذاتيا يعني في الذات وهما عارضين يعني ما بعد الذات لأنه اما مقوم او لا اما مقوم اسم فاعل او مقوم اسم مفعول والأول الذاتي والثاني عرضي وسيأتي بيان اقسامه. والذات اما ان يكون نس نفس ماهية ماهية ما تحته من الجزئيات يعني تمام الذات هذا هو يقول والذات ايمان يكون نفس ما هي يعني تمام تمام الذات ما تحته من الجزئيات يعني الأفراد وهو النوع او جزء منها وهو اما ان يكون التمام المشترك بينه يعني الجزء المشترك وبين النوع من من الانواع يعني مشترك بين الانسان والاسد والفيل والثور او لا يكون وهو والاول هو الجنس يعني آآ الذاتي المشترك والثاني يعني الذاتي المختص اما ان يكون مختصا بتلك المهي وهو الفاصل. او يكون مشتركا ولزم ان يكون مساويا لتمام المشترك والا لكان اعمم فان كان كمال المشترك كان جنسا والمقدر خلافه يقول لماذا المختص يكون هو الفصل لانه اذا اما ان يكون مساويا او يكونون اه مشتركا يعني عاما نعم ولزم ان يكون مسويا لتمام مشترك نعم  مساوين ما معنى? يعني الحيوانية المبهمة هي هي الناطقية في حالة التحصل وهذا الذي يحقق ما قلته لكم ان الانسان والحيوان والناطق الحمل بينهم حمل اول يعني اذا اخذت النوع تمام الماهية والجنس المشترك والفصل سويت عملية الحملة يخرج الإنسان والإنسان يرحم الأولين الإنسان حيوان الحمل الأولي الإنسان ناطق حمل اولي حيوان ناطق حمل اول الناطق حيوان حمل اول اذا لم نخرج عن الذات هنا يشير الى الفصل والاول هو الجنس يعني الذاتي المشترك والثاني يعني الذاتي المختص اما ان يكون مختصا بتلك المعية وهو الفصل انتهى الامر او يكون اه يكون مشتركا كيف يكون مشتركا اذا كان مشتركا يعني صار جنسا ولزم ان يكون مساويا لتمام المشترك والا لكان اعمم فان كان كمال المشترك كان جنسا والمقدر خلافه وهو فاصل. والا عاد البحث وان كان مساو لتمام المشترك كان فصل الجنس فكان فصلا هذا الاستدلال صدقني من هوس الاستدلال الطريقة المشائية هادي الطريقة المشائية عندها هوس في الاستدلال بمجرد انت تتحدث معه دليلك ما هو يا حبيبي عندنا التحليل عندنا التركيب عندنا الشهود. عندنا كثير من المجالات لا يسري فيها التدليل هنا لا يسري فيها التدليل انت تقول المميز الخاص بعد الفصل لا يكون مشتركا بمجرد ان تجعله مشتركا فهو خلف في كونه خاصة يعني اجتماع يعني المسألة شهودية متى تأتي اه اجتماع النقد مبدأ التناقض اذا كنا في مرتبة الشهود ونرى الحقيقة اذا رأينا الحقيقة مبدأ التناقض لا تأتي. اذا رأينا الزيف يعني الحقيقة المكذوبة فيأتي مبنى التناقض وان شاء الله اذا جاءت المناسبة ابين لكم مبادئ الفكر مبدأ الهوية مبنى التناقض مبنى الجوهرية مبدأ السالس المرفوع كيف عالناقز المحال? مبدأ السبب الكافي مبدأ الغاية هذه الامور كلها ضرورية للطالب العزيز في اي حقل يدرس ان شاء الله سنخصص لها  اه جلس او جلستين اذا اقتضى الامر ونبين كيف اشتقت القواعد المنطقية منها نعم يعني القواعد المنطقية هي تعينات لقواعد الفكر نعم الكليات العربية يعني العربي والخاص والعرضي يعني بعدما ينعقد المعنى ماذا يأتي بعده ما يعرظه قد يعرضه عرض خاص به قد يعرضه عرض لا يخصه فقط يشمل الباقي كالضحك خاص للانسان والمشي لا حتى اه الحمار يمشي</w:t>
      </w:r>
    </w:p>
    <w:p>
      <w:r>
        <w:t>قال والعربية ان عرضت نوعا واحدا فقط سواء ساوته او اختصت ببعضه فهي خاصة وان شملته وغيره فهي عرض عام وهذه هي الخمسة يعني وصلنا الى الكليات الخمس اقول هذا القسمان العرضي. وهو اما ان يختصوا بحقيقة واحدة يعني كالضحك سواء شملها او اغتصب بعض افرادها ويسمى الخاصة وهو كلي الخاصة وهو كلي هنا يعرف مفهوم الخاصة الخاصة هو الضحك مفهوم الخاصة هو هذا. كلي مقول على ما تحته على ما تحت حقيقة واحدة فقط قولا عرضيا. يعني قولا برانيا خارج الذات واما ان لا يختصوا بحقيقة واحدة بل يوجد فيها وفي غيرها وهو العربي العام لم يعرفه نعم اه كلي مقول على ما تحت حقائق متعددة قول فانقسمت الكليات الى هذه الخمسة اعني الجنس والفصل والخاصة والعرضي العام وهذه الخمسة المفردة التي يتركب منها الحدود والرسوم هذه العبارة اه ركز عليها اعمل تحتها خط احمر مهمة جدا. بقيت خمس دقائق ان شاء الله من وقتنا ابين هذه المسألة حتى ندخل في المقولات. المقولات بحث انتولوجي ميتافيزيقي تدرس فلسفة الوجود وليس من المنطق في شيء تاسفت لان المحقق التونسي اتى به هنا وحتى في اساس الاقتباس شيخ الرئيس حذفه من الاشارات قال هذا بحث اندروجي لان المقولات موضوعات فلسفية الان نسأل الان درسنا المعنى وقلنا هذا المعنى بالدرجة الادنى يكون جزئيا اتعامل مع شخص خارجي على مستوى الادراك العزي وقد يكون كليا يعني عندنا المعنى وعندنا الجزئية وعندنا الكلية الكلية ذاتية عربية ذاتي والعوافي يعني المعنى الجزئي والكلي والذاتي والعرضي الذاتي تمام الذات نوع جزء الذات المشترك جزء الذات المختص فصل ثم العرضي المختص عرظيون عام عرضيون خاص يعني الخاصة والعرضيون العام. عشرة عشر آآ مفردات وكلها يقول من المعقولات الثانية المنطقية ابدا هذه من المعقولات الثانية الفلسفية هذه احكام الماهية احكام المعين هذا المعنى الكلي انا اسميه الحقيقة المثالية كالإنسان حقيقة مثالية ندرسها في مكوناتها وفي شؤونها شؤوناتها نصل الى هذه المكونات المكونات الداخلية والخارجية. يعني الجنس والفصل والنوع تدرس في بحث الماهية في الانطولوجية وراجع انت البداية والنهاية تجد في بحث الماهية هذه الامور. ليست منطقية مطلقا تقول شيخنا العزيز كيف دخلت في الحقل المنطقي لانها تحيث بحيثية التعريف يعني فيه عملية ذهنية عملية ذهنية  وهي عملية التعريف التي توصلنا الى التصور باب العلم نتصور الاشياء كيف اتصور الانسان امارس عملية ذهنية اوصلك الى هذا المعنى حيوان ناطق هذه العملية الذهنية تدرس في علمين تدرس كحلف النفس هذا علم النفس العقلي علم النفس الفلسفي تدرس هذه العملية لانها توصلنا الى الى التصور يعني بهذه الحيثية توصلنا الى التصور يعني عمليات تؤدي بنا الى تصور الاشياء هذا باب التعريف الكليات الخمس لاننا نحتاج اليها في التعريف هذه العملية مادة التعريف نتلاعب بها كما سيأتي ان شاء الله في باب التعريف ندخلها ليس بحيثية الفلسفة كيفية الفلسفة تدرس في المعية بما هي مكونات المائية مكونات داخلية او خارجية لا هنا لا هي هي في الفلسفة اخذناها بالفلسفة حيثناها بما انها تقع في التعريف الموصل الى التصور لانك اذا رجعت الى شرح الشمسية للقطب الرازي تجد تعريف الحقل المنطقي علم المنطق بهذا التعريف اه تعريف الموظوع موظوع اه علم المنطق التعاريف الموصل الى التصور والحجة الحجة يعني الاستدلال. والحجة الموصلة الى التصديق بهذه الحيثية ثم الحقن المنطقي ماذا يدرس? يدرس حيثيات التعريف الموصل الى التسوق التصور وحيثيات الحجة الموصلة الى التصديق بهذا البعد والا هذه الحقائق تنتمي الى الوجود الذهني ندرس الوجوه الذهني بنحو مطلق ثم ندرس الوجود ديني بتعينه بالمهية اذا درسنا الوجوه الذهني في تعينه بالماهية ياك باب جديد في الفلسفة وباب الماهية؟ حينها نجد الماهية انه متشكلة من جنس وفصل المهي في حقيقتها نوع ثم يعرضها شيء يخصها العرضي الخاص يعرضها شيء لا يخصها يطال غيرها فهو العرضي العام. هذه بحوث فلسفية في بحث الماهية لماذا يحتاجها المنطقي? يحتاجها لان التعريف يتلاعب بها بترتيب ما حتى يوصلنا الى التصوف بعد يسجلها عندك جيدا نعم اذن نقول مفهوم الجزئي مفهوم المعنى اولا ومفهوم الجزئي ومفهوم الكلي ومفهوم الذاتي ومفهوم العرض ومفهوم الجنس ومفهوم النوع ومفهوم الفصل ومفهوم العربي الخاص والعرضي العام مفاهيم فلسفية متى تدخل الى عالم المنطق وتصير من حيثيات المعقول الثاني المنطقي باعتبارها توصل الى التصور. غير هذا ليست مفاهيم منطقية ليست مفاهيم منطقية اذا تعين المعقول الثاني. المنطقي اللي هو الذي هو موضوع علم المنطق. بالمعنى ثم باقسامه بالجزئية والكلية والكلية الذاتية والعربية والذاتية النوعية والجنسية والفصلية والعربية. عرضي الخاص كل هذه الترسانة من المفاهيم تكون من الاعراض الذاتية المعقول السليم المنطقي باعتبار باعتبار كيف نوصل الى التصور؟ اما في ذاتها ستدرس في الانطولوجية تدرس اين? في كلمة طه في زيقا انتهى المدخل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