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بسم الله الرحمن الرحيم. سبحان الله. الله يا الله. والحمد لله الله ولا اله الا الله يا الله والله اكبر اعوذ بالله من الشيطان الرجيم بسم الله الرحمن الرحيم وبي تعال نستعين والصلاة والسلام على محمد واله الطيبين الطاهرين اللهم صل على محمد وآل محمد اللهم ارزقنا التوفيق والاخلاص. وصلنا معكم الى الفصل الثاني في المقولات وهذا بحث فلسفي ميتافيزيقي لا يمت الى الحقل المنطقي بصلة. من الاجناس العالية الجوهر المقولات هي المقولات الجوهرية والعربية  قبل الدخول الدخول في تحليل النص او المتن نشير الى نقطة جميلة كيف وصل ذهن ارسطو الى هذه المقولات العشر الكسندر المقدوني حاكم اليونان الكبير وحاكم العالم هو الذي اسس الاسكندرية تأسست هناك مكتبة كبيرة جدا ثم احترقت ووصل الى الهند الى الهند في فتوحاته. لا تهمني الان لا تهمني الان حياة الكسندر المقدوني. هو تلميذ ارسطو انا عرست تربى معه في القصر لان والي دارستو كان طبيبا لوالد الكسندر فتربيا معا في القصر فكان تلميذا لارسطو فوفر له حديقة فيها من انواع الحيوانات والنباتات والاحجار وهذه المعادن لي هي دروسها ارسطو فخطر في ذهنه كيف يصنفها التصنيف الدقيق التصنيف المنطقي تخطرت في باله هذه الفكرة تصنيف او تقسيم هذه الواقعية تأمل جيدا وهذه هي الخاصية التي يتميز بها العالم عن غير العالم. انه يتأمل يفكر في الوجود بقول القرآن الكريم الايات الافاقية والايات الانفسية يبحث عن عللها عن الظاهرة في مكوناتها الداخلية والخارجية  فوجد ارسطو ان هذه الواقعيات اما ان تكون قائمة بنفسها او قائمة بغيرها عاين الواقعيات وجدها ذواتا قائمة بنفسها وامور تتكئ عليها. فاخرج الملاك قيام بالنفس والقيام على الغير القيام بالنفس وهي الذوات اعطاه عنوان الجوهر لماذا? لان الحيثية موجودة  والقائمة على الذوات سماها الاعراض لان الحيثية موجودة وبين الان الحيثية حتى تفهم جيدا الفارق بين الماهية والمقولة. كثير من الطلاب يتصورون ان الماهية هي المقولة لا ابدا الماهية ليست هي المقولة المقولة شأن من شؤونات الماهية  ذوات الانسان انسان حجر حجر الماء ماء هذا هو الحمل الاولي اذا تعينت بشأن وبحيثية  وبتعين هو القيام بالنفس يحمل عليها عنوان الجوهر مفهوم الجوهر. فتقول انسان جوهر قائم بنفسه على خلاف اللون لا تجد اللون الا في مادة اذا مفهوم الجور هو القيام بالنفس وكل من تعنون بهذا العنوان يعني كان في الوجود قائما بنفسه فهو جوهره   الان عندك انت تفاحة حمراء التفاحة كبات قائمة بنفسها نعم فهي جوهر اذا من اين اكتسبت الجوهرية? من التفاحية? لا لكونها قائمة بنفسها لانها عندها ما يحكيه مفهوم الجوهر ماذا يحكي مفهوم الجوع? القيام بالنفس فقط كل من تعين بهذه الحيثية يكون جوهرا اذا عندنا هذا التركيب التفاحة جوهر التفاحة من يحكيها كمفهوم? تقول مفهوم التفاحة انتهى الامر مفهوم جوار ماذا يحكي التفاحة له? يحكي ذلك التشأن القيام بالنفس  الجوهر من? هو التفاحة. مفهوم الجور هو تلك الحيثية هادي بيناها في اه الاجناس والفصول والانواع والاراضين في العرضي الخاص والعام   الماهيات التي تقوم على غيرها مثلا اللون اللون الابيض البياض بياض وبياضه. متى يكون على اذا قام بغيره? يعني تعين بالقيام بالغير فتقول البياض عرظ اي نوع من العرض عندنا تسع عرظ سيأتي بيانه المهم البياض لا يكون عرضا الا اذا تعين يعني خرج من دائرة البياضية الى تشؤم من تشاؤمات ما هو? القيام بالغير. اذا اذا قلنا البياض عرظ عندنا البياظ من يحكي? تقول مفهوم البياظ. جميل من يحكي القيم بالغير? مفهوم الاعراف  فتجد البياض لانه قائم على المادة ليس له وجود مستقيل يقوم به فماذا يكون يكون عرضا هذه النقطة الاولى. النقطة الثانية لماذا حشرها في عشر مقولات هذا هو وظيفة الذهن في نظمه الخاص يبحث عن العناوين الكلية لا علاقة له بالجزئيات الداثرة او الثابتة لا هو يبحث عن العناوين الكلية يعني يبحث عن المعياريات الذهن معيار معيار اذا قال لك ان عرضوا قائم بغيره فانت كل واقعية في الخارج تجدها قائمة على غيرها تنعتها بماذا? بالعربية. ما عنده علاقة هو بالواقع الخارجي سمكة في الماء لونها احمر تأمل فيها انت  السمكة قائمة بغيرها لا كلونها لونها الاحمر قائم بالسمك السمكة ليست قائمة بنفسها وان كانت قائمة بغيرها في باب العلية والمحلولية هذا بحث اخر نتحدث عن الجواهر والاعراض اذا السمكة جوهر سريعا لماذا? لأن عندك المعيار الجوبر ما هو? هو الشيء الذي يقوم على نفسي يعني الماهية القائمة بنفسها. اللون الاحمر تجده لا ينوجد لوحده ينوجد في سمكة. فتقول الاحمر في السمك عرض. لان عندك المعيار ما هو ان عرضوا ما قام على غيرهم   ما اتكأ على غير ايمان الذهن في اختزال كل الواقعيات في مقولات عشرة اولا صنفها قسمها ثم في التداول. تواصل المعرفي هذا يسهل تواصلا المعرفي. نعم بدلا من ان تقول البياض الشكل الحجم قائمة غيرها هذه اللون والشكل وو وقد تكون امور كثيرة جدا انت تعطيها عنوان كلي العربية فيأتي التواصل المعرفي بعناوين كلية اذن المسألة تصنيفية تقسيمية بملاك وهو القيام بالنفس والقيام على الغير ثم التواصل تواصل معرفي يسهل الامور كثيرا نعم  اذا هذا الفصل ليس بحثا منطقيا اولا بل هو بحث ميتافيزيقي بمتياز وبينا كيف وصل اليه ارسطو وصل الى هذه المقولات وبينا ان هذه المقولات تعطي ضوابط معيارية وكذلك تواصلية وكذلك تواصلية. نقطة اخرى وهذا هو سبب اتيان هذا الفصل في الكتب المنطقية بعد ما بينا الضوابط المعيارية ما هو الجزئي هو الذي لا ينبسط صدقا ما هو الكلي والذي ينبسط صدقا ينبسط يعني يسري صدقا. مفهوم الانسان كلي ينبسط يتسع يسري في مصاديق متعددة  فعندنا مفهوم فلسفي هو مفهوم الجزئي مفهوم فلسفي والكلي ثم هذا الكلي ذاتي وعرضي عندنا المفهوم الذاتي ومفهوم العرضي ثم الذاتي تمام الذات مفهوم النوع الجزء الذاتي المشترك مفهوم الجنس جزء الذات المختص مفهوم الفصل عرضي خارج الذات عرضي خاص وهو الخاصة هذه المفاهيم الفلسفية هي من اعراض الماهية لماذا حشرت في المنطق? لانها تدخل في عملية تعريف المنطق يدرس اه ثلاث عمليات اساسية العملية التي تؤدي الى التصورات وهو العملية التعريفية والعملية التي تؤدي الى القضايا وهو الحكم والعمايل التي تؤدي الى انتاج المعرفة وهو الاستدلال هذه الدوائر تلاتة يعني المنطق يعطيك قوالب معيارية كيف تعرف الاشياء وكيف تحكم على الاشياء وكيف تستدل على الاشياء هذا هو الحقل المنطقي باختصار اذا جئنا الى الكليات الخمس عندنا هذه المعايير هذه المعايير المنطقية  جزئي كلي ذاتي عرضي نوع فصل عرضي خاص عرضي عام هذه المعايير المنطقية. هذه المعايير المنطقية تعطينا قوالب. من يملأ هذه القوالب هي الواقعيات انت اذا عرفت الانسان تقل انسان متكون من جنس وفصل  متكون من جنس والفصل الجنس المنطقي والجنس والفصل المنطقي ام لا مكونات تتعنوي بالجنس وتتعاون تتعاون بالفصل</w:t>
      </w:r>
    </w:p>
    <w:p>
      <w:r>
        <w:t>حيوان ناطق لا تقل انسان جنس فصل. لا حيوان ناطق المنطقي يقول حيوان عنوان جنسي يعني يتعنون بعنوان جنسي ما هو العنوان الجنسي بين انه يصدق على كثير من مختلفي الحقيقة الفصل حقيقة كذلك تميز وتقسم وو انت تعرف الانسان بالحيوان الناطق وليس بعنوان الجنسية وعنوان الفصلية اذن من يملأ التعريفات هي الواقعيات الخارجية والواقعية الخارجية من يدرسها بشكل مطلق الفلسفة بشكل خاص العلوم المتعددة فنأتي بهذه الواقعيات نريد ان نمعيارها معاييرها ارسطو في عشر آآ مقولات هي المقولات مقولة الجوهر ومقولة العرظ باقسامه التسعة نعم اذا اذا جئت واردت ان تعرف هوية خلقية من الهويات سواء كانت هوية جوهرية او هوية عرضية او هوية اعتبارية وجود ربطي يعني المفاهيم التي ليست من المفاهيم المهوية مفاهيم منطقية او مفاهيم فلسفية فتأتي الى عملية التعريف عندك الضابطة يأتي اذا كنت في التعريف الداخلي بالجنس والفصل المنطقي يقول تأتي بالجنس ثم تأتي بالفصل  ثم المنطق هو الذي يعلمك كيف تعرف ويعطيك الضابطة. من هنا اشتبه حتى بعض العلماء اشتبه. يقول المنطق لا يفيد. من قال ان المنطق يدخل في الفكر المنطق يعطيك معايير معايير معايير ما يجب ان يكون لا يدخر فيك يعني انت الان تريد تعرف الحقيقة الانسانية تقول حيوان مجنون حيوان صاهل. منطقي ما عنده شغل بيك. منطقي يقول جنس فصل ونتا جيت بالجنس وهو الحيوان. جيت بالجنون. حيوان مجنون حيوان صاهل حيوان مفترس. المنطقي ما عنده شغل. هذا راجع الى الخزانة المعرفية الى دائرة دائرة داءت المعارف التي عندك وفهمك للأمور المنطقي يقول هذا معيار جنس وفصل ثم تأتي بفصل الانسان وهو الجنون او تأتي بفصل الحمار هذا ما عنده علاقة المنطق بهذا هذا منطق مادي هذا منطق مادي يعني تنظر الى المادة  فالمعيار ما هو ان تأتي بالجنس والفصل? حيوان ناطق. من اين حصلت على الحيوان والناطق? من التأمل في افراد الانسان وفي الطبيعة الكلية للانسان فاذا قلت حيوان ناطق يعني انت كما وضعت في المعيار المنطقي فتعرفك يكون صحيحا الى حد ما لماذا اقول تحدي ما؟ لان الشيخ الاشراق يقول نحن ما عندنا قدرة على فهم كل ذاتية الانسان حيوان ناطق من يدري ان في ذاتيا نحن لم نصل اليها. هذا ما عنده علاقة بالمنطق هذا عنده علاقة بماذا? عنده علاقة الفلسفة والعلوم من جهة وثانيا من قوة الانسان وضع في الانسان فالمنطق يعطيك معيار للتعريف معيار للحكم ومعيار للاستدلال. انتهى الامر. ما تملؤه انت من مواد علمية ومعرفية ما عنده هو علاقة بهذا الامر مطلقا مطلقا الفصل الثاني يعطيك تلك المواد اللبنات التي توظفها وفق المعايير المنطقية نعم الانسان جوهر لانه قائم بنفسه متشكل من مادة وصورة مادة والبدن وصورة هو الصورة الانسانية النفس الناطق  فتقول المادة باعتبارها فظفظة  يمكن لاي صورة ان تتعين بها فالمادة عامة فضفاضة جزء الانسان المشترك فتكون جنسا فهي الحيوان والناطق يفصل الانسان عن الحمار والاسد والشجر يكون فصلا فعرفت انت الانسان بالجنس والفصل وفق المعايير المنطقية اذا الفصل الثاني يعطيك المواد التي توظفها وفق المعايير المنطقية. اذا الفكر هو هذا. هذه يسجلها قاعدة ذهبية الفكر ما هو? الفكر معطيات هذه المعطيات قد تكون افاقية وقد تكون انفسية. يعني تأخذها من خارج الذات الإنسانية. العالم الخلقي الايات الافاقية او من داخل الانسان. مثلا العلم النفس العقلي الميتافيزيقي هو تأملات في داخل النفس. معطيات واقعية  يتأملها الانسان فعلم النفس علم واقعي علم المنطق ليس علما واقعيا انه المنطق علم معيار فلسفة الأخلاق علم معياري يعني ما يجب ان يكون عليه الأمر اما آآ علم النفس لا تقل ما يجب ان يكون عليه الامر لا هو واقع خارجي امامك. نفس موجودة امامك فتدرس حيثياتها اعراضها الذاتية فيتشكل حقل معرفي جديد هو فلسفة اخلاق كما تدرس الوجود الوجود وتدرس حيثياته. يعني الاعراض الذاتية فهي تشكل علم الوجود هذه واقعيات اما المنطق وفلسفة الاخلاق ما يجب ان يكون. يعطيك معايير  في المنطق ما يجب ان يكون في دائرة الحقيقة. وفي فلسفة الاخلاق ما يجب ان يكون في دائرة الخير اذا قال لك الاخلاقي الصدق حسن او خير يعني انت تماهى بفعلك في دائرة الناظمة من مفردات الناظم الصدق فيمسك الخير والبهاء والسعادة وقد تتمرد اذا المنطق وفلسفة الاخلاق يعني علم المنطق وعلم فلسفة الاخلاق يدرسون تلك المعايير التي يجب ان نتبعها هل نجبر على اتباع هذا؟ اننا نحن وجودات مختار اذا هذا الفصل يعطيك المواد اللبنات التي توظفها في عملية التعريف للوصول الى التصور من الاجناس العالية الجوهر يعني الذات القائمة بنفسها. اقول لما فرغ عن البحث من المقولات الخمس قبل الدخول في عبارات اميز بين الماهية والمقولة انما هي غير المقولة في المعنى في الفهم في النظم المنطقي. اما في النظم في النظم التحققي والخارجي وحقيقة واحدة. مصداق واحد كيف المقولة هي الماهية ايه هي الماهية بنحو لاحظت? يعني هي الانسان اذا قام بنفسه هادي هي المقولة هي البياض اذا قام على غيره واتكأ على غيره. اذا المقولة هي الماهية بنحو كم نحو نحوان نحو الاول القيام بالنفس النحو الثاني القيام بالغاية  اذا في النظم التحققي لا تجد هذا الشأن يعني القيام بالناس او القيام بالغير الا في وقائع ويرمى الماهيات بناء على اصالة المائدة لأن هذا انموذج مهوي اما في النظم المنطقي لا في النظم المنطقي المقولة غير المهية. المقولة هي هذه المخلوقات اه الماهية انما هي هي هذه المخلوقات المقولة المقولة لا تلك المخلوقات اذا تشأنت بمعيار هذا المعيار هو القيام بالنفس والقيام بالغير  ولهذا عندنا مفهوم الجنس ومفهوم العرب مفهوم الجنس ما هو القيام بالنفس. مفهوم العرض القيام بالغير بغض الطرف عن الموضوع يعني على المهية ايماهية في الواقع كانت قائمة بنفسها فهي خضعت لمعيار ميتافيزيقي وهو القيء الجوهر. كل ماهية في الخارج قامت بغيرها خضعت لمعيار ميتافيزيق هو العرب هادي هي المسألة انا ابين هذه الأمور حتى الطالب العزيز يتحرك معي على بينة يتكون علميا يتكون في المنطق. اقول لما فرغ المصنف من البحث من  المقولات الخمس لا من الكليات الخمس ليس المقولات الخمسة الكليات في الخمس المقولة بمعنى المحمولة هنا ليس المقولة بمعنى الاصطلاحي حتى هزه المقولة بمعنى انها محمولة المقولة هنا اكتب تحتها يعني الكليات الكليات الخمس العارضة وصف لمن? للكليات الخمس لهذه المقولات العشر لهذه المقولات العشر اصلا هو ما بين المقولات العشر نعم الحل يتحدث من خياله رحمة الله عليه انه يفهم المنطق تصور ان الطالب يعرف المقولات العشر بعد الطالب ما عندو خلفية عن المقولات العشر المقولة العشر التي ندرسها في هذا الفصل هي الجوهر باقسامه الخمسة لان الجمهور يقسم بملاكات خاصة الى خمسة سياتي عندنا ثم مقولة الكم وهي عرضية. مقولة الكيف وهي عرضية. ما قلت الاضافة وهي عرضية</w:t>
      </w:r>
    </w:p>
    <w:p>
      <w:r>
        <w:t>اه مقولة الجداء يعني الملك واي عرضي مقولة آآ الايب يعني الكون في الزمان الكون في المكان. ومقولة المتى الكون في في الزمان وان يفعل وان لا وان ينفعل هذه هي تقريبا اذا لم انسى هي المقولات العربية التاسعة. نعيد مقولة الكم مقولة الكيف. مقولة الجداء. مقولة الاضافة ما قلت متى? ما قلت الاين ستة لما قلت ان يفعل وان ينفعل ايه وبما قلت له واضح تسعة والجوال عشرة هذه المقولة العشرة التي نبحثها هنا بالتفصيل يعني قوله رحمة الله عليه المقولات العشر باعتبارنا سيأتي. اصبر تعرفها الحوزي هو يقول شيخنا انا عارفة الجامعي لا يعرفها نعم شرع لما فرغ من عن البحث شرع في البحث عنها عن المقولات العشرة وان لم يكن من علم المنطق هذا حديث حديث ابن سينا لان موظوع المنطق هو المعقولة الثانية المنطقية وهي معايير يخضع لها الفكر البشري في وصوله الى الحقيقة يخضع قهريا ام اختياريا يخظع اختياريا قد يتمرد. وكثير من الناس تخطئ وتغالط وتكذب في الفكر نعم العارضة للمقولات العارضة للمقولات الاولى هذه العارضة للمقولة الاولى هذا فيه بحث عميق فلسفة المنطق. لا اشير اليه انت تقول الانسان نوع. صحيح ام لا تقول نعم شيخنا حمل شاعر? نعم. تقول صحيح شيخنا حمل شاعر مبرر هذا الحمل ما هو تقول الانسان تعين بتعين والا لا يمكن ان يكون اه نوعا هذا هو الحمل الشائع يجب ان يكون هناك اه تعينا   ما هو هذا التعين بيناه وهو السريان الصدقي على اه كثيرين متحدي الحقيقة. اليس كذلك نعم المدرسة ماذا تقول? المدرسة الغربية والمدرسة الاسلامية تقول النوعية هي اه عرظ ذاتي لمن? للطبيعة الانسانية. طبعا الطبيعة الانسانية المثالية لأن الطبيعة الإنسانية موجودة في الخارج ازاي? هل الزيت يكون نوعا? لا ابدا اذا هنا ننظر الى الطبيعة المثالية يعني التي لا علاقة لها لا بالخارج ولا اه بالذهن هي في حقيقتها كما يقولون في علم الفقه الوجوب ينصبه على الطبيعة طبيعة الصلاة وليس لا الطبيعة الخارجية ولا الطبيعة هذي انا اسميها الطبيعة المثالية ايديال نعم  ايديا ما معناه هذا زيد وهذه ليلة قد يكون فيهما من الانسانية الا القليل الإنسان والكامل والولي اجتمعت فيه كل الانسانية هذا اذا هذه الطبيعة المثالية في النظم التحققي اين تنوجد بكاملها في الإنسان الكامل في الولي اما في وان وزيد وانت وكذا نشارك في هذه الطبيعة المثالية. يعني نتحرك نحوها. نريد ان نحقق مقتضياتها في طبيعتنا التي تخضع لسياق وهذا السياق قد يكون بائسا قد يكون مريضا قد يكون نورانيا قد يكون رائعا  هم يقولون النوعية تعرض الطبيعة. انا اقول لا وهذا انا وصلت اليه  على يقين من هذا الامر لا النوعية والجنسية وكل تجليات المعقول الأولي التي تسمى مسائل الحقل المنطقي مفهوم القضية مفهوم المحمول الموضوع القسمة التعريف هادي معايير سرمدية تخضع لها الطبائع في الفكر. وليست اعراض ذاتية للطبائع ابدا لا يمكن لا يمكن هذه معايير حاكمة على الطبائع نعم. اذا انت فسرته هذه الحاكمية على الطبائع هي الاعراض التي هذا شأنك. المهم نفهمها جيدا ما هي فالنار محرقة. يقولون النار تتحيز بالعلية في الباب الفلسفة والخشب المحترق يتعين بالمعلولية. نقول لا ليس اعراض ذاتية للنار ولا للخشب وانما هي قوانين لوجود تخضع لها آآ النار ويخضع لها الخشب اذا شاءت النار ان تكون مؤثرة واذا شاء الخشب ان يكون مو متعثر المهم هذه مسألة تنتمي الى اه فلسفة المنطق وليس لعلم المنطق. العلامة الحلي هنا يقول لماذا ليست المقولات من علم المنطق ان شاء الله في الحصة الاتية نبين المسألة بالتفصيل. واللهم صل على محمد وال محمد  محمد</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