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الطاهرين. اللهم صلي على محمد وال محمد اللهم ارزقنا التوفيق والاخلاص. وصلنا معكم الى الفصل الثاني في المقولات من الاجهزة العالية الجوهر لان في الدرس السابق لم نتحرك كثيرا في التطبيق فاعود من البداية اقول هذا حديث الاعلام الحلي. لما فرغ المصنف عن البحث اه فرغ من المقولات الخمس العارضة لهذه المقولات العشرة بينا العروظ شرع في البحث عنها في المقولات العشر وان لم يكن من علم المنطق لان موضوع المنطق هو المعقول المعقولات الثانية العارضة للمعقولات الثانية المعقولات الاولية العارضة اللي معقولات الاولية يعني النوعية لا تعرظ لي في فراغ تعرظ للانسان للذهب للحديد. يعني هذه الواقعية تسمى آآ المعقولات الاولية الاولية او المعقول الاولي العارضة للمعقولات الاولى  الانسان نوع من ان المعقول الاول هو الانسان في هذا الترتيب المنطقي الانسان نوع النوعية تأتي بعد الايه سان نعم فالانسان المعقول اولي والنوعية كمفهوم يعني الصدق على كثيرين متحدي الحقيقة هذا المعقول المنطقي فكيف يبحث المنطق? علم المنطق عن المعقولات الاولى على انه جزء من علمه يعني باب من ابواب علم المنطق فانه يكون دورا. نعم لان هذه المعقولات الثانية المنطقية التي هي مسائل علم المنطق تعرض من? تاع الظلم معقولات الأولى على مبناهم يعني انت الجنسية تفهمها بعد الحيوان الفصلية ما بعد الناطقية العربية العامة تفهمها بعد التعجب العربي العام اه العربي والخاص تعلمه بعد التعجب والاعراض يلعب تعلمه بعد المشي اذا عندك معقولات اه اولى ايات افاقية او ايات انفوسية تأتي الى النظم المنطقي هي تترتب في الرتبة الاولى معناتو تعقل في الرتبة الاولى ثم نصل الى تلك الحيثيات التي تدرس في الحقل المنطقي مفهوم النوع مفهوم الجنس مفهوم الفصل وو من المفاهيم التي مرت علينا في المدخل فاذا كانت المعقولات الاولى تدرس في الحقل المنطقي فتكون معقولات اه ثانية وهي معقولات اولية يعني تكون متأخرة ومتقدمة متأخرة على نفسها متقدمة على نفسها وهذا هو الدور تقدم الشيء على نفسه او تأخر الشيء على نفسه هو الدور نعم هذه الدجاجة اعطت هذه البيضة هذه البيضة اعطت دجاجة ثانية ليؤمن بالدور كالشهر الثاني صاحب الملل والنحل يقول الدور ليس بباطل لانه تحقق في الدجاجة. الدجاجة تعطي البيضة والبيضة تعطي الدجاجة خلط بين الدور النوعي والدور الشخصي مسكين الهزيل في العلو لا يدخل فيها. جزاه الله خير. يسكت احسن. فيحترم انها تخربط هكذا فانت تدخل في دائرة الاستهزاء صار ماديا نعم فهذه الدجاجة التي اعطت هذه البيضة هي ليس هي التي تتولد من البيضة. دجاجة اخرى شخصية نعم او خلط بين الدهر النوعي والدور الشخصي. الدور النوعي ليس باطلا الدور الشخصي هو الباطل اذا اذا كان المعقول المعقول الاولي يدرس في المنطق يجب ان يكون ان يكون معقول ثانيا وهو معقول اه اه اولي وحط كم مرتبة ياخذ? مرتبة في الموضوع المحمول متقدم على نفسه متأخر على نفسه هذا هو الدور نعم بل قد يبحث عنه فيه. هنا يبرر البحث ولا تبرير له ابن سينا اخرجه منطق الاشارات في منطق الشفا موجود لكن في منطق الاشارات نزعه هنا فقط يبين تبرير الاتيان بهذا الفصل في الحقل المنطقي. بل قد يبحث عنها يعني المعقولات وهي المقولات العشر فيه في الحقل المنطقي للاستعانة للاستعانة بهذا البحث على تحصيل الاجناس والفصول لانك انت في عملية التعريف تأتي بهذه الايات الافاقية والانفسية الانسان وهو حيوان ناطق الاسد وهو حيوان مفترس. هذه كلها امور واقعية يعني معقولات اولية بها تعرف الاشياء لا تعرفها الحيثيات المنطقية الحيثيات المنطقية او المعايير المنطقية معايير معايير يعني اذا قال لك المنطقي عرفوا الانسان بالجنس والفصل  عرف يعني ايه امر بمعيار نسبة ارسالية جيد اين تجد الجنس واين تجد الفصل? في صميم الانسان المخلوق  لكن ليس في الانسان المخلوق الخارجي في الانسان المعياري يعني تتلقى من الانسان المخلوق والانسان المخلوق ارضية فقط حتى تصل الى الانسان المعياري الانسان الانسان المثالي ليس الانسان المعياري. تبحث عن مكوناته. تخرج انت الحيوان والناطق من داخله وهي ليست من المسائل المنطقية ابدا نعم يقول لك المنطق اذا بدأت بالجنس يجب ان يكون عاما فظفاظا لا ينفع للتعريف يبقى السؤال آآ سؤال وواردا يبقى الانسان متحيرا. ما هو الانسان حيوان بعد غير مشبع هذا الحيوان فتأتي بالفصل ما يفصله عن الحمار والاسد والزرافة والحديد وو ناطق هل الحيوانية مسألة منطقية؟ لا من هل الناطقية مسألة منطقية؟ لا الى انها تخضع في الحق المنطقي في باب التعريف الى معايير المنطوق. يجب ان يكون الحيوان حقيقة مشتركة مبالة يعني جنسا ويجب ان يكون الفصل حقيقة محصلة تميز الحيوان وتخرجه من الابهام فيشبع المعنى فيكون الانسان هذه وظيفة من? وظيفة من يتعنون بمعيار منطقي وهو مفهوم الفاصل وهو المنطق نعم اذا نحتاج الى هذه المقولات في باب التعريف وكذلك في باب القضايا وباب الاستيلاء سيأتي ان شاء الله نعم اذا قلت اذا قلت في باب الاستدلال هذا الاستدلال تقول الانسان مدرك للكليات وكل مدرك للكليات وصل الى الحقيقة فالانسان وصل الى الحقيقة الإستدلال هو هذا الإنسان مدرك الإنسان جوهر مدرك كيف نفساني يعني علم كيف نفساني عرظ فهمت كيف لا تستغني عن هذه المواد يعني المعقولات الاولى لا في باب التعريف ولا في باب القضايا ولا في باب الاستدلال ولا في باب المغالطة فهو جاء بهذه المقولات التي تستخدم في عملية التعريف وعملية الحكم وعملية الاستدلال وعملية المغالطة حتى تكون عندك ارضية تفهم بما يتلاعب المفكر وليس المنطقي الفيلسوف والفيزياء والفلكي ليس المنطقي. منطقي لا يذو صديقي الامور. بل قد يبحث عنها عن هذه المقولات العشر فيه فيه يعني الحقل المنطقي للاستعانة بهذا البحث على تحصيل الاجناس والفصول الأجناس والفصول يعني تلك الطبائع التي نعرف بها الأشياء اذا اردت ان تطبق بمثال الاجناس والفصول يعني الحيوان والناطق نعم الحيوان والمفترس الحيوان والصاهن فيكون هذا البحث معينا على استنباط المحدود المحدود يعني التصورات والمستنتج يعني الا النتيجة في القياس يعني التصديق وان لم يكن من هذا العلم نعم مقولات ليس من علم المنطق اذا عرفت هذا فنقول الاجناس العالية التي يندرج تحتها جميع الاجناس عشرا وهي المقولات المذكورة في هذا الفصل  لو قال هكذا لكان افضل بالنسبة الى طالب العلم او المتلقي مطلقا حتى الاستاذ الاجناس العالية التي يندرج تحتها جميع الواقعيات. كان افضل يعني الايات الافاقية والايات الان  حين الإندراج نقول الأجناس قبل الإندراج هي حقائق يعني ايات افاقية وايات انفسية. اذا العبارة الدقيقة هكذا الاجناس العالية التي يندرج تحتها جميع الواقعيات عشرا اذا اندمجت هذه الواقعية تحت هذه الاجناس كانت جوهرا وكانت كما وكانت كيفا كل بحسبي كل بحسبي</w:t>
      </w:r>
    </w:p>
    <w:p>
      <w:r>
        <w:t>وهي المقولات المذكورة في هذا المصاص المقولات المذكورة في هذا الفصل وهي المقولات العاشر يعني الجنس الاجناس  العالية يعني الجوهر والكم والكيف والاظافة والعين والمتع والوظع والجدى وان يفعل وان ينفعل والوضع وهكذا هذه العشرة التي يبدأ فيها احدها الجوار الجوهر ما هو? ماهية يعني ماهية مثالية تجري في الخلق الإنسان ما هي مثالية? اين تجد في النظم الخلقي? زائد ليلى وخالد  الى ان هي ما هي مثالية لا تنوجد الماهية في الخارج. ما عندك زيد وليلى وانسان بدون مشخصات لا عريا ابدا  احد هو الجوهر يعني المائية القائمة بنفسها نعم هذا هو الجوهر. يعني الانسان قائم بنفسه نعم جوهرون اذا الجوهر هو ماهية متشائمة بعنوان مفهوم الجوار وقد اختلفا في انه جنس ام لا نعم هذا الجوهر جنس ام لا    هل هذا السؤال صحيح? منطقيا صحيح? علميا صحيح الجوهر وقد اختلف في انه جنس ام لا فاكثر الاوائل يعني الفلاسفة القدماء على ان الجوهر جنس عال يعني مقولات عالية كل ما في الوجود من ايات افاقية وانفسية خلقية فهي تندرج تحت هذه الاجناس العالية منها الجوهر ومنها العرب. ما عدا وجب الوجود فوق المقبولة  الحكماء يقولون آآ الجوهر جنس عال نعم  الجوهر يعني اية افاقية يعني ما هي اه متكئ على نفسها   لاشتراكي هذا هو الملاك. لماذا تتعنون بالجنسية لاشتراك  افراده في يعني سين شركة قلنا الشرك على قسمين. الشركة في تمام الماهية. شركة نوعية كالزيد ليلى يشتركان في الانسان شركة عامة كالحيوان بأنواعه المتعددة. الإنسان والبقر والحمار والأسد في شرك في الحيوانية الجزر المشترك و فيه الفصل ما فيه شركاء لان هذا يميز ويخصص اذا الجوهر باعتباره يشترك فيه نعم يعني عام نعم ثم تأتي الفصول فهو جنز هذا هو الدليل لاشتراك افراده فيك في يعني حيثية اشتراكية يعني الجزء الذاتي المشترك ما هو هذا هو من تعريفات مفهوم الجنس وامتناع تحققها اه دونه نعم هذه الافراد لا تتحقق من دون الجوهر لانه مكون داخلي. نعم وتساويها فيه يعني كلها مشتركة فيه نعم  كل الواقعيات اه الخلقية القائمة بنفسها. تقول كلها جوهر. مشترى كاملة? مشتركة ملاك الاشتراك ما هو الطبائع عمل ملاك الاشتراك والحيثية. تقول لا شيخنا الطبائع وفقا لقانون الحمل الاولي متخندقة متباينة بتمام الذات. انسان اين والحمار اين? الانسان اين والاسد اين? ماهيات متباينة اذا من جعلها تشترك؟ تقول تلك الحيثية؟ القيام بالنفس هذه الامور يجب ان تتقنها جيدا وهذه خواص الجنس الاشتراك لاشتراك افراده فيه لقال لو قال لاشتراكي انواعه فيه كان افضل لان الجنس اه ليس له انواع اه افراد له انواع هنا بمعنى الانواع لاشتراك افراده في الضابطة الاولى وامتناع تحققها دونه نعم  فهذا آآ الملاك الثاني وتساوها فيه آآ لاعتبار الحيثية الملاك الثالث وهذه خواص الجنس سماها خواص الجنس اما المتأخرون من المنطقين فانهم منعوا من جنسيته لوجوه ياتي بثلاثة ولا يناقشها لماذا يقول ناقشتها في الاسرار الخفية في صفحة ربعمية وتلاتة ربعة وعشرين. الحمد لله الآن كثير من الكتب اه طبعت ومع نعمة الانترنت. الان هذا انا اسميه اللوح المحفوظ ففيه كل هذه الكتب صارت سهلة جدا نعم. من الاسرار الخفية انا رأيت نسخة منه اه في القوم المقدسة ولم اشتريه مع الاسف الشديد احدها ما هي ادلة المتأخرين ان قد نعقل كثيرا من الماهيات ونشك في جوهريتها والجنس لا يشك في ثبوته للمهيئة اه هذه المسألة الان لا تنتمي الى الحقل المنطقي ان تنتمي الى فلسفة المنطق او تاريخ آآ علم المنطق قلت لكم المنطق معايير سرمدية علم المنطق يعني يأتي ويحلل ويركب هذه المعايير هذا بعد سياقه تاريخاني يتكامل نعم هناك تبحث هذه المسألة وليس في الحقل المنطقي رأي فلان ورأي فلان ما عنده علاقة لا في التأسيس للتعريفات الموصلة الى التصورات ولا التأسيس للحكم الموصل الى القضايا ولا لها مدخلية في التأسيس للاستدلال الموصل الى التصديق ابدا اذن هذه مسألة ندرجها اما في تاريخ الحقل المنطقي او في فلسفة المنطق. يعني ميتافيزيقة المنطق كثير من المتون التي ندرسها في الحوزة في هذا الخلط لماذا? لانها لم تفرز هذه العلوم في ذلك الزمان. انا لا الوم القدماء. الوم الاساتذة الان يفهم للطالب ان هذه مسائل في صميم علم المنطق لا هذه تنتمي الى ماذا تنتمي الى تاريخ علم المنطق او التاريخ دخل ميتافيزيقا. لأن المقولات اصلا بحث ميتافيزيقي نعم احدهما اننا قد نعقل كثيرا من الماهيات ونشك في جوهريتها نعم والجيس لا يشك في ثبوته للماهية. لماذا? لان الجوهر قال هو آآ لاشتراك اشتراك افراده فيه اه وتساويها فيه وامتناع تحققها دونه انا لم ارى اجوبة الاعلام الحلي في الاسرار الخفية لماذا? لان ما عندي الكتاب ولكن انا ارد على المنطقيين المتأخرين بفهمي ان قد نعقل كثيرا من المهيات ونشك في جوهريتها نعقل هنا التعقل يعني بحث معرفي ليس بحثا منطقيا. جميل. مع عقل يعني بحث قد تعقل بالابهام وقد تعقل بالتفصيل اذا تعقلك ليس ملاك الدين. البحث معرفي. راجع الى الانسان انا اتعقرها جوهر انت لا تتعقلها هذا شأنك اذا كان تعقلك مشبعا وكاملا لا يمكن ان تتعقل شيئا بدون جنس وفصل يمكن او لا يمكن نعم انا قد نعقل كثيرا من الماهيات ونشك في جوهريتها. اذا التعقل والشك شؤونات الفاعل المعرفي ليس من شأن آآ الماهية والجنس لا يشك في ثبوته للمهيا. لماذا? لانه من مكوناتها الجنس الجنس يعني الحيوان المشترك. هذه المشتركات في جميع الطبائع. والجنس لا يشك في ثبوته للماية. لماذا? لان المكونات ما يسمى الذكي في بابوجي اه لأن الذي اضاف الكليات الخمس ليس آآ ارسطو انما فورفوريوس نادي فورفورس ايساغوجي ايساغوجي كليات كليات الخمس الجنس والفصل مكونات الذات اذا انتفت انت تنتفي الذات هذه من خاصية خاصية الذاتي في مقابل عرضي اذا انت لا تعبر الى معنى المهية الا اذا عبرت في الرتبة الاولى على الجنس والفصل من حيثية الاشتراك وحيثية الاخ قصاص اذا لا يمكن ان نتصور ما هي بدون تصور الجنس والفصل لانها مكونات الماهية هذا هو دليله نقول هذه مسألة خاصة بالفاعل المعرفي. انت لا تتعقل قد انا اتعقل. وما انت تراه انه ما هي تعقلت بدون مكوناتها ومنها الجنس اه انا لا اراها مكونة جنسية. هذا ردي انا والله اعلم اذا كان متينا وثانيها ان متفاوتة فيه نعم يعني مصاديق لو قال مصاديق مع صديق الجوهر احسن. انما صديق الجوهر متفاوتة فيه قلنا الجوهرة ينقسم الى خمسة العقل والنفس والصورة النوعية والمادة والجسم. متشكل من الصورة من بعد نعم ان شاء الله سير بيانها لا لم يفصل فيه اه لم يفصل في هذه المسألة لانها بحوث فلسفية لا يمكن ان يدخل فيها بالتفصيل فيصير الحقل المنطقي منتفخا ودخلت فيه الفلسفة. لا</w:t>
      </w:r>
    </w:p>
    <w:p>
      <w:r>
        <w:t>نعم ان مصاديق الجوهر متفاوتة فيه  فان المجردات الاولى بالجوهرية من اه فان المجردات. يعني الواقعيات التي ليس لها امتداد مادي النورانيات الفوقانية فان المجردات يعني المجرد من الامتداد المادي اولى بالجوهرية من المقارنات المقارنات يعني ماديات ما دخل الأولوية في الجوهرية ملاك الجوهرية ما عنده علاقة بالاولوية. هذا عنده علاقة بالنظم الوجودي بالنظم التحققي ملاك الجوهرية هو اه القيام بالنفس لا تهمني المرتبة في النظم الوجودي خلط بين اه المعايير والنزم التحققي هذا الزجاج ما بدي اعمله مادة هذا الزجاج مادة قائم بنفسه? نعم هو جوهر لا يختلف عن اكبر ملك في الوجود في هذه الخاصية الملك قائم بنفسه وهذا الزجاج قائم بنفسه ما عنده علاقة بالمرتبة الوجودية. هذا خلط بين احكام النظم المنطقي واحكام المنظمة الوجود التحققي والشخصيات اولى من الكليات المتفاوتة فيه نعم الشخصية تعني الواقعيات المتشخصة اولى من الكليات المتفاوتة فيه على حسب مراتب القرب من الشخصيات والبعد عنها ولا شيء من اجزاء المهية بمتفاوت فيه فيه. آآ اجزاء المهية انا اشير الى عدم التشكيك في المعية. المهي غير مشككة. اضيء هذه النقطة لان الجامعي اذا ما فهمها يبقى متحيرا ما معنى التشكيك? التشكيك يعني عندنا حقائق تختلف في متن الوجود شدة وضعف شدة وضعف في متن الهوية مثلا عندنا زيد وعندنا طه وليلى طه انسان نعم ليلى انسان هناك تساوي ما في تفاوت. اذا بنينا على التفاوت في عمق الماهية الانسانية فطه يزيد في الانسان على ليلة. يعني ليلة ليست  اذا ما عندها تمام الهوية ناقصة فتنتفي انسانيتها فليلة انسان وليس بانسان. تناقض مفارقة ليلى زادت في الانسانية على طهارة فطه لا يكون انسانا طهى انسان وليس بإنسان هذه المفارقة. فيقولون الماهية في سريانها الوجودي في افرادها طه ليلى رقية كإنسان مثال ممكن تمثل بالحمار تمثل بالحديد كما هي لا يمكن ان يكون التفاوت في الحقيقة نعم التفاوت وين ؟ في الابتصاف بالاعراض وسيأتي ان شاء الله بيانه بالتفصيل في هذا البحث اذا لا تشكيك في المهية وبالتالي لا تشكيك في مكوناتها نعم يقول ان افراده يعني مصاديق الجوهر متفاوتة فيه في التلبس بالجوهرية. فان المجردات الاولى يعني المفارقات النورانية اولى بالجوهرية من المقارنات يعني المادية. نعم اولوية خلقية. اولوية وجودية وليس اولوية معيارية. الكل قائم بنفسه هنا التساوي الزجاج يساوي اكبر عقل مجرد حتى العقل الاول. قائم بنفسه والزجاج قائم بنفسه نعم والشخصيات اولى من الكليات المتفاوتة فيه نعم الشخصيات يعني الوقائع الخارجية نعم تقل زيد قائم بنفسه نعم جوهر هو لان القيام لزيد الإنسان لا يتصف بالقيم بنفسه بالذات الانسان حقيقة معيارية. القيام بالنفس حيثية في النظمة التحقق. اذا من اولى بها? الواقعيات. يعني زايد التفاحة والحديد كواقعيات خارجية. هي اولى بالجوهرية. لان هي التي تتصف بالقيم بالنفس نسيت انا هذا ذكرني بنقطة اضيئها ثم اعيد الى بحثي القيام بالنفس والقيام بالغير هذه حيثيات في النظم الوجودي. في النظم التحققي يعني اين البياض يقوم على غيره يتكئ على غيره في الواقع الخارجي في العالم الخلقي. يعني اذا خلق الله تعالى بياضا لا يخلقه الا متكئا على غيره. هذا هو البحث في اصالة الماهية اذا خلق زيدان الإنسان لا يكون الا متكيا على نفسه اذا حيثية الجوهرية وحيثية العرضية. هذه تنتمي الى النظم التحققي نعم يعني من اولى بها? الواقعيات الخارجية وليس الكليات تقول الحيوان تقول الحيوان جوهر يعني قائم بنفسه الحيوان قائم بنفسه حيوان حقيقة مبهمة هويت لم تتعين تقول لا اصبر اذا جاء الناطق وحصله صار انسان ثم دخل في دار الوجود يكون قائما بنفسه. اذا عبر على الانسان اذا اتصاف الحيوان بالجوهرية واتصاف الانسان بالجوهرية هادي في الرتبة ماذا? في الرتبة الثانية الإنسان في الرتبة الثانية الحيوان في الرتبة الثالثة الذي يتصل بالقيام بالنفس هي الواقعيات الخارجية. لماذا؟ لأن القيام بالنفس والقيام بالغير حيثيات للنظم التحققي. اكتبها جيدا هذه المسألة. ولهذا يقول والشخصيات شخصية يعني طه ليلى حديد ذهب ماء بياض اصفرار هذه الامور التي نعاينها والشخصيات اولى من الكليات المتفاوتة فيه نعم   انسان اذا خاطبته بهذا الخطاب فعل القول الان تداولية تقول سمية الفعل الكلامي نعم جاءنا انسان لطيف. انسان كريم. انسان جميل  انت ذهنك ينتقل الى ماذا? ينتقل الى ان هذا الانسان حقيقة قائمة بنفسها مع انه ما قال زيد جاءنا زيد لطيف كريم. قال الانسان لماذا ذهنك ينصرف الى انه قائم بنفسه لان الانسان ينوجد في طه في ليلة في رقية في علي وهذه امور حقيقية خارجية قائمة بنفسها? نعم. فانت تنعت الحقيقة المثالية بنعت الواقع الخارجي. اذا هذا نعت ثانوي النعت الأولي لمن? لطهة وليلى. ولهذا يقول والشخصيات اولى اه اولى من الكليات المتفاوتة فيه على حسب مراتب القرب من الشخصيات والبعد عنها الانسان اقرب للحيوان ابعد ولا شيء من اجزاء المياه المتفاوت فيه لانها لا تشكيك فيها. نعم وثالثها ان فصوله ان كان جواهر دخلت انتهى الوقت خلينا ان شاء الله نعالج هذه المسألة في الحصة الاتية. 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