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اقسام الجوهر. قال فالصورة صورة هنا بمعنى النوعية والمادة التي تقبل الصورة والجسم ومجموع الصورة والمادة المركب منهما يعني من الصورة والمادة جواهر فقط لا يقول هذا في البعد المادي في النشأة المادية ونشأة اخرى مفارقة نورانية. وكذلك المفارقات اعني العقل والنفس. اذا كم جوهر عندك المادة والصورة التي تحصلها المجموع وهو الجسم والعقل والنفس خمسة. يعني كل مخلوقات الله تعالى التي هي ذوات وليست صفات  لا تخرج عن هذا الطقس هذا معناه الاجناس العالية خذ اي مخلوق في الكون النحاس جسم جبرائيل عقل اذا بنينا على ان الملائكة مجردة مطلقا هذا بحث ينتمي الى الالهيات لا يهمنا الملائكة اثرية مادية مجردة هذا بحث لا يهمنا لانه بحث في الالهيات وليس في المنطق. وهذا البحث كذلك فلسفي اذا كل مخلوق ينتمي الى الذات ليس الى الصفات يعني الاعراض او الحيثيات او التعينات لا يخرج من هذه الجواهر الخمس. اذا الصورة ليست كالعرظ قائمة بنفسها نحو هذا القيم بحث فلسفي المادة قائمة بنفسها نحو هذا القيم بحث فلسفي المجموع من الصورة والمادة وهو الجسم قائم بنفسه نحو هذا القيم بحث فلسفي العقول كذلك والنفوس امور قائمة بنفسها. اذا يصدق عليها انها جواهر. لماذا? لانها عند هذا التشاؤم  فتقول الجسم جوهر من اين اكتسب الجوهري بتلك الحيثيات التي يحكيها مفهوم الجوهر مفهوم الجوهر. ماذا تحكي انت? آآ يقول انا احكي فقط القيام بالنفس الموضوع لا يهمني في الحكاية لا يمكن ان نحكي كل المخلوقات. انا نحكي فقط بشأني انا ما هو القيام بالنفس انتهى الامر   الجسم قائم بالنفس فانه جوهر. العقل قائم بالنفس فهو جوهر. انا لا يهمني الموضوعات تهمني هذه الحيثية يعني مفهوم الجوهر. اذا كل من تشأن بهذه الحيثية فيكون جوهرة. اذا اذا قلت الجسم جوهر من الجوهر? الجيس ومن هو مفهوم الجوار وتلك الحيثية؟ التشاؤم القيام بالنفس نعم. باعتبارها مسائل فلسفية مدروسة بالتفصيل في الكتب الفلسفية هنا نمر عليها نمر الكرام بمقدار ما يفهم الجامعي العزيز فقط. اقول على من حلي هذه اقسام الجوهر. اقسام الجوهر الجوهر هنا بالحمل الشائع يعني هذه الذوات التي خلقها الله تعالى بحكمته القدسية وقدرته المطلقة لان الجوهر انما يكون محلا اولى. الدائرة بين النفي والاثبات فالاولى المادة المحل يعني الذي يقبل المادة قابلة المادة قابلة خليني اقارب المسألة فلسفيا واكررها لانني بينتها من قبل كيف تتم عملية الخلق فلسفيا؟ يعني كيف يقاربها الفيلسوف في الواقعة الخارجي فيه ذات الهية تتصف بالكمالات المطلقة اللامتناهية هذا هو التمام في الرؤية الفلسفية ثم فيه بعد اخر في الذات الالهية فوق التمام. يعني تفيض الوجود وخيرات الوجود كمالة اذا وصلت الى عالم المادة يعني الفيض الالهي وصل الى عالم المادة يكون هكذا سورة مثلا سورة فظية صورة فظية اذا وصلت الى هذه النشأة تمتد الصورة صورة ذلك الامتداد الذي يجعلها تتعين في عالم الخلق هو هو المادة المادة الطبيعية الامتداد الطبيعي هكذا في قوس النزول وقوس الخلق نأتي الان الى قوس قوس التحليل الرجوع الى الأصول نبدأ بالعكس عندنا مادة مبهمة مبهمة يعني غير متعينة لا ادري ما هي. امتداد فقط ما هو؟ ذهب لا. فضة لا انسان لا نحاس لا ادري مبهم فيحتاج الى من يحصله فعليا تأتي الصورة النحاسية او الصورة الفضية او الذهبية او الصورة الانسانية عن النص الناطقة وتتعلق بالبدن فيتعين نحاسا ذهبا فضة ماء انسانا جنا ملكا   وهذه الصورة علة قريبة لتعين المادة انسانا ماء ذهبا نحاسا وفي علل سابقة على الصورة هذا هذه مقاربة مشائية مقاربة مهوية وهي المفارقات الراقية لان الله تعالى اعلم ابناهم يشتغل بالمدبرات امرا كما يقول القرآن الامر لما يقول القرآن الكريم فعندنا العلة المطلقة هي الله عندنا العلة المتوسطة هي المفارقات وعندنا علة قريبة وهي السورة حينها المادة تتعين وتصير نحاس هي والصورة. الصورة زائد المادة نحو هذا الاتحاد قبل ان كان انضماميا بعد السيد الدشتاكي صار حقيقيا واستقر على انه اتحاد حقيقي. كل هذه الامور مدروسة في الحقل الفلسفي. وليس في الحقل المنطقي والمنطقي لا تهمه هذه الامور مطلقا لا تتعين هذه المخلوقات مادة جوهر صورة جوهر. المجموع هو الجسم جوهره الناس المتعلقة بالبدن. جوهر العقول جواهر  اذا المادة محله تستقبل الصورة اولى يعني ليس محلا. الصورة ليس محل حال العقل ليس محلا النفس ليس محلا حال في البدن. نعم. ولهذا يقول محلا او لا بين النفي والاثبات بالنسبة الى الجامعي لا يعرف هذه المصطلحات ما معنى التقسيم بين النفي والاثبات? يعني التقسيم الثنائي الذي لا يقبل الشق الثالث تقول المعنى السين اما الف او لا الف. يتصور شق ثالث? لا ابدا يعني الثالث المرفوع هنا يجري الثالث المرفوع مبدأ الثالث والمرفوع في المعايير العقلية يجري هنا. ما في شق ثالث. تقول الانسان اما ذكر وانثى اما ذكر واما انثى شق ثالث ما فيه لا تقول شيخنا فيه الخنثة هذا لا هذا خلل في المادة ليست جنسا مستقلا ليس عنصرا مستقلا خلل في المادة يحدث على مستوى اختلال مادي المادة تكون غير منظمة فيها تشويش خلقي فتأتي السورة اذا حلت المادة يأتي هذا تشويش الخلقي ليس من صنع الله تعالى وانما هنا المادة الانسان يأكل مأكولات مخربطة يأكل في حالة نفسانية غير صحيحة المزاج لا يكون آآ معتدلا تحدث هذه الامور من صنع الانسان يقولون الله صنعه اعمى ابدا ابدا الله تعالى يعطي يعطي العيب ويعطي العدم. الله صنعه اعرج لا ابدا هذا الاختلال المادة اختلال المبدأ اذا جاءت الصورة ولم تجد الاعتدال الميزاني في المادة تأتي هذه الانحرافات والخربطة. اذا المحل هو المادة. فالاول المادة. والثاني اما ان يكون حالا او لا العقل لا يكون حالا العقل يكون حلا اولى والأول والسورة الصورة هي تحل في المادة والثاني يعني الذي ليس حالا اما ان يكون مركبا من الحل والمحل او لا المركب من الحال والمحل يعني من المادة والصورة هو الجسم الأول هو الجسم جيد الغير المركب معه والثاني اما ان يكون متعلقا بالبدن بالتدبير اولى. يدبر البدن او لا  يدبر الادب يدبر البدن متعلقا بالبدن بالتدبير. يعني النفس لها متعلقة بالبدن تدبره حتى تتكامل نعم نفسي الان متعلقة بالبدن. نحو هذا التعلق دراسة عميقة جدا. الان علم جديد في الغرب يسمى فلسفة الذهن بدأ يدخل في الحوزة الحمد لله. الان الحوزة بدأت تتعاطى مع هذا العلم. لماذا? لان عندنا كنوز في الفلسفة يعالج هذا العلم الان تستطيع ان تقول هو العلم الاول الان في العلوم الانسانية في امريكا وفي الغرب</w:t>
      </w:r>
    </w:p>
    <w:p>
      <w:r>
        <w:t>نعم كيفية تعلق النفس بالبدن علم هذا مستقل. في علم النفس العقلي والأول هو النفس يعني تقول والثاني اما ان يكون متعلقا متعلقا بالبدن بالتدبير او لا. والأول النفس والثاني العقل فقط في اضاءة صغيرة العقد كذلك يدبر البدن من خلال تدبير النفس على مبنى المشية لكن العقل لا يتعلق بالبدن. ما عندك عقل في بدن. ابدا اذا عندنا المحل المطلق هو المادة الحال في المادة الصغرى المجموع جسم اه حاله في البدن بنحو التدبير والحلول هنا بمعنى التعلق متعلق بالبدن ويدبر النفس يدبر البدن ولكن ليس بمتعلق وهو العقل. هذه هي المخلوقات. الجواهر العالية فكل مخلوق ينتمي الى آآ واحد من هؤلاء الماء جسم الصورة المائية صورة المادة المائية مادة نفسي انا نفسو وهكذا اذا اكتشف العقل جوهرا خلقيا جديدا يدخله في الفلسفة ما عندنا مانع. وكلها كل هذه المصاديق الخمسة. نعم. جواهر. لماذا انت تجيب تقول شيخنا لانها متشائمة بشأن يحكيه مفهوم الجوهر ما هو? القيام بالنفس لا يتكئ على غيره في الوجود. لا يتكئ احيانا تحقق الاتكاء العلي والمحلول متكئ. لا حين التحقق نعم البياض لا تجده لوحده في مادة في شيء اتكي عليه هل الجوار هكذا? لا ليست متكئة وبالتالي هذه الحيثية التي تعطيها عنوان الجوهرية. وكلها جواهر لاشتراكها في الحيثية والتشاؤم. لاشتراك هذه الخمسة في كونها موجودة لا في موضوع. هذا هو التشبه لاحظت كيف تفهم المسألة الآن بطريقة رائعة ان هذا التفكيك بين الجوهر ومفهوم الجوهر ان شاء الله انا بقدر المستطاع لا اترك حيثية آآ الظلامية في في المتن نعم لا يبقى المتن داكنا. يضاء يكون له ان شاء الله وان كان بعضها موجودا في محل. الموجود هي في المحل هذه لها علاقة بنحو الوجود وليس الوجود. الصورة في وجودها جوهر ليست قائمة بنفسها. نحو الوجود هذا متعلقة بالمادة يعني لها علاقة بالمادة مسألة اخرى هذا نحو الوجود وليس اصل الوجود. نعم وان كان بعضها موجودا في محل اشارة الى نحو الوجود. عندنا الوجود نحو الوجود. النفس جوهر قائمة بنفسها. نحو وجودها لا يكون الا متعلقا بالبدن العقل جوهر قائم بنفسه لا فرق بينه وبين الجسم الى ان نحو الوجود لا نراني ارقى لا ينتمي الى عالم المادة هو يدبر عالم المادة. نعم. لانه لا يلزم من نفي وجودها في موضوع نفي آآ وجودها في المحل مطلقا. نعم   يعني اذا انت نفيت العربية عنها وانها ليست متكية هذا لا يعني انك تنفي انها موجودة في المحل. هذا هو التفكيك الذي بينته بين عصر الوجود ونحو لوجود نعم انتهت هذه الاقسام والترتيب الطولي في قوس الترتيب هكذا عقول نفوس صور مادة ثم الجسم. الكم الكم يعني هذا الكم على قسمين كم متصل وكم منفصل? الكم المتصل هذه الامتدادات الطول والسطح يقاربون المسألة خيالين بهذه الكيفية. خياليا يعني ليس واقعيا نقطة ثم هذه النقطة تمتد النقطة لا شيء امر عدمي كيف تمتد? قلت لك خياليا تمتد يتحقق الخط هذا الامتداد. هذا الكم الايمتدادي خط ثم الخط يمتد يأتي السطح هذا كم امتداد السطح كذلك يمتد يتشكل الحجم هذا كذلك كم امتداد هذا الكم الإمتداد. الكم العددي والأعداد حبة تفاحة تتكرر خمسة خمس تفاحات هذا كم هذا كم عددي وليس كم من ابتداء دين الكم مقال ومنها الكم يعني ومن تلك الاجناس العالية الكم يعني بعدما كمل الجوهر القائم بنفسه ياتي الى آآ آآ الاجناس التي تقوم على غيرها يعني سين قائم بغيره متشائم بالقيام بالغير يصدق عليه انه عرض. ما هي هذه الاجناس العالية الجوال كملناه الان الاعراض. اعراض كذلك اجناس عليها يعني انت لا تجد عرظا في دار الوجود في النظم الخلقي لا ينتمي الى هذه التسعة. كما سيأتي بيانها وتفصيلها نعم الأول الكم يعني الإمتداد او العدد ومنها الكم وهو ما لذاته يقبل المساواة ولا لا مساواة بالتطبيق هداك تعريف الكم هنا المحقق الطوسي هي رحمة الله عليه كذلك خضع لمعيار منطقي ما هو معيار التعريف نعم وما لذاته يقبل المساواة واللا مساواة بالتطبيق. هذا تعريف مبدأ تصوري نعم يعني من طبيعة الكم يقبل المساواة وعدم المساواة نعم عندك انت الان تلت تفاحات في مقابل اه خمس موزات من حيث العدد ليس من حيث الجوهر من حيث الجواب تخندق هذا موز وهذا تفاح. لا من حيث العدد. ثلاثة خمسة مع عدم المساواة اذا كان عندك ثلث تفاحات وثلث موزة في العدد التساوي. خليك من الجوهر فقط في العرض العدد. الكم العددي تساوي. اذا من الاعراض الذاتية للكم مساواة وعدم المساواة. اين تدرس هذه الامور في الهندسة وفي الحساب وفي الرياضيات. اقول الكم احد الاجناس العوالي الاجناس يعني العربية من العرظ وليس الجوهر وله خواص خواص يعني اعراضه ذاتية يتعين بها لذاته. منها انه الذي لذاته يقبل المساواة واللا مساواة بالتطبيق لذاته. يعني ليس بامر وغريب نعم لذاته. مثلا مثلا عندك نتا قطعة الزجاج هاي امامي الآن قطعة الزجاج او قطعة خشب المادة تتكسر يعني تتفكك تنقسم المادة تنقسم بالعرض يعني ايه انقسام المادة للامتداد لو لم تكن ممتدة لا تنقسم. الامتداد للانقسام بالذات وللمادة بالعرظ المادة لا تنقسم تنقسم لانها ممتدة  نعم. ولهذا المجردات لانها فاقدة الامتداد تعيش حالة جمعية فلا تنقصي لا تنقسم ابدا بتجربة فكرية صغيرة جدا تدرك ان المجردات لا تنقسم انت الآن ابصر الان ابصر مصباحا امامك هذا المصباح المستطيل  وانت تحتك معه مباشرة بالشهود تتشكل صورة له في افق نفسك الدانية الادراك الحسي عندك الان المصباح في ذهنك. قسمه الى قسمين الان انت الان تشاهد مصباحا جربها قسم هذا المصباح انا قسمته الى قسمين جيد جميل. المصباح المقسم موجود ام غاب تحت كل شغل موجود. اذا انت احدثت قسمين لم تقسم انه يصبح في ذهنك يعني هناك مجرد لحد نعم اما القسم المصباح الخارجي تخيل عندك مصباح ممتد آآ بمقدار متر واحد قسمه اينا ممتد? نتا لم تقسم المادة مادة المصباح. قسمت المادة لأنها ممتدة اذن من الخواص الأساسية للكم هو تساوي عدم التساوي والانقسام وعدم الانقسام. منها انه الذي لذاته يقبل المساواة ولا مساواة بالتطبيق اذا طبقت طبق ثلاثة على خمسة تجد اثنين زائدين يعني هنا التطبيق لا يأتي بالتمام فيه زائد هذا عدم المساواة اذا طبقت ثلاثة على ثلاثة او متر على متر هنا تساوي وهو الذي جعله المصنف رحمه الله معرفا له عرفه باللوازم جيد خذها قاعدة من عندي اكتب قاعدة ذهبية عندنا هذه المخلوقات الجواهر بيناها خمسة. والاعراض سيأتي تسعة. الكل كل المخلوقات تندرج تحت هذه الاجناس العالية. ولهذا سماها الاجناس العالية انت الان في عملية التعريف في عملية التعريف اذا كنت في دائرة الجواهر يمكن ان تعرفها بالحد الحقيقي جنس وفصل اذا كنت في الاعراض لا يمكن تعرفها دائما باللوازم</w:t>
      </w:r>
    </w:p>
    <w:p>
      <w:r>
        <w:t>يعني بالرسم هادي كتبها جيدا قاعدة ثم عمق القاعدة ما وراء القاعدة حتى الجواهر تعرف باللوازم لأن العقل البشري لا يصل الى كله وجود الجوهر يعرف باللوازم لكن هذه اللوازم باعتبارها لوازم قريبة كأنك انت في الجوهر ولهذا الشيخ الرئيس ابن سينا صراحة يقول نعرف الذوات يعني الجوار نعرفها باللوازم القريبة ما عندك انت الذات تنكشف لك ابدا تعرفه باللوازم القريب وهل هذه اللوازم القريبة تكفي معرفيا? نعم تكفي معرفيا  وذلك لان المساواة يشرح ما معنى المساواة وعدمها قد تلحق تلحقان الاشياء الاشياء يعني الذوات الذوات المادية نحاس ذهب فضة خشب ماء وذلك لان المساواة وعدم المساواة يعني ظهور المساواة واختفاء المساواة عندك قطعة نحاس متر قطعة قطعة زجاج متساوي في المقدار قد تلحقان الاشياء يعني تعرضان الاشياء تقول الموز هنا ثلاث حبات ثلاثة عارضة الموز الزجاجة مترون المتر عرض الزجاج نبينها لك بلغة عرفية تلحقان الاشياء يعني تعرضان الاشياء باعتبار المقادير لولا هذا الامتداد او العدد لا تكون الاشياء نعم تتصف بالمساواة وعدم المساواة الحالة فيها هذه المقادير الحالة فيها يعني المثل في الزجاج في النحاس العدد في التفاح والاعداد نعم المقادير والأعداد باعتبار المقادير الحالة فيها والاعداد الحالة فيها واعتبار حلولها في انا وقد تلحقان الاشياء لذواتها. كيف والذي تلحقه المساواة واللا مساواة لذاته والكم نعم اذا من ينقسم في الزجاج? مادة الزجاج او الامتداد تقول الامتداد يعني العرب انت اذا قسمت التفاح على ابنائك. عندك انت ثلاث تفاحات عندك بنتا وذكر تقسم تعطي لكل فرد تفاحة  اذن من انقسم التفاح ام العدد? تقول العدد لولا العدد التفاحة لا تنقسم حكمة الله البالغة والذي تلحقه المساواة واللا مساواة لذاته والكم. فان العددين لذاتهما يقال عليهما التساوي والتفاوت وكذلك على الخطين والسطحين والجسمين الخط قلت لكم نقطة ممتدة توهما السطح ما هو الخط ممتدا توهما والحجم هو السطح ممتدا توهما. تقول لماذا شيخنا اه توهما اه القضية معكوسة في التحليل الله تعالى لا يخلق النقطة ثم يمددها. فيحدث الخط ثم يمدد الخط السطح ثم يمدد سطفا يحدث الحجم. لا. والله تعالى يخلق هذه الواقعيات بهذا العالم النشأة المادية فهي تتعين امتداد. هذا الامتداد نأتي وندرسه فلسفيا الامتداد الطبيعي ورياضيا الامتداد الكمي هذه كلها تحليل النقطة تحليل سطح تحليل الحجم تحليل في الرياضيات امور تحليلية. ما عندك النقطة في الواقع. ما عندك الخط في الواقع. ما عندك اه السطح في الواقع ما عندك حجم في الواقع. امور عدمية. امور عدمية. يعني هذه هذه المفردة الخلقية اذا تناهت تناهت حيثية تقييدية نفادية. من النفاد يعني هذه المفردة الخلقية تقيدت بالنفد. حينها نصل الى ماذا? الى الحجم ثم الى السطح ثم الى الخط ثم الى النطقة. النقطة كلها امور عدمية نعم كلها امور عدمية  واما الجسم الطبيعي ذلك الامتداد ذاك لا يقبل المساواة واللامساوات لا ابدا هذا بعد فلسفي فانه انما يقال له انه مساو لجسم اخر طبيعي او متفاوت له باعتبار حلول المقدار فيه باعتبار التعينات الهندسية والرياضية فقيد القبول بالذات اه فقيد القبول بالذات يخرج ما يقبل لذاته يعني نعم يخرج ما يقبل لا لذاته. يعني اذا قال في المتن ومنها الكم وهو مليء ذاته يقبل المساواة. لماذا لذاته? لان المادة كذلك تقبل الانقسام بالعرظ ام بالذات? بالعاظ? لاخراجها تأتي بالذات اذن انقسام مجازي بالنسبة الى الإمتداد الطبيعي والانقسام الحقيقي لماذا? للابعاد الرياضية الهندسية والعددية وانما قال بالتطبيق لان التساوي وعدمه بين الشيئين قد يكون باعتبار التطبيق اه تطبق اما ماديا واما وهميا. بان يطبق آآ يطبق احد المقدارين على الاخر. هكذا التطبيق عرفي نعم اولى ديجيتالي الان او اه خيالي لا يهم بان ما هو التطبيق? بان من بيانها بان يجعل المبدأ في احدهما مقابلا للمبدأ في الاخر والثاني للثاني وهكذا وقد يكون لا باعتبار التطبيق كالتساوي في الثقل مثلا وفي العموم والخصوص وغير ذلك. قلت لكم حتى ننتقل الى التطبيق الديجيتالي. نعم يعني الية التطبيق تتغير بتغير الموضوعات نعم وغير ذلك مما يقال عليه التساوي آآ وآآ عدمه وانما يكون المساواة هو عدمها من خواص الكم اذا آآ اعتبرت التساوي بالتطبيق نعم هذا هو التطبيق نعم يسموها باللغة الرياضية يعني انا كنت جامعيا وكنت قويا في الرياضيات والفيزياء اقسام الكم يأتي ان شاء الله. 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