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وآل محمد اللهم ارزقنا التوفيق والاخلاص. وصلنا معكم الى هذه الفقرة اقسم لكم قال وينقسم الى متصل قار وينقسم الكم الى متصل قار وهو الخط والسطح والجسم اكتب هنا الجسم التعليمي يعني الحجم  والى غير قار يعني لا يستقر سيال وهو الزمان والى منفصل وهو العدد يعني يمكن ان تقسم المعنى معنى الكم الى اقسامه وهذه القسمة الدائرة بين النفي والاثبات لا واسطة بين اه النفي والاثبات تقول الكم كمعنى ملاك القسمة ابينه لك تقول اما متصل او اه منفصل اذن ملاك القسمة هو حيثية الحيثية الانقسامية وعدم لا الاتصالية وعدم الاتصال في اتصال وفي انفصال الكم المتصل على قسمين متصل قار غير سياد. متصل سيال هو الزمن كما سيأتي غير متصل والعدد سهلة جدا نعم قال وينقسم الكم الى متصل اذا القسمة الاولية متصل وغير متصل المتصل ينقسم الى قسمين المتصل قار ومنتصر غير قار متصل غير قار يعني سيال القار مستقر ينقسم الى امتداد خط امتداد حجمي امتداد سطحي غير قارئ السيال والزمن والى منفصل وهو العدد. منفصل يعني فيه تخندق فيه مكوناته والثلاثة الاولى تختص بالوضع دونا اخرين يعني الثلاثة الاولى يعني الخط والسطح والحجم اه لها بالوضع. يعني يجب ان يكون الشيء الجوهري المادي آآ يكون التاء يمتد اذا امتد يأتي الخط والحجم والسطح  الباقي لا والثلاثة الاولى تختص بالوضع دون الاخرين يعني دون الزمان والعدد. اقول لابد في الكم من جزء عاد هذه هي هذا هو ملاك الكم. يعني فيه فيه واحدة بالفرونسي يقولون دي واحدة تتكرر نعم هذه الوحدة تتكفر حقيقة ام بالتحليل والاعتبار? طبعا بالتحليل والاعتبار يعني انت عندك خمس تفاحات عندك تفاحة تتكرر اثنين ثلاثة اربعة خمسة هذا هو العدد. ولهذا الواحد لانه لا يتكرر فلسفيا ليس عددا العدد هو اثنين الى الى ما فوق نعم ويعطون هذه الضابطة ما هو العدد ما كانت حاء شيتاة آآ مكان نصف حاء  هذا هو العدد خذ اه اثنين ما هي الحاشية الأولى? واحد الحاشية الثانية ثلاثة. واحد زائد ثلاثة اربعة قسمه الى قسمين اثنين خمسة الحاشية الاولى ما هو ستة الحاشية الثانية اربعة اربعة وستة عشرة تقسيم اثنين خمسة العدد نصف حاشيته الواحد ليس عددا لان الصفر لا شيء ليس حاشية  في الامتداد كذلك يجب ان تكون وحدة تمتد فيتشكل الخط ثم الحجم ثم السقط ثم السطح ثم الحجم اقول لا بد في الكم من جزء عاد. هذا هو العاد الواحد عاد للعدد واحد يتكرر خمس مرات ياتي العدد خمسة لابد في الكم من جزء عاد. اما بالفعل كما في العدد او بالقوة كما في المقدار. ولهذا قلت لك بالاعتبار والخيال نعم يعني انت عندك قطعة اه برونز او حديد او خشب هنا هذه الوحدة التي تتكرر بالفعل انت يمكن ان تقسم هذه الخشبة الى قطع متساوية. هذه القطعة الاولى هي هي الوحدة هادي هي الجزء العد قل لي شيخنا لكن القطعة ممتدة هذا هو معناه بالقوة نعم احسنت احيانا ذهنك يثير اسئلة وهي في متنها الجواب  اذا بدون هذا الجزء العادل لا معنى للعدد. سواء كنا في في الهندسة او في آآ في الحساب اذا عرفت هذا فنقول الكم اذا انقسم فاما ان يكون بين اجزائه حد مشترك يكون بداية لاحد القسمين ونهاية للاخر وهو المتصل. لاحظت اذا المتصل هو تلك الوحدة لا تجدها منفصلة متصلة نعم متصلة اذا قسمتها قسمتها انت لكن في الخشبة متصلة هذه الوحدة باختها ام نعم ما عندك بداية وعندك نهاية. في العدد لا الوحدة منفصلة. في تخندق خمس تفاحات كل تفاحة في دائرتها نعم واما ان لا يكون وهو المنفصل يعني لا يكون بين اجزائه حد مشترك والأول يعني ما كان متصلا اما ان يكون قارا مستقرا ليس سيالا يوجد توجد اجزاؤه دفعة واحدة او غير قار. سياء والقار اما ان ينقسم في جهة واحدة وهو الخط او في جهة وهو السطح او في ثلاثة جهات وهو الجسم التعليمي اذا الخط انظر خط هكذا مستمر السطح لأ فيه امتداد خطي والحجم فيه امتداد حس امتداد سطحي  ولهذا يقول والقار يعني المستقر اما ان ينقسم في جهة واحدة وهو الخط او في جهتين وهو السطح او في ثلاثة جهات وهو الجسم التعليمي هذا هو خط امتداد للنقطة السطح امتداد للخط والحجم امتداد للسطح امور عرفية تدركها بالعرف وغير القار يعني السيل هو الزمان من خصوصات خصوصيات الزمان يعني الكم غير القار سيال الداثر ان الجزء السابق يندثر يختفي حتى تأتي النوبة للجزء الثاني. الجزء الثاني يختفي يعطي النوبة لمن? للجزء الثالث. هذه طبيعة الكم المتصل غير القارئ والثاني هو نعم وغير القار هو الزمن والثاني يعني المنفصل وهو المنفصل وهو العدد لا غير والثلاثة الاولى يعني الخط والسطح والحجم اعني الخط وسطح الجسم تختص بالوضع. يعني آآ واقعية ليست متموضعة لا تكون اه متعينة لا بالخط ولا بالسطح ولا بالحاجب. اعني قبول الاشارة الحسية بانه ها هنا او هناك. متموضع له وضع خاص دون الاخرين يعني دون الزمان ودون العدد لان الزمان هو العدد ليس في جهة حتى يقبل الاشارة الحسي. نعم هذا هو العقل الفلسفي دقيق جدا ولهذا قليل في الوجود من هو فيلسوف نعم لان الانسان في الاساس يحركه الخيال والوهم ولا يحركه العقل. نعم. انزع انت الوهم من البشر المجتمع المدني ينتفي المجتمع المدني وهذه النشأة المادية اساسها الوهم والخيال نعم ولهذا الناس يتأثرون بالممثلين ولا يتأثرون بالفلاسفة لانه لا يعيش المستوى الفيلسوف ويعيشون مستوى الممثل. لماذا? لانه يحرك وهمه. يحرك خيالهم في فضل مشاهدة فيلم ولا قراءة رواية فلسفية او حتى رواية دينية مع الاسف الشديد هكذا الانسانية وتبقى هكذا الى اخر الزمان. وهذا حكم القرآن ولكن اكثر الناس لا يعلمون الكيف قال ومنها الكيف هذا بمقابل مقابل الكم يعني على جديد الكيفية مثل اللون العلم. نعم. وهو هيئة هيئة قارة نعم ليست سيادة ما عندك نتا صفة العلم تتحرك. ما عندك صفة اللون تتحرك نعم طبعا اللون يتحرك حيث التكامل مثلا تفاحة في بدو نضجها خضراء في نهاية نضجها حمراء. هنا في تحرك وفي اي بعد يتحرك هذا بحث بحث فلسفي لا اشير اليه هنا ساشير اليه ان شاء الله في محله لكن اذا استقرت التفاحة ونضجت يعني وصلت الى التمام ما يصدق عليه انها تفاحة اللون الأحمر لا يتغير ليس سيانا لا يخضع للزمن وهو هيئة اذا العلم هيئة نعم صفة قارة يعني ليست سيادة كالزمن لا تقتضي قسمة ولا نسمة. لا معنى للعلم ان ينقسم لا معنى للون ان ينقسم. تقول شيخنا العزيز عندي تفاحة حمراء قسمتها الى قسمين. الاولى مقسم. لا الإمتداد الذي انقسم. ليس اللون</w:t>
      </w:r>
    </w:p>
    <w:p>
      <w:r>
        <w:t>نعم الامتداد لا تشتبه يعني الذهنية العرفية لا تكون حاكمة على ذهنك اقول الكيف احد الاجناس العوالي نعم فعندك انت في دار الوجود الخلقي في النظم التحققي ملايير من مصاديق هذا الكم ملايير من من الألوان والكيفيات المتعددة ورسمه ورسمه اذا دخلت الى الاعراض الملاك للرسم لانها بسائط بسائط والبسيط ليس مركبا حتى تبحث له عن جنس وفصل. تأتي تعرفه باللوازم. باللوازم ما معناه اذا كان هو مستقرا في واقعية من الواقعيات عنده جيران حيث كان تكون وحيث حيث تكون هذه الجيران هو يكون تعرفه من من من من جاره هذه اللوازم وتعرف بها. انتهى الامر يكفي معرفيا والعرف يدرك هذا الامر يقول فلان توفى رحمة الله عليه قل من فلان? جار فلان. اه. يفهم. جار فلان. عرفه بالجار فهكذا التعريف الرسمي. التعريف الرسمي يعرف الشيء بما يحيط به ولا ينفك عنه. هذه تسمى اللوازم التي لا تنفك نعم ورسمه بانه ورسمه آآ  هنا بدار في الحاشية يقول يقول ورسموه الاحتمال يقول رسموه لأن ما عندنا ورسمه آآ فاعله من ان رسمه اه لان العبارة ليست موجودة في متن المحقق الطوسي ولهذا قال احتمال رسموه رسمه المنطقي اللغة العربية قوية جدا لك ان تقدر. ونصبه المنطقي ورسمه المنطقي ما فيه مشكل ورسمه بانه هيئة يعني حالة قارة باخراج الزمان نعم لا يوجب تصوره تصور شيء خارج عن حاملها نعم حامل هذه الهيئة ولا يقتضي القسمة خرج الكم ولا قسمة في محلها اقتضاء اوليا. يعني هو يقتضي اه يقتضي ماذا? تصوغ  او لا لا يقتضي القسمة ولا قسمة في محله اكتظاظ اولي. يعني انت عندك الآن تفاح فيها اللون الأحمر وهو كيف كيف محسوس قسمت التفاحة هذا التقسيم لمن التقسيم للامتداد امتداد التفاحة لانها منبسطة في الفضاء تحتل حيزا لا تقصر اللون انقسم مع هو يقبل الانقسام تقول لا لا يقبل الانقسام بالقسمة الاولية. يقبلها بالقسمة الثانوية لانه تابع التفاحة. ولهذا يقول ولا يقتضي القسمة واللا قسمة في محلها نعم في محلها يعني في جوهرها التي تنوجد فيه اقتضاء اوليا يعني تقبل القسمة بالاقتضاء الثانوي. الى في الامتداد هذا هو معنى العبارة اذا انت اذا كانت عندك اه عمامة قماشة ابيظ تريد تلفها يعني تمتد هذه هادي العمامة قماش ممتد  وانت شفت هذه العمامة كبيرة جدا. انا انا شخصيا اتقزز من العمامات الكبيرة. اريدها صغيرة فدائما نقص مقدارا اذا قطعت مقدار منها قطعت اللون الابيض هنا تسأل اللون الابيض يتقطع? نقول لا. يتقطع بالاقتضاء الثانوي وليس بالاقتضاء الاولي يعني هو لا يقبل القسمة لذاته. يقبله لانه جوهر الكم جوهرة الامتداد لان الامتداد انقسم فيه وينقسم بالتبع هذا هو ما معناه لا يقتضي القسمة ولا قسمة يعني ليس من صنخ الذي يقبل القسمة ولا قسمة في محلها اقتضاء اولي يعني يقتضي القسمة ولا قسمة اقتضاء ثانوي اي بالعرص فقولنا هيئة يشمل جميع الاعراظ كل اعراض التسعة لانها كلها هيئات نعم وليست وليست ذوات هيئة هيئة يشمل جميع الاعراض ويخرج به الجوهر. الجوهر وليس هيئة. الجوهر ذات. نعم وقولنا خرجت السيالات الزمنية يخرج عنه الزمان ومقولة ان يفعل او ان ينفعل نعم لان يفعل وان ينفعل دائما في بعد حركي ان يفعلوا ان ينفع البعد الحركي. واذا قلنا الحركة يعني الزمن وقولنا قارة يخرج عنه الزمان ومقولتيه ان يفعل وان ينفعل ان يفعل وان ينفعني يعني اكشن يعني فعل صدوري او فعل تحملي قبولي وقولنا لا لا يوجب تصورها تصور شيء خارج عنها الاضافة. نعم يخرج عنه المقولات النسبية. المقولات النسبية يعني اه كون الشيء كذا يعني يخرج المتى كون الشيء في الزمان ويخرج الأين كون شي في المكان والإضافة والجدا والوضع هادي كلها مقولات نسبية يعني تعقل بالنسبة الى شيء اخر وقولنا لا يقتضي القسمة ولا قسمة ليخرج عنه المقدار والنقطة والوحدة وقولنا اقتضاء اوليا ليدخل في الكيف العلم بالاشياء غير الغير المنقسمة نعم اه اقتضاء اوليا كما بينت لكم انه ينقسم بالعرظ. بالتبع الامتداد وقولنا اقتضاء الاولين ليدخل في الكيف العلم بالأشياء غير المنقسمة. خلينا اشير الى مسألة لغوية. لأن المحقق بدار ليس عربيا لا يلتفت الى هذه الامور الغير المنقسمة خطأ نعم لان هنا تعريف بالاضافة عندك الف لام في الغير معرف ما تحتاج الى الاضافة اذا حتى تستقيم مع قواعد اللغة العربية تقول غير المنقسمة. الف لام تحذفها من الغير بالنسبة الى العربي من البديهيات نعم وقولنا اقتظاء اولي ليدخل في الكيف العلم بالاشياء غير قسما. نعم. فتنقسم باعتبار الامتداد وليس باعتبار ذاتها فانه يقتضي الا قسم لا اقتضاء اوليا بل باعتبار المعلوم يعني باعتبار ما يحل فيه يعني باعتبار الكم وهذا الحد اولى من حد المصنف. يعني اتقن اه اقرب الى الدقة. من حد المصنف رحمه الله لانه اه يدخل فيه النقطة والوحدة والان مع انها ليست من الكيف. المهم انا لا اريد ان اطنب في هذه المسألة لانه هذا درس فلسفي ومن الخطأ الكبير ان نأتي بالمقولات في الحقل المنطقي ولهذا الكتب المتأخرة حذفته من الحقل المنطقي نهائيا  والعجيب ان المحقق التونسي شارح الاشارات وفي الاشارات ما عندنا بحث المقولات فهو ملتفت انه ليس من البحث المنطقي. لماذا اتى به وورثنا? لا ادري قالوا وقد يتضاد ويشتد ويضعاف نعم يعني الكيف له خصوصيات هذه الخصوصيات فيها نكت علمية جميلة انا اضيئها اقول من الكيف ما يتضاد في افراده كالسواد والبياض السواد من جهة والبياض من جهة نعم ثم في وسط في الوسط مليار من الألوان حتى الازرق له انبساط. الاصفر له انبساط الاحمر له انبساط نعم  اذا السواد يضاد البياض. اكتب هنا التضاد المنطقي وليس التضادل الفلسفي تضاد الفلسفي وجود يبيد وجودا اخر. مثلا النار تبيد الخشب الماء يطفئ النار. هذا التضاد الوجودي غير مطلوب هنا غير هو تضاد المنطقي ما معنى? يعني عندنا عرظ الف وعندنا عرظ باء العرض دائما يحل في جوهر اذا حل الف لا يحل باء. واذا حل باء لا يحل الف هذا هو التضاد المعقولي. التضاد المنطقي نعم بخلاف الجوهر والكم الجوهر ما في تضاد نعم تظل الفلسفة نعم اما التضاد المنطقي ما في. ما عندنا جوهر اذا تعين يختفي جوهر اخر لا ما عندنا. هذه الامور ولا الكم الكم يعني هذه الامتدادات والاعداد ليس بينها تضاد فان التضاد منتفي عنها  وايضا من الكيف ما يقبل الشدة والضعف كالسواد والبياض بخلاف الجوهر فان الجسم يشتد في سواده الى ان يبلغ الغاية وكذلك يأخذ في الضعف الى ان يبلغ غاية البياض وهذه خاصية وهي قبول الاشتداد والظعف لا يوجد في الكام جيد هنا نقف وقفة هذا هو التشكيك هذا هو التشكيك. التشكيك المفهومي ليس التشكيك الصدرائي. التشكيك الصدرائي ابتكار جديد له علاقة بالوجود. وعلى مبنى اصالة في الوجود. يعني في انموذج معرفي فلسفي جديد. هنا اركز على التشكيك المفهوم</w:t>
      </w:r>
    </w:p>
    <w:p>
      <w:r>
        <w:t>ما معنى التشكيك المفهومي هذي اسمها جيدا لانها اه مشوشة في في الكتب  عندنا جوهر حل اذا قلت حلا عرفيا ما عندنا تفاحة ثم سيدنا اللون الأحمر يأتي السلام عليكم ايها التفاحة ثم يحل فيها لا ليس هكذا والله تعالى اذا خلق التفاحة كجوهر في الوجود تكون ماذا تكون بهذا الكيف. ما عندنا خلقا لا لخلق بسيط جعل بسيط اذا جعل التفاحة جعلها محل مع آآ لونها انتهى الامر اذا اذا قلنا حال هذه استعارة فقط المهم عندنا تفاحة حل فيها اللون احمر  او حل في النفس العلم يشتد العلم. انت تكون في المقدمات ضعيفا علميا ثم تنتقل الى السطوح ثم تنتقل الى درس خارج الى الاجتهاد اشتد العلم العلم كيف? كيف نفساني اشتد اين يشتد العلم? هذا هو السؤال الحوزوي عنده المقدمات سطوح درس خارج اجتهاد. الجميع عندو الابتدائي ثم الثانوية ثم المتوسط ثم الثانوية ثم الجامعة ثم الاستاذية اعلى درجة دكتورة استاذية هذه هي التدرجات اذن في اشتداد علمي اين يقع الاشتداد دقق معي جيدا هذا هو التشكيك المفهومي يقولون مفهوم العلم مفهوم تشكيكي ما معناه? مفهوم البياض مفهوم اللون مفهوم تشكيكي ما معناه انت اذا جئت الى اللون الازرق في النظم الوجودي تجد الازرق الداكن الفاتر السماوي المائي يعني درجات من اللون الازرق هذا اسمه التشكيك يعني انت امام وحدة وهي اللون الازرق. وكثرة تتردد وحدة او كثرة هذا هو التشكيك اذن اين يجري التشكيك? دقق جيدا المادة التي حل فيها اللون دح جانبا نتحدث عن اللوم عن العلم اذا التشكيك يتصور في ذات العرض هذا اولا العرب انتم تقولون ما هي قائمة بغيرها ما هي? والمهي انتم مبناكم الأساسي الذي لا يتزلزل عدم التشكيك في الماهية اذا العرض كما هي لا يمكن ان يسري فيه التشكيك. لا يمكن ان يتصف بالتشكيك اذا اين التشكيك? دقق جيدا في نسبة العلم للنفس فيه نسبة اللون في نسبتي احيانا الانسان يغفل في نسبة العلم للنفس في نسبة اللون للجسم النسبة يعني فيه بعد اخر في العملية الخلقية. عندنا مادة مادة ما هذه المادة لونها ازرق وعدل ازرق مشكك مرة شديد مرة ضعيف مرة فاجر عندنا هذه المادة دحى جانبا الجوهر عندنا العرب. العرظ ما هي? وعنده صفة اخرى ناعتية لمن? للجوهر. يعني يجعل الجوهر اه ازرق ومن هنا يأتي الاشتقاق من هنا يأتي الاشتقاق. الاشتقاق يعني من تلك النسبة النسبة النسبة اللون الازرق الازرق للجسم. نسبة العلم للنفس هذه النسبة هذه تسمى فلسفيا بعد ما استقر المصطلح بعد المردمات رحمة الله عليه وتلقفه صدر المتهمين يسمى الوجود الرابط الوجود الرابط او الوجود الناعت لن يرعد لانه نسبة لا هوية لها يجري فيها التشكيك اذا اكتب انت قاعدة ذهبية. التشكيك دائما يجري في النسبة. التشكيك المفهومي دائما يجري في النسبة لا في الماهيات لا فين ما هي الجوهرية ولا ما هي العربية? بما هي ما هي? وانما في النسبة الناعتية نعم فالتفاحة تصير متلونة بتلك النعتية بتلك النعتية والا الماهيات متخندقة اين التفاحة كجوهر من اللون? اللون عرظ والتفاحة جوهر تخندق مئوي كل في واديه. اذا من اين جاء هذا التلون? من تلك النسبة الناعتية تسمى فلسفين الوجود الرابط والوجود الناعتي. الوجود الناعتي من النعت الوجود الرابطي لتمييزها عن الوجود الرابط نعم والوجود الرابطي عندنا هذه المصطلحات يجب ان تتضح جيدا لدى الطالب. اذا اين يجري التشكيك في الاعلامية  نعم في في العمامة. هذه العمامة مع الزمن تصفر فيتخلى عنها الطالب او العالم ويغيرها قماش جديد يسري هذا التشكيك من البياض الى الاصفرار في التكمم وليس في الكم في النسبة الناعتية. لماذا? لان النسبة لا هوية لها تشتد وتضعف اما الماهية لا ما هي مستقرة ما هي مستقرة لا يجري فيها التشكيك اليفة جيدا جيدا. وهذه الخاصية وهي قبول الاشتداد والظاف لا يوجد في الكم لا معنى ان يشتد في الكم نعم  فانه لا يعقل ثلاثة اشد من ثلاثة اخرى يعني انت الان اذا كنت مطالب اه ثلاث امور ثم تأتي بهزه الامور يقول لها ناقصة انا ما اعطيتك بهذا بهذه المرتبة التشكيكية فالمعاملة آآ الانسانية والتكوينية كلها تختل هنا العناية الالهية دققوا في العناية الإلهية في كل مجراها رائعة وجميلة. ولا خط اشد في خطيته من خط اخر. وان كان ازيد فان الزيادة غير الشدة والباقيات ان شاء الله.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