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ولا يوجد في الجوهر يعني التشكيك لان معنى الاشتداد هو اعتبار المحل الواحد الثابت الى حالة فيه غير قار يتبدل يتبدل نوعيا تتبدل نوعيته ويوجد في كل ان نوع من تلك الانواع من غير ان يبقى انيين واشارة الى عدم التشكيك في اصل الماهية ليس فقط في في الجوهر. اصل الماهية والجوهر ما هي قائمة بنفسي بنفسها الما هي لا يجري فيها التشكيك الجمهور لا يجري فيها التشكيك العرظ ما هي قائمة بنفسه? ما هي? لا يجري فيه التشكيك لعل من حلي رحمة الله عليه لم يكن واضح في زمانه في زمانهم القدماء هذه هذا هذا الامر لان المعرفة تاريخانيا يعني تقبل التطور يعني علم الاصول الذي اسسه الشيخ الانصاري رحمة الله عليه والان تطور هذا التطور العجيب ما بعد الشيخ الانصاري تطور التطور العجيب  الى سيد الصدر محمد باقر الصدر الى السيد الخوئي الى السيد الامام في في القوم المقدسة تطور تطور عجيب هذا التطور التطور في السياق التاريخي ليس عيبا هذا لا يعني ان نحن اقوى من القدماء. لا نحن عشنا في ظرف الدائرة المعرفية اوسع نعم فتبينت لنا كثير من الامور وستتبين للجيل اللاحق امور اخرى نحن لا ندريها وهذا سر عنائي هذا سر عنائي تكامل هذه النشأة تكاملية هذا سر عنائي. نعم اذا لا يجري التشكيك لا في المهية الجوهرية ولا في الماهية العربية. يجري التشكيك في بعد واحد في الواقعية. ما هو الناعثية يعني عندنا ما هي عربية لا يمكن ان يجري فيها التشكيك. وما هي جوهرية? لا يمكن ان يجري فيها التشكيك دارسنا معنى التشكيك في يعني الواقعيات في كل ان متغيرة يعني انت تريد تشتري بطيخة في العراق في النجف حار تشتهي بطيخة ليس معلوم ان البطيخة بقيت في ان واحد تغيرت هويتها. هذه خلاف خلاف استقرار الواقعيات تأباه العناية الإلهية الانسان لا يستطيع ان يعيش ولا ثانية واحدة اذا التشكيك لا يجري في المعيات لان حقائقه الثابتة المعايير العقلية بعد تبقى اه متحيرة الى ما بدا الهوية المعيار الأول في المعايير العقلية. وانا وعدتكم ان ابين هذه المعايير ليس الآن يأتي وقتها في باب القضايا ان شاء الله ابينها. لاننا نحتاجها في باب القضايا ثبات الهويات هو ثبات الوجود دبا في الوجود. لا معنى للتواصل المعرفي والمعاني متغيرة في كل ان يمكن لا يمكن اذا المعاني يجب ان تكون ثابتة. متى المعاني تكون ثابتة? لان الهويات يجب ان تكون ثابتة اذا التشكيك اين يجري? يجري في النعتية في النسبة نسبة ناعيتية العرض لمن? للجوهر. ونسبة لا هويتنا يتصور فيها الشدة والضعف. الا هوية لها لا هوية لها. اذا عندنا النفس الانسانية ما هي? لا يمكن ان يجري فيها التشكيك. يعني بعد ان لا يصير انسانا لا ابدا نعم آآ باه منيار يسأل الشيخ الرئيس ابن سينا في الحركة الجوهرية يعني الحركة الجوهرية تشتد يعني يجري فيها التشكيك مهويا خلينا من الوجود الصدري ذاك وجود ترى دين جديد نسق جديد رؤية جديدة مباني جديدة. لا نتحدث عن اصالة الماهية فابن سينا الذاكي ماذا قال له? يجيبك ابن سينا الذي سألته. لماذا? لان في هذه اللحظة التي سأله فيها وهو ينتظر الجواب مر زمان الهوية سينوية راحت او هي اخرى لاحظت كيف يجب ان تكون الهوية السينوية ثابتة حتى يجيد ملتفت شيخ الرئيس ان الماهية لا يجري فيها التشكيك. يجري في النسبة نسبة العرض الى الجوهر فانا نفس ثابتة علمي ثابت نسبة العلم الى النفس يعني الاعلامية ولهذا يقول اعلم يعني هذه النسبة الاعلامية هناك يجري فيها تشكيك شخص اعلم من شخص يعني شديد في الافعال من شخص اخر الشخص الاخر اضعف علما من من الاول. هنا يجري التشكيك. اذا التشكيك المفهومي اولا التشكيك المنسوب الى المفهوم بالمجاز ما عندنا مفهوم مشكك لذا كانت المفاهيم مشككة الفهم لا معنى له الفهم استقرار اذا باعتبار المحكي يعني باعتبار النظم الوجودي تذهب الى النظم الوجودي تجد واقعية من الواقعية تجتذب وتضعف. ما هي? هذا الوجود من ناحيتي. الوجود الرابطي مرتبة من مراتب الوجود السعري على مبنى صدر المتألين. ولا يوجد في الجوهر يعني التشكيك الشدة والضعف لان معنى الاجتداد هو اعتبار المحل الواحد الثابت الثابتة الى حالة فيه غير قارية يتبدل تتبدل نوعيته ويوجد في كل ان نوع من تلك الانواع من غير ان يبقى انين. ولهذا ابن سينا قال ليار ابن سينا الذي انتفر هو يجيبك ليس على انا تغيرت خلاص لست ابن سينا حتى تنتظر مني الجواب. يريد يبين له ان الجوهر المهوي لا يشتد. نعم. ولهذا يقول نعم يقول اه لان معنى الاشتداد يعني معنى التشكيك هو هو اعتبار المحل الواحد الثابت الى الى حال فيه غير يتبدل او تتبدل نوعيته ويوجد في كل ان نوع من تلك الانواع من غير ان يبقى انيين هذا هو التشكيك هذا تعريف للتشكيك. اعمل تحته خط احمر. شيء جميل جدا. تفسير وجودي للتشكيك يعني حقيقة واحدة تتبدل في انواعها في كل ان نوع اي نعم هل هذا يجري على الهويات? تقول اذا جرى على الهويات وطال الهوية المهاوية لا يبقى الوجود ثابتا. نعم. انت عندك فرس انت المختار عندك فرس او حصان تريد ان تجاهد نعم تجيد الخبثاء الملاعين عندك فرس تخرج الصباح تجده شيئا اخر معقول يعني الحياة لا تستقر لكن هذا المعنى معنى التشكيك يسري في الوجود الرابطي. يعني يجد له مرتبة وجودية يسري فيها. نعم يقول اه لان معنى الاشتداد يعني معنى التشكيك هو اعتبار المحل الواحد الثابت الى حال فيه. يعني عندنا شيء ثابت شيء حال فيه. هذا الحال هو الذي يجري فيه التشكيك بالبعد الناعتي بالبعد الرابط الى حال فيه غير قار يا نعم يتبدل او تتبدل نوعيته ويوجد في كل ان نوع من تلك الانواع من غير ان يبقى انين. بحيث يكون في كل ان متوسطا بينما يوجد في ذلك الان وما يكون قبله وبعده. وهذا لا يعقل قالوا ان في العرض اكتب الا في العرض في البعد الناعتي. كلام من العلامة الحلي في غاية الجمال وفي غاية الاتقان رحمة الله عليه هذا حقيقة هو والمحقق التونسي نعمة كبيرة للاسلام المحمدي الاصيل الا في العرب كما بينت لك العرض ليس في بعده المهوي وانما في بعده الناعثين اكتبها هذي وان كنا في درس المنطق الا انه مهين جدا نعم. انظر هنا بدار عنده</w:t>
      </w:r>
    </w:p>
    <w:p>
      <w:r>
        <w:t>عنده تعليقة جميلة جدا بالفارسية اه انا اقرأها بالفارسي المخربط ثم اشرحها لكم. حركات دار جوهر يعني مسألة الحركة في الجوهر الناس فلاسفة يعني فلاسفة مردود يعني الحركة في الجوهر التي اسسها صدم تعليم مرفوضة مردودة عند آآ اكثر الفلاسفة. وازمة انيسكي صدر وتعليم. وهي من المسائل التي اسسها صدر التعليم. فصلها صدر التعليم نعم بتفصيل بيان واثبات يعني فصلها وبينها ودلل عليها لكن في اي من الشيخ بيدار نعم يعني صدر متأنين اثبت التشكيك في الماهية مستحيل مستحيل والحق مع ايه? الفلاسفة تهدرو تاني غير النسق جاء بالوجود اصالة الوجود الماهية وضعها في الحاشية وضعاف الحاشية الوجود معها يقبل التشكيك كما بين ذلك في انموذجه في الصدراء. اما في المهيلا لا يمكن لصدر المتهمين ان يقول التشكيك في المالية. هو قال انتم جعلتم متن الوجود المائية وقلتم ان الماهية ليست مشككة فالوجود لا يكون مشككا انا اقول ما هي? لا الماهية ليست موجودة بالذات موجودة بالعرب. الموجود بالذات هو الوجود هو متن الوجود بالذات. يعني هو الاصيل فيجري فيه التشكيك كما اه بينا في الفلسفة وفي هذا الموضع ابحاث دقيقة ذكرناها في كتبنا العقلية في كتبنا الفلسفية نعم في كتابه نهاية النوران فسر في المسألة الجزء الاول صفحة ربعمية وواحد وستين وستمية وتسعة وعشرين. الجزء الثاني الجزء الاول صفحة تلتمية وربعة وعشرين. نعم نهاية للعلامة الحلي. رحمة الله عليه مطبوعة منه بعض الاجزاء نعم شرح الاشارات له غير مطبوع الى الان. ممكن المطبوع انا لم اراه بعدما اتم التعريف وبينه واشار الى التشكيك يدخل في اقسامه. قبل الدخول في في الاقسام. اشير الى ملاك التشكيك المفهومي التشكيك المقولي اولا التشكيك المفهومي اذا وجدت اكتب هذه قاعدة قاعدة ذهبية قاعدة ذهبية في البعد المعرفي قاعدة ذهبية. التشكيك اذا سمعت التشكيك او ليس التشكيك سمعت وصفا يثبت للمفهوم عرف ان هذا الوسط للمفهوم بالمجاز لما يحكيه المفهوم نعم اللي ما يحكيه المفهوم طبعا بما هو حاكم عندو مواصفات خاصة به لا اتحدث في بعده الحاكوي كل الصفات التي ينعت بها باعتبار الحاكاوية فهي صفات مجازية ليس له باعتبار متعلق باعتبار ما يحكيه باعتبار ما يحكي. فاذا قلنا مفهوم مشكك يعني بما باعتبار ما يحكيه من تلك الحيثية الناعثية فتلك المعدية هي المشككة. مفهوم اللون مشكك يعني مفهوم الازرق مشكك ام الازرق الواقعي مشكك اين تجد الازرق يختلف ازرق داكن خفيف سماوي مائي اي في الذهن او في الخارج تقول في الخارج. اذا التشكيك في الخارج خاصية للنظم التحققي لكن انت اين تصل من اين تصل اليها? من خلال المفهوم المفهوم هو الذي يبرزها لك في البعد المعرفي فتقول مفهوم اللون الازرق يعني مفهوم الازرق مشكك يعني ما يحكيه مفهوم الوجود المشكك اذا آآ المفهوم مشكك على وصف بحال متعلق وصف مجازي الوصف لما يحكي بالذات وللمفهوم بالعرظ ثم اضيء المسألة ملاكات التشكيك ما هي يقولون الميلكات ثلاثة الملاك الأول الشدة والضعف وهذا هو الملاك الأساسي الملاك الاساسي الملاك الثاني الاولية وعدم الاولية يعني في اول وثاني في الإتصاف والاولوية وعدم الاولوية. يعني من يستحق الوصف او هو الاول. ومن يستحق الوصف هو الثاني. الاول والثاني في الرتبة الاولوية لها في النسبة من الاشرفية في النسبة هاذي ميلا كانت ثلاثة في التشكيك المفهومي. ندخل الى اقسام الكيف عنده اقسام قال المحقق الطوسي فمنه من الكيف ما يختص بالكميات كميات هذه التي درسنا الكم عندنا السطح عندنا الخط والسطح هو الحجم وعندنا الاعداد نعم عندها كيفيات متعددة. خط مستقيم استقامة كيفية الانحناء كيفية التقاعد التحدب المخروط الدائرة  اه هذا المستطيل شكل هرمي هذه كلها كيفيات تعرض اما الكم المتصل واما اه الكم المنفصل يعني الاعداد فمنها ما يختص بالكميات كالاستقامة والشكل والزوجية والفردية الزوجية للعدد يتكيف بكيفية زوجية يتكيف بكيفية هي الفرضية. ومنه الانفعاليات والانفعالات وهي المحسوسات كحمرة الدم والخجل ومنه الملكة والحال الملكة راسخة والحال يأتي ويذهب ليست ملكة لاصقة ويختص بذوات الانفس والعلم يعني الملكة كصحة مصحاح وغضب الحليم ومنه القوة واللا قوة كالمصحاحية والصلابة وما يقابلها. هذه كلها اقسام للكيفية منها العلم كذلك كيفية نعم الجمال كيفية اقول اقسموا الكيف اربع احدهما الكيفيات المختصة بالكميات اما المتصلة كالاستقامة والانحناء والشكل والمخروط والمستطيل والمربع والدائرة او المنفصلة كالزوجية والفردية بالنسبة للاعداد وثانيها الكيفيات المحسوسة فان كانت راسخة سميت الانفعاليات كان حمرة الدم مستقرة وان كان وان كانت غيرة راسخة سميت انفعالات كحمرة الخجل شوية شوية تروح وثالثها الكيفيات النفسانية كالعلم نعم فان كانت راسخة فهي الملكات كالعلوم وصحة المصحاح وان كانت غير راسخة فهي الحالات كالظنون وغضب الحليم حليم اذا غضب الغضب لا يبقى فيه لانه حليم نعم هذه كيفية تزول ورابعها الكيفية الاستعدادية. فان كان الاستعداد نحو الدفع فهو القوة كالصلابة والمصحاحية وان كان نحو الانفعال يعني القبول فهو اللاقوة كعدم الصلابة وعدم المصحاحية ضعيف. هذه هي كيفية لا نطيل الكلام فيها لانها بحتة سلبي المضاف يعني النسبة يعني هيئة لا تحدث الا بالمقايسة. يعني فيه امران به مقايسة بينهما تحدث الهيئة التي هي الاضافة. ومنها المضاف فهو ما يعقل بالقياس. اذا الاظافة لها علاقة بالايه بيستنيك يعني قياسية. ما يعقل يعني قياسية. قياسية. يعني فيه مادة خالية للعقل في الوصول اليها. ليس المعطى لوحده نعم وهو ما يعقل بالقياس ولهذا عند صدر المتألين هذه الاعراض كلها اختفت وصارت حيثيات ميتافيزيقية فلسفية يعني حيثيات التقليدية حيث التقييدية اندماجية للوجود  وهو ما يعقل يعني المضاف بالقياس الى غيره. اذا بدون مقايسة مع انك تحتية فوقية ابوة بنوة الزوجية زوج وزوجة نعم شمال ويمين لاحظت لا معنى للشمال بدون يمين لا معنى للفوقية بدون تحتية عنصر التعقل يدخل وهذه تسمى مقولة اعتبارية مقولة اعتبارية ما معناه وجود ضعيف الاعتبار في معانيه على خمس اقسام. اكتبها اذا دخلت في الفلسفة تكون على الاقل مستعدا لهذا المفهوم. خمس اطلاقات للاعتبار الاعتبار يعني المقولة الضعيفة. الاضافة في المقولات التسعة العربية فوقية تحتية زوجية ابوة بنوا يمين شمال مقولة ضعيفة تسمى يطلق عليها الاعتبار. مقولة اعتبارية. ما معنى وجود ضعيف الاعتبار بمعنى الانتزاع. يعني الادعاء نعم الاعتبار في مقابل الاصالة ما معنى الاصالة الوجود متن بالذات الاعتبار الماهية متن بالعرظ. يعني تنتمي الى المثنية الى بالعرظ هذا اعتبار كلها بالاشتراك اللفظي. تشترك فلفظ الاعتبار فقط. اما المعاني كلها متخندقة متباينة بتمام اه اذت اذا عندنا الاعتبار هو المقولة هذه المقولة العرضية يعني بمعنى وجود ضعيف اعتبار بمعنى الان اتزاع يعني انت مثلا عندك وردة وعندها الجمال تعتبر الجمال واقعيا مستقلة. هذا هو الاعتبار. لماذا السر ما هو لان تتعقل الجمال لوحده تعتبر له كيانا ادعائي خرطيا حتى تفهمه لوحده في دائرته لا يشوبه شيء تفهموه صريحا</w:t>
      </w:r>
    </w:p>
    <w:p>
      <w:r>
        <w:t>خالصا تعطيه كيان مستقلا تقول شيخنا يمكن هذا هو الاعتبار تعتبره قرطي نعم لماذا? لان الجمل لا ينفك عن الجميل نعم هذا اعتبار اعتبار في مقابل الاصالة ما هي اعتبارية يعني متن بالعرظ متن بالاعراض في الاعتبار الاعتباريات العقلائية الاعتبارات العقلاء هادي يسميها السيد العلامة لاعتبار العملي باعتبار العمل يعني تأتي الى امر تكويني تستعيره من التكوين وتطبقه على غير محله لاغراض عقلائية. مثلا الرأس هو قائد البدن لا تقول رئيس الجمهورية لانه يقود الامة. اخدت الرأس من التكوين و طبقت على امر ليس من سلخه هذا هو الاعتبار العملي. تطبيق حد تكويني على مصداق غير تكويني. هذا هو الاعتبار آآ آآ كبار العمل من ابتكارات والسيد صاحب الميزان رحمة الله عليهما هذه المعاني الاربعة ممكن تجد الاعتبار بالمعنى الخامس يعني الادعاء نعم الادعاء كالغول جبل من ذهب وهكذا امور. هذه تدرس في الحقل الفلسفي اضأتها لك فقط ومنها المضاف وهو ما يعقل بالقياس يعني البعد البعد التعقلي يدخل في تعين هذا المعنى الى غيره بالقياس الى غيره ولا وجود له سوى ذلك. هذا هو الوجود الضعيف. هذا هو معنى الاعتبار تا الأبوة والبنوة واليمين والشمال والفوقية والتحتية نعم وقد يعرض للمقولات جميعا. يعرض المقولات كلها نعم خاصية الاظافة هكذا. اقول المضاف من الاجناس العالية وفيه مباحث. يعني اليمين والشمال فوقية وتحتية الابوة والبلوة الزوجية والزوج والزوجة هذه كلها حقائق خارجية كلها تنظم تحتها ما قلت الاظافة نعم ولهذا يكون الاظافة تكون جنسا عاليا وفيه مباحث احدهما في رسمه رسم قلنا الاعراض دائما ترسم بينا هادي لا نعيدها وهو الذي يعقل بالقياس الى غيره ولا وجود له سوى ذلك وتحقيق هذا الرسم انه من المهيات من الماهيات ما يستقل بالمعقولية يعني فيه مهيات تعقلها بدون قياس كاللون اللون الأحمر تقيسه تقيسه الى غيره حتى تعقله لا فيه بعض الماهيات لا تعقل الا بالقياس. نعم. ولهذا يقول وتحقيق هذا الرسم يعني تعميق هذا الرسم ان من الماهيات ما يستقل بالمعقولية لا تحتاج الى امر اخر لفهمه من غير حاجة الى غيره يقاس اليه. ومنه ما لا يعقل الا بالقياس لغيره نعم الزوج ما معنى الزوج? ابقى متحير. زوج لتلك المرأة وتلك زوج كذلك باللغة العربية الاصيلة في لغة تميم الخاصة زوجة مقاصة الى الزوج. لاحظت? اذا الزوج لا يعقل الا بزوج اخر. تحتية الفوقية اليمين الشمال ابوة البنوة نعم ومنه ما لا يعقل الا بالقياس لغيره. والثاني هو المضاف الذي يعقل بالقياس هو المضاف. وهو قسمان حقيقي ومشهوري نعم حقيقي يعني تكويني مشهور يعني عرفي وذلك لان لانه اذا عقل بالقياس الى غيره فاما ان يكون له وجود خاص سوى ذلك وهو المضاف المشهور كالاب والابن الاب والابن الاب عندنا شخص انساني قبل الابوة كان فاتصف بالابوة بكى لما كان عنده لما ولد له شخص اخر ينتسب اليه بالنسبة الدموية يسمى الابن جاءت هذه المقولة لو قلت الاظافة نعم فاما ان يكون له وجود خاص سوى ذلك يعني سوى سوى ما يعرظه من الاظافة وهو المظاف المشهور كالاب والابنة فان الاب وجودا مغائرا لما لمعقوليته بالاقياس لغيره كالاب لو قال كالشخص الاب كان افضل شخص الاب يعني الشخص الذي تعرضه الابوة بعد اه ولادة الولد فان للاب يعني لشخص الاب وجودا مغائرا لمعقوليته بالقياس الى غيره واما هادي هي يعني اذا ني السبت هذه الإضافة للشخص الأب وشخص الإبن هاذي هذه آآ آآ اضافة مشهورية الإضافة الحقيقية هي لعنوان الأب والأبوة وبنوة واما ان يكون له وجود سوى معقوليته بالقياس الى غيره وهو المضاف الحقيقي كالابوة والبنوة وهو المراد حقنا. يعني ذلك الاتصاف يعني تلك الحي في وثانيها اختلف الناس في وجود الاضافة. الناس في لسان العلامة الحلي في شرح التجريد في هذا الكتاب. الناس يعني العلماء اختلف الناس في وجود الاضافة. فاثبته جماعة لان فوقية السماء ليست امرا تقديريا لا غير تقديريا اكتب الاعتبار الوهمي يعني ارادة الانسان تصنعه لا لا لا ليس خاضعة لجعل جاعل. امور تكوينية يعني انت كنت لم تكن عندنا شيء فوق عندنا شيء تحت. الا ان هذا التعقل يحتاج الى فاهمة الى عاقلة فقط نعم يعني هذا التعقل يفرظ الواقعية قبل التعقل. نعم اختلف الناس في وجود الاضافة فاثبته جماعة لان فوقية السماء ليست امرا تقديريا لا غير. يعني ليس بجعل جاعل واقعية. نحن نتعقلها بل هو امر متحقق ثابت خارج الدين فقط الدين يبرزه ويفهمه. يعني اذا مفروض التحقق وهو غير السماء وغير العدم الصرف. فهو ثابت  حيثية يتصف بها شيء يكون فوقا حيث اه واقعية نعم حيثيات تصف بها الشيء التحتاني يكون اه تحتا وهكذا وانكره جماعة واستدلوا بان الاظافة لو كانت موجودة وهي عرظ لافتقرت الى المحل ويكون حلولها في ذلك المحل اذا اضافة اخرى ويلزم التسلسل. جميل هذا هذا الاشكال جميل جدا. هذه الخربطة وهذه الاشكالات كلها مبنية على الاسارف المائية اشكالات تزعزع هذا الانموذج ان تضطر ان تتخلى عنه وتتبنى الانموذج الصدراء. اي نعم. اذا هذا المستشكل لو فهم ان هذه حيثياتي التحليلية وليست واقعية لا استشكل كل هذه الامور حيثيات تحليلية يعني مفاهيم ثانية فهل سفية? وليست مهيات اذا فهمناها ما هي تأتي هذه الاشكالات ونحتار ولا نجد الجواب. اجاب الشيخ عنه يعني الشيخ الرئيس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