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الاخلاص والتوفيق وصلنا معكم الى هذه الفقرة واجاب الشيخ عنه شيخ يعني شيخ الرئيس في كتاب الشفاء الالهيات بحث الالهيات صفحة اه مية وسبعة وخمسين. طبعا في بحث المنطق في بحث او بحث بحث المقولات المهم يعني الهية الشفاء البحث المنطق كيف اجاب بان من المضاف ما هو مضاف بذاته يعني وصف اضافة ذاتية ومنه ما هو مضاف باعتبار غيره. يعني الاضافة آآ عربية تعرضه بالنسبة الى الغير وهذا الاخير يعني المضاف باعتبار غيره يرجع الى الاول وينقطع التسلسل يعني يجب ان نصل الى الاظافة الذاتية وذلك لان الابوة مثلا الابوة ما معناه? عندنا شخص مخلوق ولد له ببركة الزواج المبارك ولد فصار ابا وهذا الشخص الثاني صار ابنا تا في علاقة فيه نسبة نعم هذه النسبة تدور مدار الابوة والبنوة. ليس الشخص الاب وشخص الإبن نعم وذلك بيان لهذا الامر من قطع التسلسل وذلك لان الابوة مثلا مضافة لذاتها الى الابن نعم الابوة تضاف الى البلوة. لو قال الى البنوة لذاتها الى الابن الى البنوة كان افضل لان الابوة مثلا مضافة لذاتها الى الابن و حلولها مضاف آآ اه حلولها يجب ان يكون منصوبا لان. لان الابوة مثلا مضافة لذاتها للابن هذه الاضافة الذاتية بين الابوة والبنوة ليس بين شخص الاب وشخص الابن وحلولها ولان حلولها مضاف لذاته الى المحل فانقطع التسلسل اذا عندنا اضافة ذاتية وعندنا اضافة اه عربية هذا خلاصة ما ذكره الشيخ وهو غير واف بالمطلوب. محقق التونسي لا يقبل العلامة نحلي بتبعي محقق التونسي لا يقبل لان السائل لم يلزم التسلسل باعتبار ان المضاف دائما انما يكون مضافا باضافة مغايرة له وانما الزم التسلسل من حيث ان الاضافة اذا كانت موجودة كانت عرضا فتكون حالة في محله لان عرض صحيح وتكون هناك اضافة احداهما الابوة وثانيهما الحلول وكل واحد منها مضاف لذاته الى غيره. لكن الحلول من حيث انه عرض موجود يفتقد الى محله. فيكون حلوله في ذلك المحل. اضافة اخرى ويلزم التسلسل هذه الخربطات ومحاولة الشيخ الرئيس للاجابة عنها خلط الى خلطوا بين الامور التحليلية او قل لوجود الربط باصطلاح الشيخ جوالي امول لان الاعراض التحليلية لا هوية لها وجود ربط يسمى لتمييزها عن الوجود الرابط والوجود المستقل وجود الربطي هنا بنوا هذه الامور على المهية يعني لها كيانات فتضاف الى المحل تضاف الى المحل فهي في حد ذاتها نسبة وتنسب مرضية ثانية للمحل فنقع في التسلسل نسبة تنسب نسبة تنسب نسبة تنسب لا نقف. شيخ الرئيس حلها بهذه الطريقة قال لا نصل الى الاضافة الذاتية وتنتهي الامر العلامة الحلوة المحقق والتوصي لم يقبلا بهذا الحل المشكلة ليس هنا المشكلة في اصل المهوي هذه امور تحليلية وليست بهيات امور تحليلية ما عندك عرظ ومعروف عندك وجود متعين هذا التعين لا هوية له حتى يتسلسل ولا يتسلسل ويحزنون ويكونوا ما هي. لا لا لا اذا نكتب هنا هذه الاشكالية اشكالية يعني مبنى جديد يحل هذه المشكلة وهو مبنى صادر متأله  انظر هنا البيدار في الحاشية يقول المحقق الطوسي الخواجة و اه بتبعه العلامة الحلي لا يؤمنون بوجود الاضافة خارج الدين نعم  يقول المحقق التونسي في الشرح في كشف المراد الفصل الخامس من المقصد الثاني نعم يقول هي حقائق ذهنية وليست حقائق خارجية هذا لا يتبين الا في الانموذج الصدرائي ما عندنا حقائق ذهنية. الدين كاشفون عندنا هويات ذي كاشفية كيانات كاشفية ليست هويات خلقية اذا ما معنى حقائق ذهنية وليست حقائق خارجية? يعني حقائق تحليلية يعني وجودات ربطية لا هوية لها بنحو الاستقلال هي الوجود بنحوين هذا الوجود بنحو في الانموذج المهوي لا معنى له لا معنى له بعض الكبار يقول فارق بين اصالة الوجود واصالة الماهية هذا في اللفظ فقط اختلاف لفظي لا لا ايها الكبير لا ايها الكبير ابدا اظن ان السيد رحمة الله عليه قال هذا الكلام لا ابدا نموذج جديد في كل ابعاده في كل ابعاده لكن مع الاسف الشديد هذه يسجلها عندك اذا دخلت الى هذه الحقول تكون هذه النقطة مضيئة لك تدريس الفلسفة حدد حكمة المتعالية. التي هي انموذج مستقل وجديد يدرسونه بالذهنية السنوية بالذهنية السينوية يعني اصالة الذهن يعني بالروحية المهوية. حتى صدر متأنيفه كتبه الفلسفية مع الاسف الشديد الى الان الاساتذة يدرسون الحكمة المتعالية ذهنيا بالنفس المهوي ولهذا الطالب لا يرى جديدا ولا يرى ابتكارا ولا يرى عمقا ولا يرى عبقرية لصدر متألي لا ابدا المسألة ليس هكذا نعم المسألة ليس هكذا انا درست نهاية الحكمة درس خاص في داري في بيتي تقريبا تلتمية وستين جلسة. هذه الامور بينتها بالتفصيل هناك وكلام الشيخ يعني الكلام السينوي يصلح جواب على يصلح جوابا على تقدير ايراد السؤال على الوجه الاول اما على هذا الوجه فلا. هذه الامور اه لا نعمق فيها البحث لان الطالب الان في المنطق المفروض انه لم يدرس فلسفة فتطويل البحث فيها لا معنى له اين تجده تجده في الفلسفة وثالثا اعلم ان الاظافة قد تعرظ لجميع المقولات فاما الجوهر كالاب والابن مثلا الاب كشخص جوهر الابن كشخص جوهر تعرضه مقولة الاضافة وهي الابوة بنوة وهم الكم كالاعظم والاصغر. واما الكيف كالاسخن والابرد. والاعلم اقل علما واما المضاف كالابعد والاقرب. واما اه الاين كالاعلى والاسفل واما المتى كالاقدم والاحدث واما الوضع كالانصب واما الملك يعني الجداء كالاكسى الاكسا مرة يكون متغطيا تماما والله الأمر قد يكون اه مكشوف الساقين وو الاكسى يعني اشد اه اه بل فوفيت اشد واما بالفعل كالاقطع واما الانفعال كالاشد تسخنا وهكذا. اذا ما قلت بالاضافة تمس جميع المقولات جميع المقولات كما بين الشيخ هنا الوظع الوظع. مقولة جديدة. مقولة عرضية جديدة قال ومنها يعني من المقولات التسعة العرضية الوضع والنسبة وهو هيئة حالة للجسم اذن الوضع من خصوصيات الجسم فالملائكة ما عندهم وظع امريكا حتى تضرب تضرب القاعدة اه اتفقت مع باكستان ان تعطيها ثمان ملايير دولار حتى تتموضع في الفضاء بالطائرات الحربية وتضرب القاعدة لماذا? لان الفاعل المادي لا يفعل الا بالوضع. اذا لم يتموضع لا يمكن ان يفعل تريد تكتب انت مقالة يجب ان تتموضع في مقابل الورقة  لطبيعة الفوائد المادية فاعل بالوضع نعم قال ومنها الوضع والنسبة وهي هيئة للجسم تعرض من نسبة بعض اجزائه الى بعض لوقوعها في الجهات كالقيام والانتكاس. والوقوف والجلوس والاضطجاع هذه كلها اواه اقول الوضع يقال بالاشتراك على معان احدهما قبول الاشارة الحسية قبول شرح السي علي تخرج من رأس اصبعك نقاط وهمية تستقر في المشار اليه</w:t>
      </w:r>
    </w:p>
    <w:p>
      <w:r>
        <w:t>هذا معنى الوضع وليس هو المقصود في هذا المعنى وان كان يلازمه ثانيها نسبة تعرض للجسم بسبب انتساب بعض اجزاءنا بعض وهذا هو المعنى الذي نحن بصدده. وثالثها نسبة تعرض للجسم بسبب انتصاب بعض اجزاء الى بعض. وبسبب انتساب بعض اجزاءه الى امور خارجة عنه هذا الاوسع وهو المراد كذلك هنا كالقيام والانتكاس والنوم والوقوف والانحناء فان القيام انما يتحقق بنسبتين احداهما للجسم النظري الى اجزائه والثانية له بالنظر الى امور خارجة ككون رأسه من فوق ورجله من اسفل. علي الاستقامة ولولا اعتبار النسبة الثانية لكان الانتكاس قياما واشار المصنف رحمه الله الى النسبة الثانية بقوله لوقوعها في الجهاد اذا انت اذا اردت ان تقبل ضريح الامام الحسين عليه السلام يجب ان تتماضى. اذا اردت ان تقرب تقبل ضريح النبي الاكرم صلى الله عليه واله يجب ان تتموضع. يعني تكون الاجزاء بنسبة خاصة وعندك نسبة الى الضريح الشريف نعم انظر نحن حتى الضريح نوصف بالشريف شرف الوجود القدسي الممتد بكمالاته في جميع عدم الإمكان. الإنسان الكامل الخليفة النبي الأكرم صلى الله عليه واله وجماعة اخرى تقول لك هذا الشرك اين هذا السلوك الحضاري? واين من الفقه فقه البداوة ثقل بدوي والبداوة نعم الاين نسبة الشيء الى المكان. ليس المكان نسبة الشيء الى المكان يعني التمكن من المكان وليس التمكن من المكنة. ومنها الاين وهو كون الشيء في مكانه كالماء في الكوز نعم كالماء في الكوز هذه هنا تحتاج الى دقة اشير اليها اتركها قال ليني اشير اليها. الكوز له ليس له مدخلية في بتمكن الماء في كون الشيء في مكان لا لا الكونز له مدخلية في المحدودية فقط حتى لا يتسرب الماء الماء له كينونة له مكانية خاصة الماء تكوينيا له مكانه الخاص حيز هو الخاص الكون له مدخلية عرضية ما هي? حتى الماء لا يتسرب ولا يسيل يبقى محجورا حيثية تحجير فقط والى الماء عنده تحيز خاص نعم اقول الاين احد الاجناس العالية? يعني عرض عالي. وهو عبارة عن نسبة الشيء الى مكانه بالكون فيه. وهو امر مغاير للمتمكن والمكان. نعم يعني عندنا الشيء وعندنا المكان لا الشيء هو اه كالماء مثلا مادة الماء لا هو الاي ولا المكان اللي الماء في المكان هو الاين. هذه هي النسبة لافتقاره في التحقق اليهما نعم لافتقار الايد لتعينه ولتحققه الى الشيء والمكان اه مثل كون ما في الكوز مع هذه الدقة التي بينتها لكم وهو حقيقي وغير حقيقي. فالحقيقي هو كون الشيء في مكانه المختص به وغير الحقيقي مثل كون زيد في الدار وفي السوق والماء في الكوز كذلك نعم قال المتى ومنها متى? كون الشيء في ذلك السيلان الزماني نعم وهو كون الشيء في زمانه. اذا عندنا شيء وعندنا زمان سياد انت تتموضع في ذلك السيارات هذا هو العين. كقيام زايد الساعة. اقول متى احد الاجناس العالية وهو عبارة عن كون الشيء في زمانه او في طرفه  يعني الدفع يعني وصلت او انطلقت وهو مغاير للشيء والزمان لا هو الشيء ولا هو الزمان كون شي في الزمان على ما سلف في العين يعني كما بينا الامر في العين الى اين ما هو شيء في المكان كقيام زيد الساعة قيام احد قيام يعني في ثواني و رماها فيها الملك الجدار. الخاتم الآن في اصبعي نعم او العمامة على رأسي ومنها الملك والجدا وله وله يعني الملك الملك والجدا وله اسامي لحقيقة واحدة وهو التملك للشيء. وقيل كون الشيء مشمولا بما ينتقل بانتقال كالتلبس والتختم اذا هذه الحالة الان هذه الحالة الان والعمامة على رأسي مقولة مستقلة تسمى الجداء او الملك او له قال الشيخ ابو علي جاء بالحرف السيناوي رحمه الله في الشفاء بحث المقولات صفحة ميتين وثلاثة وتسعين نعم ب هذي الطبعة طبعة الشفاء في اجزاء. طبعة مصر مقولة الملك او الجداء لا احققها معني لم استوعب هويتها بتمامها ويشبه ان تكون عبارة عن كون الشيء مشمولا لغيره ينتقل بانتقاله كالتلبس والتختم هذا الحرف السيناوي اما المصنف رحمه الله محقق الطوسي فانه جعل عبارة عن نسبة التملك تملك لشيء يعني المحققة التونسي عمق البحث اكثر جعلها نسبة قال رحمه الله وباعتبار وقوع الاشتباه فيها وضع الاوائل يعني الفلاسفة لها الملك والجداوى له وضعوا لها الالفاظ باصطلاح الملك والجدول اهو ليوقفوا على معانيها حتى تستقر المعاني واشكل عليه بان التملك من باب المضاف وللمانع ان يمنع من ذلك وان كانت الاضافة عارضة له يعني يمكن الدخول في نقاش واسع فعليك بكتب الفلسفة ان يفعل وان ينفعل يعني انت عندك ماء في اناء تحت النار الماء هنا ينفعل ما ينفعل فهذه الحالة تختلف عن جميع الحالات مقولة جديدة ان ينفع الماء ينفع هنا حتى يتبخر انماء النار فاعلة بالاحتراق او بالتسخين بالتسخين الخشب محترق ان ينفعل. النار المحرقة ان يفعل انا كتب الآن ان افعل هذه مقولات اكتشفها ارسطو وجعلها مستقلة. ان يفعل وان ينفعل. اكشن قال ومنها ان يفعل وان ينفعل وهما هيئتان غير قارتين تعرضان للمؤثر والمتأثر. حال التأثير بهذا القيد. حال التأثير والتأثر. يعني الماء حال التسخين والنار حال التسكين كالاحراق والاحتراق في النار والحطب. اقول مقولة ان ينفعل احد الاجناس العالية يعني عرض عال جنس عال تندرج فيه كتير من الامور في الواقع ان يفعل وان ينفعل. كثير كثير كثير. نعم اقول مقولة ان يفعل احد الاجناس العالية. وكذا مقولة ان يفعل فان يفعل هيئة فان يفعل هيئة غير القارة يعني في حركة اكشن قارة غير قارة تعرض للمؤث لي اه للمؤثر حال تأثيره هذا القيد حالة تأثيرية يجب ان يراعى كالاحراق في النار. النار حال الاحراق لا الاحراق ولا النار هذا هذا هذه الحركة وان يفعل هيئة غير قارة تعرض للمتأثر يعني القابل حال التأثر. كالاحتراق للحطب ولا يوقلان على الفعل والانفعال بعد استقراره بها استقرارهما ونفى بالفعل. بل في حالة الفعل والانفعال هذا معنى ما قلت ان يفعل والين سعيد المقولة العشر قالوا هذه هي المقولات العشر وكون التسعة رنا عرضي لها هذه المسألة آآ في غاية الجمال بقي تقريبا ثمانين دقائق وبينوا هذه المسألة. وهذه هي المقولة العشر الجوهر باقسامه العقل والنفس والمادة والصورة والجسم هذه هي اقسام الجوهر او الجوهر والاعراف انت كم كيف اضافة اين متى وضع ان يفعل وينفع الوجيدة بقي واحد ما هو ما هو كم كيف اضافة اين متى وضع جدا نعم نعيد كم كيف اضافة وظع الاين والمتى والجداء اي وان يفعلوا وان ينفعلوا تسع مقولات جيد هذه واضحة بيناها العبارة التي تأتي بعدها محيرة للعقل وكون التسعة عرضا عرضي لها هذه بيناها في الجنس والفرس اعيدها لانها جميلة حتى تفهم ان القدماء اا كانوا ملتفتين الى هذه الدقائق</w:t>
      </w:r>
    </w:p>
    <w:p>
      <w:r>
        <w:t>جيد تخيل انت الآن الماء الماء وهو في حالة التسخن يعني ينفعل تقول عارضته ما قلت ان ينفعل. النار وهي تسخن عرظتها مقولة ان ان يفعل خلينا الان من النار والماء. روح الى هذه الهيئة عرض ام لا? تقول نعم عرض يعني التأثر والتأثير عرظوا نعم يعني ان يفعل وان ينفعل اذا ان يفعل وان ينفعل والاظافة الابوة والبنوة والامتداد والساطح والحجم والعدد هذه كلها هذه الاعراض الذي بينها يصدق عليها انها ماذا? انه عرظ عرظ عرظ عرظ عرظ بمعنى قائمة بغيرها قائمة بغيرها اذا اكتسبت العربية ببركة نفسها ام ببركة التشاؤم؟ القيام بالنفس اه القيام بالغير نقول يا شيخنا للقيام بالغير ولهذا يقول وكون التسعة عراضا عرضي لها يعني تعرظها يعرظها عنوان العرض ليس لعيونها وانما لانها قائمة بماذا? قائمة بغيرها. يعني هذه المقولات التسعة التي درسناها لا تجدها مستقلة في الوجود كالذوات وانما تجدها متكية على غيرها وهذا شأن ام لا? شأن نعم شأن والشأن يعني حيثية اذا مفهوم العراظ هو ذلك القيام بالغير. ليس المقولات التاسعة المقولة التاسع تتشأن به اذا تشأنت به يصدق عليها انها عرظتم ما معناها في نظام لولو تتكئ على غيرها اذا مفهوم العرظ مفهوم فلسفي. معقول ثاني? فهل سفير? ان يفعل هذا ما هي لكن في اتصافه بالعربية بهذا التشاؤم ذلك التشاؤل لوحدي بغض الطرف عن الموصوف مفهوم ثاني فلسفي بمعنى حيثية لأنه حيثية كل حيثية كل تشاؤم معقول ثاني فلسفي. لماذا? معقول ثاني فلسفي لأن العروض اين يكون? يكون في الواقع خارج نشوف العلام الحلي الان وصل الى هذا التحليل اقول هذه المقولات العشرة هي الاجناس العالية ولا جنس سواها لا جنس سواها بالاستقراء هذه دعوة كبيرة وعريضة غير سواها بالاستقرار قد نجد اه مقولة اخرى في المستقبل. والوقوف على ذلك من اعسر الامور نعم من اعسر الامور. بدار يقول ارجع الى كتاب الشفاء المأقولات صفحة اثنين وثمانين الى ثمانية وثمانين. هذا البحث هناك مفصل نعم وواحدة من هذه العشرة جوهر بيناه والتسعة الباقية اعراض والصدق العرظ صدق العرض لا يعني الدقة انا التسامح في عند علمائنا الدقة لا والصدق العرض لا والصدق عنوان العرض. يعني الصدق مفهوم العرض يعني متى يصدق على العدد العرض? لانه متشائم بشأن هو القيام بغيره. لا تجد الثلاثة لوحدها الا في مادة الا في مادة الا في جوهر موظوع لا يهم وعليها تسعة عشر يقولون حتى العدد حتى المجردات والصدق العرظ لا صدق مفهوم العراظ العرظ هي تلك المقولة التسعية سماحة الشيخ. وصدق عنوان العرب. يعني القيام بالغير والصدق عنوان العرظ عليها صدق العرظ على معروظه. لا صدق الجنس على انواع اي يعني يريد يبين ان الموجودية في الغير والموجودية في النفس هذه حيثيات تنتمي الى المعقولات الثانية الفلسفية. وليس الى الماهية. ليس كصدق الجنس على انواعه نعم صدق الجنس على انواعه نحن في الذوات حقيقة الذوات لان معنى العرض هو معنى العرض. يعني مفهوم. لاحظت كيف? هناك قال وصدق العرض يعني مقصوده هو صدق معنى العرب. صدق مفهوم العرب نعم هنا يبيع لان معنى العرض هو العروض للشيء يعني القيام بالغير وهو نسبة العرض للمعروف بينها بطريقة رائعة. يعني نسمع انظر هذا الذي يجري فيها التشكيك. قلت لكم نسبة تسمى الان الوجود الناعتي لوجود الرابط وهو متأخر والجزء متقدم. وان كثيرا من المقولات نعلم حقيقي ونشك في عرضيتها. فلا يكون العرض جنسا. لا يكون مفهوم العرض جنسا. يا سماحة الشيخ لا يكون معنى العراظ فيكون ماذا? ليس من مقولات المئوية يكون من من المعقولات الفية. هذه الامور تأتي ان شاء الله بالتفصيل في الفلسفة المتقابلات بحث جديد بعدما اكمل المقولات العشر شرح في خصوصيتها التي تعوضها يأتي ان شاء الله. واللهم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