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هذه الفقرة المتقابلان قال والمتقابلان شيئان يمتنع تعلقهما معا بموضوع واحد يونس السبعان اليه من جهة واحدة ويعقل او يوجد احدهما بازاء الاخر او في غاية البعد من الاخر التقابل الان في الفلسفة يدرس يدرس تقابل مطلقا يدرس في باب الوحدة والكثرة في الفلسفة. ليس تحت المقولات العشر  هذا بالطرح القديم. المنهجية القديمة وهذا التقابل تقابل الفلسفي وعندنا  تقابل في العرفان اوسع عرفان ينطلقون من التمايز تمايز تمايز تقابلي فتأتي الاقسام المتظايفان متظادان المتناقضان وانعدما العدم وملك الملكة وعدم الملك ثم التميز الاحاطي والمحاطي هذا من ابتكار العرفة. لا يهمنا الان هذا البحث نركز على التقابل المتداول في الفلسفة فهو اما ان يتجلى في متظايفين الف باء الف لا لا يتعقل الا ببا وبا لا يتعقل بالف المتظادة التضاد المقولي في الاعراض عندنا موضوع واحد وعندنا عربا و يتعاقبان على موضوع واحد. لا يمكن ان ينوجد الف في الموضوع وباء. اذا وجد الف باء لا ينوجد اذا وجد باء الف لا ينوجد نعم وعندنا  تقابل التناقض. الوجود والعدم في النهم التحققي الوجود يطرد العدم حقيقة والعدم يطرد الوجود ادعاءا ومجازا في النظم المنطقي نقول سلب وايجاب ثم عندنا الملكة وعاد من الملكة هنا يدخل النظم التحققي والنظم النظمة المنطقي كلاهما يدخل في مقاربة هذا التقابل لماذا? لان الملك امر وجودي ينتمي الى النظم التحققي عدم الملاكة الاعدام لا شيء فهناك يدخل النظم المنطقي لمقاربة هذا الامر كيف سابين ان شاء الله اذا وصلنا الى الملكة وعدم الملكة. يقول والمتقابلان شيئا اذا يجب ان يكون عندك الف وباء يمتنع تعلقهما معا بموضوع واحد. يعني اذا وجد الف في موضوع لا ينوجدش ما فيه ينسبان اليه بشرط ان تكون النسبة متحققة نعم من جهة واحدة ليس من جهات متعددة والا العقل يقبل اجتماعا للمتقابلين و يعقل او يوجد احدهما بازاء الاخر. يعقل في التظايف يوجد في التناقض او في غاية البعد من الاخر هذا التضاد. اقول هذا رسم المتقابلين من التقارب والحيثية فلسفية يعني حيثية تعين لا يمكن آآ حدها بالحد لانها ليست ذاتا ليست جوهرا لا ترسم يعني تعرف بما يطوف بها من امور تسمى اللوازم هذا رسم متقابلين ويفهم من هذا الرسم معنى التقابل فقولنا شيئا شيئات تسوق الوجود يشمل كل شيء شامل المتقابلين وغيرهما شيئا تسابق الوجود فالشيئية هنا تشمل حتى واجب الوجوب اذا يجب ان يخرج الباقي حتى يحصر التقابل وحده وقولنا يمتنع تعلقهما بموضوع واحد احترزنا قيد احترازي به من غير المتقابلين. مما لا يمتنع تعلقهما بموضوع واحد. كالسواد والحركة تجد جاموسة لونها سوداء وتتحرك لونها اسود وتتحرك. السواد والحركة اجتمع في هذه الجاموسة. وقولنا ينسبان اليه قايد احترازي احترزنا به عن موضوع لا يصح نسبة الشيء اليه. كالسواد والحركة اذا نسب الى المجردات. المجردات يعني الواقعية المفارقة. العقول والملائكة لا تتلون ولا تتحرك نعم الصالون هناك الظلم موجود هذا الضوء المادي ما موجود. لان الالوان هي عبارة عن ماذا? عن هذا اللون يتفكك وينعكس الحركة هناك ما في حالة منتظرة العقول والمفارقات ليس لها حالة منتظرة يعني ليس لها كمال تتحرك نحوه. وبالتالي تنتفي الحركة من باب الموضوع وقولنا ينسبان اليه احترزنا به عن موضوع لا يصح نسبة الشيئين اليه كالسواد والحركة اذا نسب الى المجردات بيناها فانهما شيئان يمتنع تعلقهما بالمجرات. يعني الحركة والسواد وليس متقابلين لما آآ لم يصح نسبتهما اليه نعم لان اصلا النسبة خطأ الى المجرد او الله تعالى وقولنا ومن جهة واحدة طبعا هذه هذا القيد ضروري جدا الجهة الواحدة لان الجهات المتعددة لا يتحقق التقابل ينتفي التقابل وقولنا من جهة واحدة احترزنا عن عن الاضافتين اذا تعلقتا بموضوع لا من جهة واحدة فانهما لا يتقبلان ينتفي ينتفي التقابل من الاساس كابوة زيد لعمرو انظر الابوة منسوبة الى عمرو وبنوته لخالد فهو ابن خالد اب لمن اه قبلي لي عامروا. الجهة تختلف صن تقابل غير متصور سلب من انتفاع الموظوع اذا عرفت هذا فالمتقابلان اذا عقل الان يشير الى المصاديق الى الاقسام اذا عرفت هذا يعني بعد المبدأ التصوري يذهب الى الاقسام جيدة هادي مناسبة ابين مجالات المنطق قلنا الكليات الخمس مواد للتعريف اذا باب الكليات الخمس بعد المقدمة باب كلياتي الخمس مواد التعريف اللبنات التعريف موضوعات فلسفية باعتبارها متوجهة نحو التصور تنقلب بهذه الحيثية اه مكونات منطقية مسائل منطقية موضوعات منطقية عبر كما تشاء ثم تأتي العملية عملية التعريف العملية الاولى في المنطق معيار سرمدي يخضع له الفكر في تصويره للاشياء في تعريفه للاشياء يوظف هذه اللبنات الكليات الخمس يوظفها في بعدها الطبيعي معني يأخذ لبنات من الواقع ويعرف الاشياء اذا اراد ان يعرف الانسان لا يقول الانسان جنس وفصل غير معقول يقول حيوان ناطقون يعني يأتي بمكونات واقعية نعم  من مخلفات باب التعريف القسمة تم الأمر ننتقل الى القضايا تجليات القضاء القضايا متعددة كما سيأتي ان شاء الله بعد هذا البحث بعد المقولات العشر هناك نفصل بحث القضايا ومن اجمل البحوث المنطقية ثم تلاعب بالقضايا وهو الاستدلال واستنباط الاستقراء التمثيلي تجليات الاستدلال المتعددة ثم المغالطات. يعني تلاعب بالقضايا ليس للوصول للحقيقة وانما للتشويش لتشويش اذهان الناس هذه ابواب المنطق فالانسان اذا اراد ان يوصل فكر ما الى غيره يجب ان يمر يجب هنا بمعنى المعياري ليست جبرا يعني يتعين عليه في نظام المعايير ان يتبع هذا هذه الابواب يؤسس للبنات التعريف يمارس عملية التعريف ينتج التصور يقسم هذا التصور ثم يحكم عملية الحكم الثانية في المنطق ينتج القضايا يجمع بين القضايا بمعايير خاصة هذا هو الاستدلال مرة للوصول للحقيقة مرة للتشويش والابتعاد عن الحقيقة مغالطة نعم هذه هي الطريقة المنطقية في بعدها الصوري وليس في بعدها المادي اذا عرفت هذا فالمتقابلان ان عقل احدهما بازاء الاخر يعني المسألة اه متصلة بالنظم المنطقي افق الإدراك اتعق الألف ببركتي تعقلي لباء ويتعقل باء ببركة التعقل الف هذا التقابل يسمى اه التظايف الطرفان يسميان المتضاء اه افران وان وجد احدهما بازاء الاخر فهو فهما العدم والملكة ان اختص بموضوع واحد يعني في مادة واحدة الملكة تكون تختفي يختفي عدم الملكة عدم الملائكة مستقرة تختفي الملاك والا فهما السلب والايجاب او الوجود والعدم. سلب الايجاب مفهوم منطقي الوجود والعدم نظم تحققي وان وجد احدهما في غاية البعد من الاخر فهما الظدان هذا هو هادي هي الأقسام نعم ثم ياتي الى اقسام التقابل على منحني بينها اقسام التقبل ان في المتن عند المحقق الطوسي هي هي</w:t>
      </w:r>
    </w:p>
    <w:p>
      <w:r>
        <w:t>قالوا واقسام التقابل اربع اولها الايجاب والسلب اذا تحدث بالنظم المنطقي. اذا تحدثت بالنظم التحققي ماذا تقول؟ وجود وعدم كقولنا فرس ولا فرس او زيد كاتب زيد ليس بكاتب. وهو بحسب القول بحسب القول هنا اكتب تحت القول عن القضية نعم اما فرس ولا فرس ما عندنا ما عندنا هذا التقابل في المفردات ما عندنا ما عندنا فرس يقع في مقابل الا فرص لا دائما التقابل في القضايا هذه سجلها عندك وثانيهما التظايف وقد مر ذكره وثالثها التضاد ورابعها الملك والعدد. اقول هنا العلامة الحلي بعد ما بين في شرحه السابق هذه الأقسام الأربعة بدون ملاك القسمة او بين النفي والاثبات هنا يبينها آآ منطقيا. كيف اقول المتقابلان الف وباء الف يقابل با وبا يقابله الف وكيف يكون هذا التقابل؟ نحو التقابل المتقابلان اما ان يكون وجوديين يعني الف موجود وبا موجود نعم هذا هو القسم الاول اذا يبقى القسم الثاني عندك الف موجود وباء غير موجود. هذا على قسمين ملكة وعدم الملكة والوجود والعدم او يكون او يكون احدهما وجوديا والاخر عدميا والثاني اما ان ينظر الى الوجود والعدم في اللفظ والقول لا غير او بالنسبة الى الوجود الخارجي يعني اما في البعد المنطقي او في البعد التحققي في البعد المنطقي تتحدث بلسان الايجاب والسلب زيدون كاتبون زيدون ليس بكاتب جابوا السلب او تتحدث بالوجود العدم في النظم التحققي والاول هو تقابل السلب والايجاب سواء اخذ بالنسبة الى المفردات كقولنا فرس ولا فرس وما عندنا تقابل في المفردات نعم غير صحيح او الى المركبات يعني القضايا كقولنا زيدون كاتب زيد ليس بكاتب وهذا التقابل بحسب اللفظ والقول يعني بحسب النظم المنطقي والنظم التحققي. والثاني هو تقابل العدم والملكة كتقابل البصر والعمى قلت لكم هذا التقابل حظ النظم التحققي وحظم حظ ان نظمن المنطقي. لماذا؟ لان البصير حقيقة وجودية كمال وجودي في الخارج يتمتع به الانسان عدم البصر يعني العمى ما عندنا نحن العمى. عندنا فقدان الكمال هذا لا يمكن ان نصل اليه من خلال ان نظمن المنطقي لأن الأعدام امور ادعائية وليست امور حقيقية. يعني النظم المنطقي يعني الذهن البشري. وهو يتحرك في نظمه نظمه الخاص يتصور الشيء او الكمال ما وهذا يمكن ان يكون حقيقة وجودية كالبصر ثم بعملية فكرية يرفع هذا الوجود او هذا الكبل فيضع في مكان الوجود العدم عدم الشيء او عدم الكمال. هذا الوضع وضع ادعائي بدون النظم المنطقي لا يتأتى. ولا يمكن نعم والثاني هو تقابل العدم والملكة كتقابل البصر والعمى. البصر ملك كماله والعمى فقدانه لهذا الكمال واما اذا كان وجوديين هنا يدخل آآ يدخل التضاد ويدخل آآ التظايف فاما ان يكون بينهما غاية البعد التضاد يعني المتظاء او يكون احدهما معقول بالقياس الى الاخر لدى التضايغ الأولى تضعت كتقابل السواد والبياض سواد حقيقة موجودة البياض حقيقة موجودة بينهما غاية الخلاف. لا يمكن ان يكون البياض اذا حل السواد في الموضوع ولا يمكن ان يكون السواد اذا حل البياض في الموضوع وهذه تساعدنا يساعدنا عليها الشهود. الشهود الحسي ندرك هذا الامر. والثاني التظايف تظايف قلت لكم مثل الملكة وعدم الملكة اه لنظم التحققي حظ وللنظم المنطقي حق لان لان عملية قياسية واذا قلت عملية قياسية ظالما للنظام المنطقي لان التعقل وهذا التعقل لا يكون في فراغ حتما هو متعلق يدركه هذا هو الحظ حظ الوجود. هذا هو حظ النظمة التحققي. نعم يتعلم طريقتي في الألفاظ في هذه البيانات فترى ان طلابك يرتاحون كثير لهذه البيانات. تجربة تدريسية طويلة جدا فكان طلابي يشكلون على بعض الاساتذة اه بهذه البيانات اصلا الأستاذ لا يستطيع ان يجيب. ما عنده هذه البيانات مع الاسف الجديد وهذه تأتي مع التجربة. التجربة تدري الظب دال قالوا والمشهور ان الظدين امران ينسبان الى موضوع واحد يعني اذا كان الف في الموضوع لا يكون باء واذا كان باء لا يكون الف هذا مطلق ولا يمكن ان يجتمعا فيه. نعم كالذكور او الأنوثة. لا يمكن ان يكون الشيء الواحد انثى وذكر غير معقول هذا مطلق التضاد نعم والتحقيق يعني التحقيق الفلسفي الدقي يقتضي كونهما موجودين فخرج السلب والايجاب الوجود والعدم وخرجت الملكة وعدم الملكة في غاية التخالف وغاية التخالف يعني الألف يقع في طرف النقيض من اه وما يقع في طرف النقيض من الف يعني في غاية الخلاف نعم تحت جنس قريب نعم هذا شرط اساسي. اذا كان الف ينتمي الى جنس بعيد وما ينتمي الى جنس قريب لا يتحقق التضاد تحت جنس قريب نعم يصح منهما من الظدين ان يتعاقب على موظوع واحد. يعني الف يأتي باء يتبخر باء يأتي الف يتبخر او يرتفع عنك السواد والبياض اذا لا يجتمعان ويمكن ان يرتفعان بين السواد والبياض الف لون الازرق الاحمر والاصفر نعم اقول يأتي بيان على منحني تقابل الظدين يطلق في المشهور على معنى وفي التحقيق الفلسفي الدقي على معنى اخر اما في المشهور يعني الفهم العرفي غير الدقي فيطلق الظدان على كل امرين ينسبان الى موضوع واحد لا يمكن ان يجتمع فيه. يعني اذا وجد الف لا ينوجد باء اذا وجد ما لا ينوجد الف. سواء كان موجودين او اه احدهما. وسواء درج تحت جنس قريب او لا كما يجعل الذكور ضد الأنوثة. هذا التضادل التضامن العرفي اما التضاد الدقي واما حسب التحقيق وهو مصطلح الحكماء يعني هذا مجال تداولي خاص. مجال تداولي فلسفي فيطلق الضدان على كل وجوديين. فخرج لوجود العدم وخرجت الملكة وعدم الملكة بقي فقط من تظاد والتظايف. تظايف كيف نخرجه? انظر فيطلقان الظدان على كل وجوديين. هنا خرج الوجود والعدم والملكة وعدم الملكة بقيت تظايف كيف نخرجه بينهما غاية في التباعد بشرط اندراجي ما تحت الجين لسن قريب يصح منهما ان يتعاقبا على موضوع واحد وارتفاعهما معا عنه اذا التعاقب على موضوع واحد لا لا يمكن في التظايف لا يمكن في التضايف في دائرته وبا في دائرته. غاية الامر اذا اردت في النظم المنطقي ان تتعقل الف يجب ان تتعقل به واذا اردت في النظم النظم المنطقي تتعقل لا يجب ان تتعقل الالف. هذه غير موجودة في التضاد فقولنا وجوديين يخرج منه او يخرج منه التعريف العدم والملكة كالذكور او الأنوثة لماذا الذكور او الأنوثة عدم الملكة كالعمى والبصر وكقولنا بينهما غاية التباعد يخرج منه الحمرة والخضرة يعني الانوال التي تقع في الوسط بين السواد والبياض وقولنا بينهما غاية التباعد يخرج منه الحمرة والخضرة مثلا وقولنا تحت الجين من سين قريب ليخرج انه مثل العشق الذي هو مستفاد من افراط قوة الجذب والانتقام الذي هو من افراط قوة الدفع هذه في الفلسفة مدروسة بالتفصيل ثم يدخل الى العدم والملكة اولا العدم والملكة يجب ان نتفق على مسألة هذا</w:t>
      </w:r>
    </w:p>
    <w:p>
      <w:r>
        <w:t>التقابل يتصور فقط في الماديات لان الماديات هي التي تفقد الكمالات. اما المجردات والله تعالى مستحيل ان تأخذ كمال منه وتجرد. لماذا? لأن حيث هي جمعية ليس حيثية امتدادية اذا هذا التقابل يجري فقط في الماديات. سجل هذي قال واما الملكة يعني الكمال فالمشهور انها ما يوجد في موضوع وقت ما ويمكن ان ينعدم عنه ولا يوجد بعده كالابصار. الابصار كمالون اثره ما هو ابصار الاشياء والعدم انعدامهما عنه في وقت امكانها كالعمى والتحقيق هذا يعني المشهور. اما الدقي والتحقيق يقتضي انه يقتضي انها ما ينسب الى موضوع دقيق جيدا اذا عندنا مادة عندنا شيء هو المادة تكون طبيعة ذلك الموضوع الشخصية او النوعية او الجنسية يعني اما طه او انسان او الحيوان قابلة له يعني تقبل هذا الكمال كالزوجية والعدم عدمها عدم هذه الملكة بالنسبة الى قابلها كالفردي فردية انتفال للزوجية لو مثل بالعلم والجهل كان افضل. الزوجية والفردية فيها تشويش فهمي احيانا الامثلة تشوش المطلب مطلقا كالعلم والجهل العلم عن العلم العلم بركة والجهل البسيط الجهل البسيط عدم الملكة. الجهل المركب لا ملكا الظلمانية بين العلم والجهل البسيط التقابل ملكة وعدم الملاك بين العلم اليقيني او العلم المطابق للواقع او الجهل هذا التضاد هذا التضاد فالذي ابتلي بمرض معرفي ويتعصب له لا يمكن ان يقبل الحقيقة. لان التظاد هذا يطرد هذا اما في تقابل الملكة وعدم الملكة علم جهل بسيط جهل بسيط يعني قلبه مفتوح ما عنده خلفية فيقبل الحقيقة هذي مقاربة نفسانية ومقاربة معرفية اقول كما اختلف تفسير الظدين بحسب الشهرة والتحقيق كذلك اختلف تفسير الملكة بحسب الشهرة والتحقيق اما بحسب الشهرة يعني الفهم المتعارف العرفي فانها عبارة عما يوجد في موضوع وقت ما. ويمكن ان ينعدم ولا يوجد بعده كالابصار لا الابصار الفعلي بل قوة على الابصار ولا القوة مطلقا. كما للجنين بل القدرة على الابصار. ويمكن ان ينعدم عن الموضوع اي يستحيل الى العدم. يستحيل يعني يزول الى العدم من غير عاكس والعدم انعدام تلك الملكة وارتفاع ذلك التهيؤ كالعمى فانه ليس عدم البصر مطلقا بل عدمه في وقت امكانه وتهيؤ الموضوع له وتهيؤ الموضوع له واما بحسب التدقيق الفلسفي اه  اما بحسب التحقيق الفلسفي فان الملك ما ينسب الى موضوع وهذا الموضوع قلت لكم مادي قابل له لان القابلية فقط للماديات قابل له لا بحسب بحسب طبيعة طبيعة شخصية لا غير. حسب طبيعة نوعية او جنسية. وذلك كالبصر بالنسبة الى الاكمة فان طبيعة شخصه وان لم يكن قابل له الا ان طبيعة نوعه كانسان وهي الانسانية قابلة للبصر. وبالنسبة الى العقرب فان الابصار غير ممكن لشخص العقرب ولا لنوعها بل لجنسها وهو كونها حيواني يعني حيوان يعني بوصفها حيوان يمكن ان تبصر نعم يمكن ان تكتسب هذه الملكة. لكن كنوع نوع العقرب لا شخص العقرب لأ وهل هذا صحيح? هذا ما عنده علاقة لا بالفلسفة ولا بالالهيات ولا بالمنطق ولا ولا هذا ترجع الى ماذا? علم الحيوان هو يثبت لك العقرب ترى او لا ترى الان يقولون انها ترى بقوة جدا. قال وظاهر ان حكم ما هذين القسمين ياتي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