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قال وظاهر ان حكم هذين القسمين في العموم بحسب الاعتبارين متعاكس ان اه القسمان هما في بحث الملكة وعدم الملكة المعنى المشهور والمعنى الدقي التحقيقي يقول بينهما عموم وخصوص اه مطلق. اقول ظهر من تفسير التظاد والملكة كذلك حتى التظاد والملكة بحسب الشهرة والتحقيق يعني الفهم المتداول والعرفي والدقي تعاكسهما في العموم والخصوص كيف? وذلك لان التضاد بحسب الشهرة قد بينا انه لا يشترط فيه كونهما وجوديين ولا غاية التباعد وبحسب التحقيق يعني الدقي يشترط فيه ذلك فحينئذ التضاد بحسب الشهرة اعم منه بحسب التحقيق خذها قاعدة اذا كان عندك معنى عام وقيدته المصاديق تضيق خذ مثلا الحيوان حيوان ما هي مصديقه? الاسد الفيل الزرافة الانسان الحمار الحصان تاسعة المصاديق. ضيق الحيوان بالناطقية تخرج كل المصاديق التي ليس لها الناطقية فتتعين فقط مصادق الانسان طه ليلى خالد وكذا وكذا اذا كلما تقيد المعنى ظاقت المصاديق انكمشت المصادق فعندنا هنا تعريف مشهور وعندنا تعريف دقي هذا التعريف الدقي زاد قيودا فحتما الدائرة تضيق فتكون الدائرة المشهورية اوسع. هنا يأتي العموم والخصوص المطلق نعم وذلك لان التضاد بحسب الشهرة قد بينا هنا انه لا يشترط فيه كونهما وجوديان ولا غاية التباعد اذا ما عنده هذا القيد وبحسب التحقيق يشترط في ذلك يعني في هذا القيد اذا الدائرة تضيق بالمعنى الدقي فحينئذ التضاد بحسب الشهرة عم منه بحسب التحقيق عموما خصوص مطلق. واما الملكة فانها بحسب الشهرة عبارة عن تهيؤ الموضوع الشخصي للشيء والعدم هو ارتفاع تهيؤ ذلك الموضوع يعني اوسع ما فيه قيود كثيرة. وبحسب التحقيق عبارة عن تهيؤ الموضوع الشخصي او النوعي او الجنسي للشاي ولعدم ارتفاع ذلك التهيؤ عن ذلك الموضوع الشامل للثلاثة. فالملكة بحسب الشهرة اخص اضيق. لان بالمعنى الدقي دخل النوع الجنس وسع الدائرة ليس للشخص وانما حتى النوع هو الجيز. فالملكة بحسب الشهرة اخص منه بحسب التحقيق وقد كان التضاد بحسب الشهرة اعم منه بحسب التحقيق فتعاكس حكمها في العموم بحسب الشهرة والتحقيق اذا التضاد اعم عامين بمقابل اه المعنى المشهور آآ في المقابل المعنى الدقي وعدم الملكة بالمعنى الدق اضيق خاص. هذا هو التعاكس وهذه مسألة فلسفية لا تهمك انت كمنطق في هذه الجنازة نخلص من المقولات العشر. وانت انتظرها اين? في الفلسفة. ليس في المنطق. اشتباه كبير ادخال المقولات في الحقل المنطقي تضيع لوقت الطالب اقسم التقدم والتأخر كذلك هذا يدرس في الوحدة والكثرة. وليس في المقولات العشر في الفلسفة. قال والمتقدم والمتأخر قد يكونان بالزمان كالاب كالاب وابنه نعم يعني الشخص بوصف الابوة والشخص بوصفه البنوة منطقيا تكوينيا ان الابن متأخر والاب متقدم بماذا? بالزمان نعم وبالعلية الاعدادية كذلك لان الاب عنا اعدادية ارضية مناخ او بالذات كالعلة ومعلولها تقدم بالذات او بالطبع كالواحد والاثنين لان الواحد هو الذي يعد الاثنين فمتقدم بالطبع. بالطبع يعني انت لا يمكن ان تدعي بالادعاء. نعم طبيعة الواحد يعد الاثنين وطبيعة السنين متكونة من التكرر الواحد او بالوضع كالصف الاول والثاني بالوضع اللي يمكن ان يتغير الإمام والمأموم بالنسبة الى المحراب الامام متقدم والمأمور متأخر. بالنسبة الى باب الخروج من من المسجد المأمون هو المتقدم والامام هو المتأخر. لهذا بالوضع نعم او بالشرف كالمعلم ومتعلمه وكذلك المعية. يعني عندنا معية زمانية معية ذاتية معية طبيعية معية آآ وضعية ومعية شرفية وما في هذا الفصل لا يتعلق بهذا العلم ولكنه يفيد فيه. المحقق التنصب والتفت ملتفت ان المقولات العشرة ليست من المنطق بالشيء ولكن يقول يفيد لأجل هذه الإفادة تورط به هنا اقول على محلي الحكماء حصروا انواع التقدم في هذه الخمسة. الان لا في تقدم كثير حاصروها بالحصر الاستقرائي الان في الحكمة المتعالية عندنا التقدم بالمهية عندنا كتير من انواع التقدم انضمت الى المجموعة ولم نقف لهم على برهان يدل على الحصر اكثر من الاستقراء. هذا كلام متين من العلامة الحلي بدليل ان انواع تقدم الآخر ازدادت واه ناقضه المتكلمون بتقدم بعض اجزاء الزمان على بعض واعتدالات الفلاسفة فيه ضعيفة ذكرناها وبينا ضعفها في كتاب الاسرار والمناهج نعم هنا بدار يشير الى ما زاده صدم التأنين من انواع التقدم والتأخر تقدم بالحقيقة والتقدم بالحق ارجع الاصفر الجزء الثالث صفحة ميتين وسبعة وخمسين الى ميتين وثمانية وخمسين وتعليقات على الشفاء صفحة مية وتلاتة وتلاتين. تعليقات حكمة الاشراق مية وسبعة وسبعين اه هذه تجد هناك انواع التقدم التي اضيفت في الحقل الفلسفي نعم اما ما ذكره العلامة الحلي من نقض المتكلم على الفلاسفة فيقول في الاسرار والمناهج الاسرار الخفية صفحة ميتين وتمنية وخمسين الى ميتين وتسعة وخمسين. صفحة ربعمية تسعة وسبعين الى ربعمية وثمانين. مناهج اليقين صفحة عشرين الى واحد وعشرين. نعم اذا عرفت هذا فنقول التقدم يقال عن عند الوائل عند الاوائل يعني الفلاسفة بخمسة معان. احدهما التقدم بالزمن وهو ظاهر لكل احد كقد تقدم الاب على الابن بمعنى ان للاب وجودا في زمان وللاب للابن وجودا في زمان اخر وزمن الاب متقدم على زمان الابن فيقال للاب انه متقدم على الابن بالزمان واضحة جدا. يعني الشهود العرفي يساعد على هذا الامر. ثانيهما التقدم بالذات وهو تقدم بالعلية تقدم الشمس على الضوء كاشراق. نعم وكتقدم حركة الاصبع على حركة الخاتم فاننا نعلم انه لولا حركة الأسبوع لم يتحرك الخاتم فهذا الترتيب العقلي هو المعني بالتقدم بالعلية. وهو خفي عند جماعة من الناس. نعم نعم يحتاج الى دقة عقلية وثالثها التقدم بالطبع وهو كتقدم الواحد على الاثنين فانه لولا الواحد الذي يعد الاثنين يتكرر مرتين لم يتحقق للاثنين وجود وقد يتحقق الواحد وان لم يكن الاثنان موجودان فهذا الترتب المعلوم هو المراد بالتقدم الطبعي والفرق بين هذا النوع من التقدم وبين الاول ان المتقدم هناك كان كافيا في وجود المتأخر بحيث يستحيل انفكاكه عن تقدم العلة على المعلوم العلة اه هي تفيض المعلول والمعلول خصوصا على مبنى صدر المتألهين هو وجود رابط لا هوية له الا بالعلة. طبعا فهذا التقدم اه متين نعم يقول بحيث يستحيل انفكاك معلول عن العلم والمتقدم هنا ليس علة تامة في المتأخر اذ قد يمكن وجود المتقدم وان لم يكن متأخر ثانيا ثابتا نعم ورابعها التقدم بالرتبة اما الرتبة الحسية كتقدم الصف الاول على الصف الثاني بالنظر الى الامام هذا هو التقدم الوضعي او الرتبة العقلية كتقدم الجنس على النوع ان اعتبر الترتيب بالنسبة الى العموم. اما اذا آآ جئنا الى قوس الصعود الانسان المتقدم على الحيوان حسب الجهة</w:t>
      </w:r>
    </w:p>
    <w:p>
      <w:r>
        <w:t>حاسمة تتموظ واظع لي تقول قوس التحليل الانسان متقدمون. الحيوان متأخر قوس التركيب النزول حيوان متقدم الإنسان تابع متأخر وخامسها التقدم بالشرف والفضيلة كتقدم العالم على متعلمه واذا عرفت اصناف التقدم فاعرف منها اصناف المتأخر وهو ظاهرون. وكذا اصناف المعية الا في في المعية بالعلية ليست حالة اجتماع علتين مستقلتين على معلوم واحد والمصنف اطلق ذلك وليس جيد نعم تنعم المعية موجودة لكن المعية ليست زمنية معيا وجوديا المهم وهذا الفصل خارج عن هذا الفن لما بيناه. فقط هذا الفاصل. كل المقولات خارجة عن المنطق وهذا الفصل خارج عن هذا الفن لما بيناه لكنه مفيد في الاحتياج المنطقي في اكتساب الحدود والمقدمات اليه هنا في اشتباه كبير الاحتياج المنطقي في اكتساب الحدود والمقدمات اليه ابدا. المنطقي لا يحتاج الى هذه الامور المنطقي يبين تلك المعايير السرمدية بالتحليل والتركيب من يحتاج الى هذا الامر? اصحاب العلوم اصحاب الحقول المعرفية الفيزيائي الفلكي الفيلسوف المتكلم البيولوجي الكيميائي اصحاب العلوم تحتاج الى هذا المنطقي لا ما عنده علاقة بالمنطقي ما عنده علاقة بالمعارف نعم وهذا الفصل خارج عن هذا الفن لما بينا لكنه مفيد فيه الاحتياج المنطقي في اكتساب الحدود والمقدمات اليه. الذي يكتسب الحدود والمقدمات هي آآ اساطير العلم. العلوم وليس المنطقي المنطقي ما عنده علاقة لا بالتصور ولا بالتصديق منطقه يعطيك اليات اذا وظفت التوظيف المعياري تصل الى التصور الصحيح والتصديق الصحيح تصل الى الحقيقة. اما هو لا يوظف شيئا هذا من الاشتباهات نعم لانه مثلا يعرف ان محدوده محدوده من منطقه يعرف محدوده ام رجل العلم في الفلك في الفلسفة في الكيمياء في الفيزياء في الانترنت وكل واحد من حد مطلوبه اه وكل واحد من حد مطلوبه تحت اي جنس من الاجناس العلية يقع لم يقدر على تحصيل الفصول والحدود الوسطى ليس المنطقي يا سماحة الشيخ وانما رجل العلم في حقله المعرفي هو الذي يتحرك نحو التصور والتصديق ليس المنطقي منطقي يدرس بالتحليل والتركيب تلك المعايير التي توظفها العلوم في حركتها نحو الحقيقة نعم انتهى آآ بحث المأقولات والحمد لله لأنه انتهى لأنه ما عنده علاقة بالمنطق روح الى الدراسات الفلسفية بذات الحكمة نهاية الحكمة المنظومة الاصفار تجد هذه البحوث هناك مفصلة وبدقة فائقة ندخل الى الفصل الثالث في القضايا واحوال القضايا يعني تشؤونات القضايا حيثيات القضايا جيد العملية الاولى ماذا كانت في المنطق المنطقي يعطيك هذا المعيار العملية التي يجب عليك ان تراعيها اذا اردت ان تصل الى التصورات وهي العملية التعريف يحلل لك ويركب لك هذه هذه العملية التي هي العملية الاولى في الحقل المنطقي اذا التزمت بها معياريا تعرف الأشياء التعريف بالتعريف الصحيح وتصل الى التصور وتنقل هذا التصور للمخاطب هذه العملية الاولى بيناها بمكوناتها نعم لم نبين التعريف انه سيأتي في الكتب المنطقية اه المدرسية بعد الكليات ياتي التعريفون لم يأت بي اخره الى باب البرهان. برهان هناك برهان هو الحد من انت الى العملية الثانية. العملية الثانية بعدما حصلنا على التصور ببركة العملية. العمليات التعريفية التصور بعد لا يوصلنا الى الواقع فرس فرس انسان الله الله الماء الماء هنا بعد لا زلنا في مبدأ الهوية هوية الاشياء نحن نريد ان نكشف الواقع يعني اساطينا العلوم تبحث عن الواقع اذا وصلت الى الواقع هذا الوصول يسمى الحقيقة اذن الحقيقة ما هي هي النظم المنطقي يتفعل ويكشف لنا الواقع هذه هي الحقيقة الحقيقة المنطقية اذا على مستوى التصورات بعد ما وصلنا الى الحقيقة يجب ان ننتقل الى القضايا يعني هذا التصور نطعمه بتصور اخر احط يعني الف باء في العملية التعريفية انيفة فقط او باء فقط المفردات في باب القضايا لا خرجنا من الف الى شأن من شؤون الف الذي هو لا يهم الشعب وهنا من حقك تسأل شيخنا ما هي العملية التي تؤهلنا في النشاط الفكري والمعرفي للوصول الى هذا الأمر الف باء الف جيم الف ميم الف دال هنا عملية اخرى غير عملية التعريف عملية الحكم عملية الحكم اذن العملية الأولى عملية نفسانية هذه كذلك عملية نفسانية ما معنى عملية نفسانية? يعني تقع في افق نفسك  افقي نفسك وليس في الواقع الخارجي شأن النفس عملية انت تمارسها تحت سطوة المعايير المنطقية التي هي معايير سرمدية يعني الان انا اريد ان اعرف الانسان فاقول حيوان ناطق ما زلنا في مبنى الهوية في التعريف يعني انا صورت لك الإنسان المعايير المنطقية تقول هذا التعريف اذا كان المعنى من صنخ المركبات يجب ان تستعين بالمكونات المكونات يعني مكونات الإنسان مكونات الإنسان كثيرة كونه ذات ذات كونه قائما بنفسي كونه ممتد ممتدا كونه ينمو كونه يتحرك كونه حساس كونه يدرك يعني ناطق هذه مفردات كلها مبعثرة كيف انظمها للوصول الى حيوان ناطق? هنا المعايير المنطقية تأتي تقول قدم الجنس واخر الفاصل يعني الفصل يأتي بعد الجنس الجنس لماذا اقدمه? لنعوم والفصل ماذا اخره? لانه خاص يفصل هذا العموم عن باقي انواعه ولا ينحصر في حقيقة حقيقة واحدة وهي الانسان لاحظت هذه الامور هذا المنطق يعلمك هذا الامر وما عنده علاقة لا بالحيوان ولا بالناطق ولا انسان يعلمك تلك المعايير تأتي بالامر العام ثم تخصصه في داخله المعنى ليس مركبا يقول روح الى اللوازم يعني الجيران اينما يكون تكون معه جنان تسمى اللوازم القريبة. روح الى هذه اللوازم القريبة ورتبها بهذا الترتيب كذلك عام خاص اذا كنا في داخل الذات معايير لكنا خارج دارت معايير هادي اين? في باب التعريف الان لا باب جديد نخرج من الهوية يعني من الحمل الاولي وننتقل الى الحمل الشائع. يعني الف خرج من هويته الى تعيناته. الف باء الف جيم يسمى القضايا لا يهمك المصطلح الان. افهم سر العملية جيد من يبرز هذه القضايا في افق نفسي الحكم كعملية اذن العملية الأولى للتعريف عملية نفسانية والحكم على عملية نفسانية ومن حقك هذه المداخلة اذا كانت العملية الاولى عملية نفسانية. يعني عملية التعريف والعملية الثانية التي هي الحكم اه عملية نفسانية اذا هذه تدرس في علم النفس العقلي الفلسفي نقول نعم نعم هي هناك موضعها اذن ما دخل هذه العمليات في المنطقة تقول العملية الاولى ان الثانية عملية التعريف اذا انت وجهتها نحو التصور صارت في الحقل المنطقي والحكم اذا صار وجهته الى انشاء القضايا التي نتحرك بها الى التصديق يعني الاستدلال الذي ورث التصديق صارت هذه العملية موجهة محيفة هناك ينشأ اه تصل ينشأ علم جديد او تصل الى معايير غير نفسانية معايير سرمدية تسألني ما هو الفارق بين العملية في افق الناس في علم النفس والعملية في افق المنطق العملية في افق النفس واقعيا سيتنفه واقعية مثل الشجرة والبقر والماء والله والملائكة. واقعية الا انها واقعية نفسانية فين المنطق? في المنطق? لا ليست واقعية معياريات ما يجب ان يكون وليس ما ما هو موجود</w:t>
      </w:r>
    </w:p>
    <w:p>
      <w:r>
        <w:t>وما تأتي المعيارية ما يجب ان يكون سجلها هذي عندك جيدا. اذا العملية الثانية عملية الحكم عملية نفسانية تدرس في علم النفس العقلي او الفلسفي متى تصير عملية منطقية بهذا اللحاظ. اذا اوصلتنا الى التصديق قضية تنظم اليها قضية والاستدلال اما الاستدلال الاستنباط او الاستقراء او التمثيل نصل الى اه تصديق استنباطه تصديق استقراره او تصديق تمثيلي هنا نحن امام معيار ما يجب ان يكون اما في علم النفس لا واقعيات نفسية نعاينها ونحللها ونركبها ونؤسس لعلم جديد علم النفس الفلسفي او علم النفس العقلي اما في المنطق معايير فقط الالتزام بهذه المعايير سواء في التعريف او الحكم او الاستدراك كما سيأتي الالتزام بادوات واقعية بلا بنات واقعية بمكونات واقعية هذه العلوم علم الفلسفة علم الفلك علم الفيزيا علم الكيمياء واين نكون في دائرة الصحة? واين ان نكون في دائرة الخطأ او الصحيح والخطأ اذا كانت هذه اللبنات التي نأخذها من الواقع اخذناها كما هي هادي هذا الشرط الاول الشرط الثاني اخضعناها للمعايير المنطقية كما يجب نصل الى الحقيقة اذا كانت المعطيات ناقصة حتى كانت المعايير الصحيحة لا نصل الى الحقيقة نعم مرة المعطيات ناقصة والمعايير المنطقية لم تراع. نقع في الزيف وفي البطلة هذه الاضاءات يجب ان يفهمها الطالب العزيز جيدا لم لم اراها موضحة في آآ والكتب المنطقية سواء على مستوى المدن او على مستوى الشروح استفدتها من مطالعتي اه الفكر الغربي. نعم نهتم بهذا الامر تم كثيرا بهذا الامر. يعني علم النفس الفلسفي والعقلي هناك مرتب احسن من ترتيبنا نحن عندنا علم النفس الميتافيزيقي اما دراسة هذه العملية الذهنية بالتفصيل كحقائق تشاهد في علم النص ما عندنا مع الاسف الشديد نعم يجب ادخال هذا العلم للحوزة اذا العملية الثانية التي نتناولها ندرسها في الفصل الثالث هي عملية الحكم ما هو الحكم? عملية عملية في علوم نفساني تمارسها الناس نعم. ما هو هذا ما هذه العملية عندنا مفردة الف نربط نربطها بمفرد باء اذا عندنا كمفردة مفردتان في الحقل المنطقي تسمى المفردة الاولى الموضوع. المفردة الثانية المحمول ثم ننفتح على تركيب اخر وهو التركيب الشرطي الاتصال او الانفصالي اذا كانت الف كانت باء نعم الف اما باء او جيم في القضية الشرقية. هذا سيأتي ان شاء الله بالتفصيل في محله. الآن فهمني جيدا. افهم العملية هادي هذه العملية نفسانية متى ندرسها في الحقل المنطقي باعتبارها توصلنا الى التركيب القضائي اذا العملية ما هي عندنا الف وعندنا باء نربط باء بالف تقول شيخنا العزيز الف في مبدأ الهوية والحمل الاولي الف وباء ملاك الإرتباط ما فيه تخندق المهوي كل هوية في دائرتها هي هي اقول صحيح كلام في غاية الجمال اذا باء لا يمكن ان تضم الى بل الى الى الى الف الى بميلاد ما هو الملف حيثية تعين في الف ليس على مستوى الف على مستوى تعينه يعني هذا التعين انت سميه مثلا آآ اجعله نقطة حمراء. الف تعينت بنقطة حمراء النقطة حمرا هي المحمول كيف هي المحمول? هي المحمول لان المحمول في النزم المنطقي هذه النقطة في النظم الوجودي فقط الاختلاف في في النبض مثلي شيخنا العزيز الوردة جميلة الوردة جميلة هذا فعل قولي ام لا? فعل قولي قلت الورد موظوع جميل محمول هنا في النظم المنطقي لان القول يتبع المعنى والمعنى من اين يؤخذ? يؤخذ من الواقع الوجودي اذا عندنا الوردة وعندنا الجمال في هذا التركيب في النظم المنطقي الوردة جميلة الجمال ما عنده علاقة بالوردة لماذا تقول شيخنا العزيز? الوردة وردة. حمل اولي. لا جميل ولا يحزنون الوردة وردة الموز موزون الله والله الإنسان انسان اذن الجمال باي ملاك استقر في الوردة؟ بتشأن في الوردة هذه النقطة الحمراء ما هي هذه النقطة الحمراء في الجمال شيخنا العزيز فيه خطوط كثيرة هذه الخطوط الكثيرة في غاية التناغم وهذا التناغم صارخ مكشوف لنا. مكشوف لخيالنا ولعقلنا. هذا هو الجمال اذن هذا غير الورد التشاؤم مثال اخر الانسان عالم الانسان ذات قائمة بنفسها جوهر والعلم عرض كيف نفساني اين هذا من هذا? تخندق تام جوهره على التباين التام اذا بأي ملاك صار الانسان عالما. لهذه النقطة الحمراء يعني تعين بشيء ماذا? صارت الاشياء الواقعية مكشوفة له اذا هذا غير الانسان حيثية في الانسان وهي الكاشفية اذا المحمول الذي هو العلم يستقر في هذه النقطة الحمراء ما هي الكاشفية  مبدأ الهوية الانسان انسان والنقطة هي العلم كذلك مبدأ الهوية لان هذه النقطة ما هي كاشفية والكاشفية هي العلم اذا لاحظت العلوم دائما تدور مبدأ مبدأ الهوية اذا خربنا هذه الهوية يأتي مبدأ تناقض يقول لا توقف مبدأ التناقض يعني زيف خرطي قرطي تخيل مثلا تقول الانسان لا متناهي في كمالاته. عطيتو نقطة حمراء هل هوية الانسان لا متناهية? تقول له يا شيخنا هذا التعين يستحيل. يستحيل ما معناه يعني مبدأ التناقض افتى بان هذه النقطة الحمراء لا تكون في الانسان ابدا لأن خاصية لمن? خاصية لواجب الوجود. خاصية للذات الإلهية المقدسة اذن مبدأ التناقض وظيفته وحمايته مادة نهوية حتى اه المحققين يقولون هو هو نفسه هو مبنى الهوية من الجهة السلبية ان شاء الله انا وعدتكم ان نأتي بهذه المعايير المعايير العقلية السرمدية التي اشتقت منها المعايير المنطقية واث بي وعدي ان شاء الله عن قريب اتيكم بهذه المعايير آآ كلها وابين لكم كيف اشتقت المعايير المنطقية منها معايير عقلية صارمدية منها استخرجت آآ المعايير المنطقية وتدرسها الفلسفة تلك المعايير وتعتقد الفلسفة انها تدرس واقعيتها هي ليست واقعية وهنا انتم تتفاجئون من هذا الحديث. يأتي ان شاء الله في بحث ايه المعايير العقلية العامة ان شاء الله في الحصة القادمة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