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الله يا الله والحمد لله الله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وآل محمد بدأنا معكم الفصل الثالث يقول الفصل الثالث في القضايا واحوالها الدلالة الدلالة هذا عنوان الشيخ بيدار رحمة الله عليه وجود الشيء في الكتابة بحسب الاغلب يدل على وجوده في العبارة وهو دائما يدل على وجوده في الاذهان وهما بالوضع وهو على الذي في الاعيان وهو بالطبع والاطراف بتوسط الاوسط تحتاج الى استطلاب معرفي دقيق جدا مثل هذا الهبل الذي هو في الناظة هذا الناظور الكبير الذي طلعه هبل هذا  الفلكي الكبير الأمريكي عبارات كلها معقدة طبيعة المتون لغة بربرية نعم الجامعي يبقى متوقفا ومتحيرا امام هذه الالغاز اول ما دخلت الحوزة في القوم المقدسة وانا جئت من الجزائر بذهنية جامعية. كنت ادرس في الجامعة الفيزياء النظرية اه لا اعرف هذه فلسفة المتون فنسمع الاستاذ يقول دفع دخل مقدر من بعد دخلها لي انت في ذهني. دافع دخل مقدر علي باللسان الجامعي عندنا مداخلة عندنا اشكال افتراضي نفترضه ثم نرده دفع يعني الرد. رد هذا الاشكال. دفع دخل مقدر. دفعني رد الاشكال اه دفع دخل يعني اشكال دخل اشكال. مقدر يعني نفترضه  شيئا فشيئا بهذه اللغة البربرية وهي لغة بربرية في عباراتها الى انها جميلة جدا في معانيها وفي عمقها تصنع العقل حقيقة نعم وصلنا في بالجلسة التي مرت علينا الى الحكم. قلنا الحكم هو عملية نفسانية كواقعية نفسانية يدرس في اذا قلنا الحكم اذا قلنا عملية تدرس في اه اه علم النفس العقلي او علم النفس الفلسفي العملية نفسها بوصفها توصل الى القضايا هناك تدرس في الحقل المنطقي. جيد ما هي هذه العملية قلت لكم تربطوا المحمول بالموضوع باب الف على اي اساس هذه النقطة الحمراء التي بينتها هذا يسمى التوافق. باللغة الفرنسية يعني لاختي المنطقية ثقافتي المنطقية ثقافة مدرسية يعني حوزاوية وكذلك مطالعة واسعة بالانتاج الغربي يعني في توافق تقول شيخنا ما هو التوافق قلت لك وردة جميلة. في توافق بين الوردة والجمل. الوردة في واد والجمال في واد الجمال صار علم علم الجمال. الوردة علم في البيولوجية في البيولوجية نعم او في اي علم اخر لا يهم اين هذا من هذا لكن نبصر توافقا ما هو هذه الوردة متعينة. انسى الوردة وركز على التعين ما هو هذا التعين? خطوطها التي انت تبصرها هذه الخطوط كثيرة دقق انت في الوردة لها خطوط كثيرة هذه الخطوط تعود الى وحدة يعني تتناغم كثرة في وحدة تناغم. هذا التناغم يعني ماذا? انسجام وحدوي انسجام وحدوي بشرط انه يكون هذا الانسجام التناغم سالخا يعني تدرك آآ القوة الخيالية تلتذ به العاقلة. هذا هو الجمال ما عنده علاقة بالوردة عنده علاقة بتلك النقطة ذلك التعين هذا التعين هو ذلك الجمال. يعني الجمال ما عنده كمحمول علاقة بالوردة. عنده علاقة بذلك التعين لاحظت هذا هو التوافق اذن فيه اختلاف تخنقي فيه حيثية اختلاف حيثية التوافق حيثية اشتراك وهذا هو آآ هذا هو الحكم يعني فيه جيت اختلاف وجيت اشتراك نعم على هذا الاساس نسند الجمال للوردة فتتشكل القضية الوردة جميلة اذا الحكم عملية نفسانية تعينها هو القضية نتاجها هو القضية وبينت لكم فيما مضى بمثال حسي يدركه الشئون الحسي. انت في حمام المرآة كلها تضببت لا تبصروا وجهك فيها. تمسح هكذا على المرآة كنا نسجل الدروس في في الاشرطة او على الجوال بعدما تقدمت الامور. هذه الحركات هذه الحركات لا تظهر في التسجيل الصوتي. الحمد لله الحمد لله تطورت الامور. نسجل الكاميرا هذه الحركات لها كذلك مغزى نعم اه فيدجان شتاين هذا من كبار الفلاسفة اه الغربيين على اساس كتابه هذا تراكتالوس يعني الكتاب باللغة اه حتى نطقها صعب كتاب باللغة اللاتينية الوضعانية المنطقية اسست اتجاه على هذا الكتاب هو كتب كتابا يبحث عنه عن عن المعنى. يعني هذه القضية ما هي علاقتها بالواقع الخارجي? قال كل مكون من مكونات القضية لها مقابل في الواقع الخارجي نعم وانتقدوا هذه النظرية العلماء وغير مقبولة هذا الكتاب كان هو محور المباحثة لناديفيان كان فيه مجموعة من من العلماء واغلبهم يهود بعدما جاءت الحرب العالمية الثانية فروا الى الى امريكا فتأسست ما يسمى بالوظعانية المحدثة عندها مبدأ ما هو هذا المبدأ يقول به يوم سبقوهم اليه هم احيوه في القرن العشرين ما هو المبدأ? كل قضية لا تخضع لعملية التجريب لا معنى لها ليست باطلة لا معنى لها يعني حتى في دائرة اللسان الدلالية لا معنى لها طبعا حاكمت هذه المدرسة خمسين سنة ثم زالت تروح الا ان هذه الذهنية ما زالت حاكمة على شريحة كبيرة من العلماء في الميتافيزيقا في فلسفة الاخلاق في الدين. نعم اذا كل القضايا الدينية والميتافيزيقية والاخلاقية تدخل في المحاق وترمى فيه سيرة المهملات كان كتاب فيدك اينشتاين هو محور المباحثة في نادي فيان اه وهم مؤسسو الوظعانية المحدثة نيو بوزيتيف ثم تخلى عن مبناه اللسان الأول وتبنى المبنى الثاني وهو ان اللغة عبارة عن العاب نعم عبارة عن افعال ممارسات ممارسات قولية ثم جاء السر واسس على هذا المبنى ما يسمى بالتداولية براجماتي ليس الذرائع يعني بسلة علم لساني. نعم. يؤمن بان المعنى يتعين بالمراد الجدي يعني المعنى سياقي وليس المعنى التصوري لكن قال بالمسألة من زاوية غير ما قربه علم الاصول في مدرستنا قرب المسألة كافعال كلامية لا يهمنا هذا البحث الان اه لماذا انا جئت بفيديو اينشتاين ولماذا غير المبنى جذريا مية وثمانين درجة لانه كان مع شخص وكان يتناقش معه وهذا الشخص عمل حركة عمل حركة بيده اه مثلا في امريكا يقولون هكذا يعني شيء جيد وهذا قبيح عند الايرانيين الى درجة عجيبة. عند الامريكيين يعني رائع. اذا سوى هكذا يعني رائع. وهكذا يعني يعني انت الفريد فريد من نوعك انت هذه الحركة ليست قولية وليست كلامية  غير المبنى مطلقا. اذا المعنى يأتي بممارسات. لاحظت لان هذا ليس فعلا قوليا وليس تلفظا حركة اذا عدل من مبناها القديم اللساني الى مبنى الجديد وهذا المبنى الجديد استثمروه في فلسفة دين لبيان اللغة الدينية في فلسفة الدين لا تستهزأ بهذه المباني لها لها تأثير كبير في امور اخرى خطيرة مثل فلسفة الدين بهذه العملية وهذه الحركة غير المبنى فاكتشف ان فيه مدليل ما دليل غير على المبنى التصوري وانما هي افعال اللغة هي عبارة عن ممارسات قولية نعم افعال كلامية فكنا ندرس بالتسجيلات فما كان عندنا الكاميرا فكثير من الدلاليات لا تسجل كنا في درس العرفان فالأستاذ يريد يبين النفس الرحماني في العرفان فعمل هذه الحركة قلت له انا في الدرس قلت سماحة الاستاذ هادي لم تسجل في المسجل ضحك</w:t>
      </w:r>
    </w:p>
    <w:p>
      <w:r>
        <w:t>الان لا اذا قلت لك انا السريان هذه الحركة تعطيك مدلولا تعطيك اه مدلولا اذا  الحكم هو عملية تربط مفردة بمفردة لتوافق في البين هذا التوافق يجب ان يكون من خصوصيات الموضوع اذا لم يكن من خصوصية الموضوع في المدرسة تعبر عنه بالعرض الذاتي يعني مواصفة من صميم ذاته مبدأ التناقض يأتي ويقول هذا الحكم زيف واذا رتبت عليه استدلالا زيف في زيف وهنا نسأل من يكشف هذا التعين هذا مبدأ سبب الكافي. ان شاء الله اذا وصلنا الى المعايير العقلية وكيف اشتقت منها المعايير المنطقية ابين لكم هذه الامور بالتفصيل. الان فقط يفهم الحكم عملية نفسانية تربط بين مفردة تسمى المحمول ومفردة تسمى الموضوع بملاك حقيقي واقعي نص عمري هذا الملاك هو تعين من تعينات الموضوع هو شأن من شؤونات الموظوع يسمى في المدرسة اصطلاحا هذا العرض الذاتي. يعني امر يأتي الى الموضوع من صميمه. كيف يأتي اذا كان من صميمه? لا تشتبه من صميمه في النظمل التحققي في النظم المنطقي التفك  فيعرظ حتى لا تشتبه هذا العروض قد يكون برانيا قد يكون ابن البيت يقولون عرضي يعني يعرضه اين? في النظم المنطقي يعرظه تظيف ابن البيت لا ابن البيت عرضي ذاتي هذه الامور يجب ان تفهمها جيدا نتاج هذه العملية هو القضية ولهذا قلت لكم الحركة انت تمسح على المرآة يختفي الظباب ما هو الاثر? تبصر نفسك في المرآة هذا الابصار يعادل يعني هذه الكاشفية المرآتية يعادل في العملية عملية النفسانية التي هي الحكم يعادل القضية اذا القضية من خصوصياتها الكاشفية الكاشفية هذه القضية جيد هذه القضية الان ننسبها الى امور دقق معي جيدا القضية يجب ان تتلبس بالالفاظ لا يمكن ان تتجلى القضية في خيالك وهي عقلية يعني يجب ان تربطها بامور خيالية. وهي الالفاظ تواضعية اذا درسنا القضية في بعدها اللفظي دراسات اللسانية ما عندها علاقة بالمنطق هذا عنده علاقة بالعلوم اللسانية مرة تدرسها في بعدها التصوري والجمل هذه هي يعني التصور والجمل يعني تدرسها كجملة لسانية وليس كقضية علمية ما عندك ما عندك علاقة بالمحتوى المحتوى القضوي فقط كجملة هنا كجملة ياتي السيمونتيك علم الدلالة تدرسها هذه الجملة مع جمل اخرى في دائرة المراد التفهيمي والجدي يأتي علم التداولية تدرسها في علاماتها التي هي الالفاظ نعم تأتي يأتي علم العلامات سميوتيك تدرسها بما هي حاملة لفكر يعني الذي يستخدم الجملة يبرز فكره هذا اللسانيات العرفانية او الادراكية ليس العرفانية بفتح العين العلفانية او علم جديد تأسس في نهاية القرن العشرين في كاليفورنيا من اروع العلوم الاسلامية القضية اللسانيات ما عندنا شغل البيئة تدرس هذه القضية بما هي خلفيات تتدخل في صنع المعنى ما عندك انت الآن النص الآن نص منطقي للمحقق الطوسي او نص فلسفي او نص كلامي او نص قرآني او نص روائي او نص فيزيائي كيف تتعامل معه? عندك مجموعة من القضايا كخلفيات معرفية لها مدخلية في صنع الناس او في كشف النص آآ في صنع المعنى النصب او في كشف معنى النص المؤلف صانع النص حاضر غائب لا نحتاجه هذه الهرمونيتيك هادي الدراسة التأويلية او الهرمونيتيك. الهرمونيتيك افضل. دعك من فن التأويل او التأويلية. الهرمونيتي  الان دعك من هذا الامر. تدرس القضية كقوالب للفكر يجب على الفكر ان يخضع لهذه القوالب المعيارية. هذا هو البحث المنطقي جيد. الان انسى القوالب المنطقية. روح الى القضية بما هي مظمون بما هي محتوى معرفي قسها الى فاعل المعرفة الانسان المتواجدة في اذا درستها كحقيقة نفسانية علم النفس العقلي اذا ظرست بما هي اه اذعن بها يعني من هذه الحيثية اذعن بها فاعل المعرفي يعني الإنسان حامل هذه المعرفة يذعن بها مطلقا ويسلم انها هي الواقع. نظرية اليقين علم مستقل البعض يسميه المنطق الحقيقي او نظرية اليقين العلم كامل مرة تأتي الى هذه القضية هذه القضية تدرسها في دائرة الملكات التي انتجتها بركة الحس الخيال العاقل الشهود الوحي والكشف هذه الملكات حجة ام لا? تأتي نظرية المعرفة مرة تتعامل مع القضية بما هي كاشفة للواقع الخارجي. نظرية الصدق نظرية الصدق ثم تنظر الى هذه القضية باعتبارها المحتوى تنظر اليها بما هي واقع خارجي. مطلق فلسفة مقيد علوم اخرى زوايا متعددة هذه القضايا بما هي حقائق في النظم المنطقي تنظر اليها بما هي حقائق ذهنية ليس حقائقنا الثانية حقائق ذهنية يعني حقائق توصلك الى الواقع لكن لا تنظر الى حيثية الواقع. تنظر الى تعينها في الدين ليس كحقيقة نفسانية. بل ترقى على النفس. مثلا الانسان في افق ذهنك الانسان في افق نفسك غير العلم العلم حيثية للنفس مؤدى العلم المحتوى القصدي كما يقولون عن المعلوم بالعرظ في افق النفس. عندنا علم كيف نفساني تدرسه في الفلسفة تدرسه في علم النفس هذا شأنك لا متعلقة بالعلم يعني القصد القصد يعني الغاية وهو المعلوم بالذات علم مكشوف. تدرس هذا المكشوف فلسفيا. الوجود الذهني هذه الامور بينتها لك حتى لا تشتبي ولا اه تخلط بين ايه? الحقول المعرفية المتعددة كذلك ندرسها بما هي ظواهر في النفس تأتي الظاهراتية العلم الذي اسسه اه واسر واستاد هيتجر هذا هو سر يهودي كذلك كان يعيش في المانيا جيد اذا عملية الحكم نتاجها هو القضية. كما انك انت تمسح المرآة من الضباب تنزع الضباب. تنكشف لك صورتك في المرآة فالحكم عملية نفسانية النتاج هو القضية لا يدرس الحكم لان الحكم يدرس في علم النفس آآ العقلي ندرس النتاج وهو القضية نعم هو القضية. هذه القضية هذا الفصل يدرس هذه القضية. نتاج الحكم وليس الحكم اذا وجدت في العبارات الحكم في مكان القضية فباعتبار العلة الحيثية التعليلية. يعني باعتبار ما انتج القضية الدلالة وجود الشيء في الكتابة الان عندنا عبارات مكتوبة بحسب الاغلب وليس كلية يدل على وجوده في العبارة يعني قد تكون عندك انت علامات على الورق لا لا يعبر عنها اذا الكتابة تؤديك الى العبارة وهو دائما يدل يدل على وجوده في الذهن يعني العبارة يعني التواضع اتواضع على هذه الافراد طه ليلى على انها انسان في اللفظة ليس في المعنى. المعنى لا يمكن ان تتواظع عليه. وهو دائما يدل على وجوده في الاذان. يعطيك المعنى بمجرد ان اتلفظ بالانسان كلفظ ذهنك يذهب الى المعنى في الدين نعم وهما بالوضع يعني الوجود الكتبي ولوجود العباري تواضع لأن عبارات الفرنسية غير عبارات اه العربية كتاب العربية غير الكتابة الفرنسية وهو على الذي في الاعيان يعني اللي معنى الوجود الذهني هذا الوجوه الذهني حقيقة مثالية لا تتدخل فيها انت ابدا ليست تواضعية يشير الى الذي في الاعيان وهو بالطبع يعني طبيعة الاشياء لا يمكن ان يتدخل فيها التواضع والاطراف بتوسط الاوساط. يعني كيف تقول كتابة عبارة معنى ذهني وحقيقة خارجية. معنى خارجي هذا هو الترتيب</w:t>
      </w:r>
    </w:p>
    <w:p>
      <w:r>
        <w:t>اذا اردت ان تعكس الحقيقة يعني المعنى في النظم التحققي المعنى في النظم المنطقي ثم تقيده بماذا? بلفظ ثم تكتب تأتي العملية معكوسة العملية معكوسة. قلت نقرا هذا النص ليس صعبا. ثم اشير الى نكتة مهمة وجود الشيء في الكتابة اهيا الكتابة امامك الان هذا الشيء في حروف تواضع عليها العرب بحسب الاغلب يدل على وجوده في العبارة. بحسب الاغلب اعلم اعمل تحتها خط قيد لماذا قال هكذا وهو دائما يدل على وجوده في الاذان. اذا الكتابة تؤدي الى العبارة يعني الفعل القولي اذا تحدث الاستاذ بعبارات انت تدون او تقرر. اذا الكتابة بعد العبارة والعبارة عبارة عن معاني تجلت في الافعال القولية في العبارات والمعاني من اين? هنا اختلاف اساسي اشير اليه بعد التطبيق اصبر معي نعم وجود الشي في الكتابة بحسب الاغلب يدل على وجوده في العبارة يعني استاذ تحدث بعبارة هذا الفعل القولي انت دونت اذا الكتابة متفرعة على العبارة والعبارة عبارة عن معاني منقولة اليك بعبارات متواضعة لها. وهو دائما يدل على وجوده في الاذان. اذا وجود كتبي وجود عبارة وجود ذهني. في النظم المنطقي. وهما بالوضع وهما بالوضع هما يعود الى الكتابة والعبارة وهو على يعني وهو والوجود الذهني على الذي في الاعيان يعني الواقع الخارجي يعني النظمة الخارجي النظم التحققي وهو بالطبع لا يمكن ان يكون بالتواضع مستحيل ان هذه امور تكوينية والاطراف بتوسط الاوساط يعني اما ان تتقي بالكتابة الى العبارة الى المعنى الى الواقع الخارجي او بالعكس كيف من الواقع الخارجي? الى المعنى الى العبارة الى اللفظ اقول لما فرغ الماثل من البحث عن المفردات المفيدة لاكتساب التصورات. يعني في باب التعريف شرع في البحث عن المركبات اعني القضايا نعم اعني القضايا واحكامها المفيدة لاكتساب التصديقات بهذه الحيثية يعني عملية الحكم التي تورث القضايا التي تؤدينا الى التصديقات بعد الاستدلال هذه الحيثية هي التي تجعل بحث القضايا اه بحثا منطقيا والحكم اه بحثا منطقيا اذا درسنا الحكم القضائي كواقعية نفسانية نحن في علم النفس العقلي وقبل ان يشرع في المقصود مهد قاعدة دالة على العلاقة الراسخة بين اللفظ والمعنى بحيث يؤثر احوال اللص في احوال المعنى. واحوال المعنى في احوال اللفظ نعم اذا عرفت هذا فنقول للشيء وجود في الاعيان ذاتي له. ذاتي له يعني ليس بجعل جاعل انت لا تقول انا اجعل الارنب حمارا. لا ليس لك ذلك. نعم لأن هادي امور تكوينية تابعة للارادة الإلهية المطلقة لا بالنظر الى اذهان المتصورين يعني ليس بجعل جاعلين للشيء وجود في الاعيان ذاتي له ووجود في الاذهان. اذا تصور يعني ننطلق من الوجود التحققي الى الوجود الذهني. كيف هذا الانتقال? هذا بحث خطير وعميق لا علاقة لنا به الان ووجود في الاذان اذا تصور يعني اذا انتقل الى النظم المنطقي وحصلت صورته في ذهن المتصور له ووجود في العبارة اذا تلفظ باسمه الدال عليه ووجود في الكتابة اذا رقم سورة تدل على اللفظ الدال عليه. فالوجود في الكتابة يدل غالبا على وجوده في العبارة لا دائما. لماذا? هذا القيد. بحسب الاغلب لماذا? يقول اذ قد يوجد كتابة او توجد كتابة من غير تلفظ بعبارة. بل ينتقل الذهن منها الى المعنى من غير ذكر مكتوب اما الموجود في العبارة فانه دائما يدل على وجوده في الاذهان. لماذا? لان العبارات توافقية لنقل المعاني. لنقل المعاني. اذا اللسانيات بعد المعاني اي الفلسفة التحليلية. الفلسفة التحليلية تعطي الأصالة للألفاظ قبل المعاني يعني عكست جعلت آآ الثورين اه بعد المحراث الموقعية الاساسية للثورين قبل المحراث حتى آآ يجران المحراث واما الوجود في العبارة فانه دائما يدل على وجوده في في الدين. عندك معنى سابق في الدين تريد ان تنقله اذا المتلفظ بالاسم انما يتلفظ به اذا تصور معناه اما اجمالا كالانسان انسان واما تفصيلا كالانسان حيوان ناطق وهاتان الدلالتان يعني الدلالة الكتبية واللفظية وضعيتان يختلف باختلاف الاوضاع. ولهذا الفرنسية تختلف عن العبارية عن العربية في التلفظ وفي الكتابة واما بلال واما دلالة ما في الذهن يعني المعاني على ما في الخارج فهي طبيعية يعني لا تخضع لجعل جاعل ولا ارادة لا تختلف باختلاف الناس. واعلم ان قول الوجود على الخارج بحسب الحقيقة وعلى الباقية بحسب المجاز لا شيخنا عزيز المعنى وجود ديني ليس مجازا وجود ذهني لان الوجوه الذهني لم يكن مطبوخا في زمان العلامة الحلي نعم لوجود الكتب والعبار ووجودات مجازية. اما الوجود الذهني والوجود الحقيقي. ووجودان حقيقيان. الوجود الديني حقيقة يا العلامة الحلي نعم. واعلم ان الاطراف يدل بعضها على بعض بحسب توسط الاوساط الاوسط كدلالة الوجود في الكتابة على الوجود الخارجي فان انها انما هي بواسطة دلالة الكتابة على العبارة ودلالة العبارة على الوجود الذهني ودلالة الذهني على الخارج او عكس القضية من من الواقع الخارجي هذا الوجود التحققي الى الوجود الديني ثم تضع عبارة ثم تراك تضع كتابه من قوس قوس الصعود او قوس النزول القول التام وغير التام يأتي ان شاء الله. اللهم صل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