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القول التام وآآ اه القول غير التام. هذه عناوين وضعها الشيخ بيدار رحمة الله عليه قال الاقاويل انواع منها التقييد وهو في قوة المفردات كالحيوان الناطق فهو بمنزلة الانسان خليني ابين المسألة جيدا المتن هنا اه غير مرتب غير مقسم بالتقسيم اه المنطقي تقول المعنى المعنى المعنى باعتبار الواقع. يعني باعتباره موصلا الى الواقع يعني كاشفية عن الواقع اولى هذا هو ملاك القسم الاولي فيه كاشفية ما في كشفي ما في كاشفية للواقع. ما في كاشفية للواقع هذه اللا كاشفية للواقع نقسمها الى قسمين تركيبات التقييدية تركيبات الناقصة تركيبات ناقصة تركيبات اه مفردة خليني اركز على هذه المسألة. يعني القسم القسم الذي لا يوصلنا الى الواقع ينشط الى آآ ثلاثة اقسام مفردة تركيب ناقص تركيب تقيدي المفردة مثل الشجر البقر الماء الجن الله بدون حكم ما في عملها عملية الحكم يعني لم تنظم اليه المحمول حتى يوصلنا الى الواقع. قلت لكم اذا عقدت القضية باعتبار الكاشفية يعني في البعد الصدقي هناك نحن في القضية الصدقية اذا المفردات تعطينا تصورات ولا توصلنا الى الواقع ماء ذهب انسان شجر الله الحياة الحياة القدرة مفردات تصورية تعطينا دائرتها فقط. ما معنى الحياة الحياة? ما معنى الانسان انسان? اذا فصلته حيوان ناطق لا زلنا في البعد التصوري مرة نكون في التقييد ليس في مفردة هنا في تركيب في تركيب هذا السم ما يسمى التركيبة الناقص والتركيب التقييدي التركيب التقييدي هو التعريفات لا زلنا في التصور الا ان عرفنا انسان حيوان ناطق تعرف الاشياء انت لم تخرج من مبدأ الهوية. لم تخرج من الحمل الاولي. هذه تسمى التركيبات التقليدية. يعني التعريفات دخلنا الى القضايا تقول لا شيخنا ما زلنا في دائرة الهوية مرة تركيبات ناقصة يعني تفيدك اه تصوروا ناقصا غير مشبع تنتظر الاشباع هذه تنقسم الى اقسام متعددة الجار المجرور في البيت تركيب نقص اشبع لا تقول تقول عالي في البيت اشبع في البيت تركيب نقص الصفة والموصوف التفاحة الجميلة بعد كمل التفاحة الجميلة جاذبة هنا اشبع اما اذا بقيت فقط على الصفة والموصوف. التفاحة الجميلة بعد جملة ناقصة هذه كذلك تفيد التصورات مثلها مثل المفردة نعم الظرف ظرف قلنا في البيت المضاف المضاف اليه كتاب المفيد بعد مضاف مضاف اليه نعم كتاب مفيد متين راقي هذا نعم تركيب مشبع. اما اذا بقيت فقط في الاظاف المضاف المضاف اليه مفردة تصورية هذه التركيبات الناقصة  اه قلنا الظرف المظروف والصفة والموصوف والمضاف المضاف اليه الجملة الناقصة اذا جاء نصر الله بعد هذه الجملة الناقصة الجملة الشرطية الناقصة اذا جاء نصر الله بعد اذا طلعت الشمس بعد العبارة غير مشبعة هذه مفردات آآ تصورية مفردات تصورية اذا الظرف المظروف مضاف المضاف اليه الصفة والموصوف جزء الشرطية نعم ممكن انا انسى مفردة اخرى او قسم اخر ان شاء الله في اذا اتت فرصة ابينها بالتفصيل. هذا ما في ذهني انا نعم خرجنا المفردات هذه كذلك تصورات لم ترقى الى مستوى القضية ماعون ذهب فظة قادر مطلق عظيم كلها مفردات تصورية التركيبات الناقصة فيه تركيب الا انه يبقى فداء المفردات التصورية. قلنا الظرف المضروب في البيت مضاف مضاف اليه اه المضاف المضاف اليه كتاب مفيد صفة والنصوص الدفعة والموصوف. التفاحة الجميلة كمل هذي كلها تفيد تصورات  مم اه الجزء الشرطية اذا طلعت الشمس بعد بمعنى غير مشبع لا يصح السكوت عليه هذه كلها تفيد اه تصورات يبقى قلنا الظرف والمظروف صفة والموصوف المهم كل تركيب غير مشبع لا يصح السكوت عليه ينتمي الى البعد التصوري لا علاقة له بالواقع الخارجي التعريفات التركيبات التقليدية ليست تركيبات ناقصة. تبقى في التصور كذلك مسألة فقط خطيرة يجب ان نركز عليها. هي الاساس في هذا الحديث القضية القضية كذلك لها مرتبتان مرتبة تصورية لا علاقة لها بالواقع. مرتبة لها. تصورية لها علاقة بالواقع يعني نتصور شيئا بالقضية الا انها لها علاقة بالواقع تخيل انت في سجل معرفي مع شخص في سجال معرفي مع شخص تقول له الله موجود قضية متشكلة من موضوع هو الله. موجود هو المحمول هو الوجود. الله موجود او الله حي او العناية الإلهية حق او النبوة حق او النبي معصوم قضايا متعددة بمقابل ملحد لا يؤمن بالغيبيات. لا يؤمن لا بالله الموجود ولا بالنبي معصوم ولا بالنبوة حق هذه قضايا يعني اشبعت المعنى وهو فهم المعنى فهم المعنى من هذه القضية هنا القضية مع انها متشكلة من موضوع ومحمول قضية تبقى في البعد التصوري لماذا انه لا يصدق بها بالنسبة اليه لا تحكي الواقع بالنسبة اليك تحكي الواقع. انت في مرتبة القضية التصديقية. لاحظت كيف يعني تحكي الواقع صادقة مطابقة للواقع. اذا احذر القضية لها مرتبة تكون في محض التصور مرة لا تكون في بعد التصديقي. القضية هنا المقصود بها ليس البعد التصوري. القضية هنا المقصودة التي المقصود بها هي الموصلة الى الواقع الخارجية ما هو هذا الواقع الخارجي? القرآن يجيبك هذا الواقع الخارجي الايات الافاقية والايات الانفسية زيد لها الله تعالى وصفاته المطلقة الا متناهية هذا هو الواقع يعني كل من خرج عن افق الذهن هو الواقع اذن المسائل المنطقية واقعية ام معياريات? معياريات والعلوم تدرس الواقعيات والمنطق ليست واقعية اي موضوعاته مسائله ليست واقعية اذن هو علم معياري وليس علما يكشف واقعيا ان يسجلها عندك جيدا. يعني يبحث عما يجب وليس معا هو موجود ما هو موجود نعم قال الاقاويل انواع منها التقييدي وهي في قوة المفردات يعني تبقينا في البعد التصوري لا توصلنا الى الواقع دقق جيدا كان حيوان ناطق فهي بمنزلة الانسان يعني بمنزلة التصور تبقينا فتصور هذه تسمى التقييدي نعم التقييدي قد يكون من التقييدات التركيبية وهي التعريفات ومن التقييدات الناقصة التي بينتها لكم. زيد المفردة كلها توضعنا في بعد التصوري ما عندها علاقة بالواقع اقول القول هو اللفظ المركب وهو اما تام او غير تام التام هو القضية فغيره التام اما تقييدي وهو ان يكون الجزء الثاني قيدا في الاول يتخصص به. يعني تقول حيوان ناطق الثاني هو الناطق قيد العام الاول هذه التعريفات اين توصلنا والى اين توصلنا الى التصورات ما عندها علاقة بالواقع الخارجي. اذا التصورات والمفردات لا معنى للصدق والكذب فيها نعم ولا معنى للتقابل والتناقض والتظايف وو تغير التام اما التقييدي وهو ان يكون الجزء الثاني قيدا في الاول يتخصص به كالحيوان الناطق وهو في قول القوة المفرد. قوة المفرد يعني يبقينا في البعد التصوري. ما عنده علاقة بالواقع الخارجي</w:t>
      </w:r>
    </w:p>
    <w:p>
      <w:r>
        <w:t>الواقع الخارجي هنا كل ما خرج عن الذهن ليس الواقع الخارجي الارظي. لا كل ما خرج عن الدين لجلالته يعني هذا هذا التركيب التقليدي على ما دل عليه الانسان. وهو في لفظ مفرد وهو النوع من المركب وهو المستعمل في الحدود والرسوم يعني التعريفات اذن خرجنا المعنى الذي لا يوصلنا الى الواقع الخارجي قسمنا الى تركيبات تقليدية تركيبات ناقصة مفردات. بدأ بالتركيبات التقليدية التي هي التعريفات والرسوم واما غير تقييدي وهو غير مستعمل في شيء من الصناعات الا بانضمام غيره اليه كقولنا زيدون في او زايدون فيه او في البيت بدون زيت هذه التركيبات الناقصة واعطيتكم اقسامها ظرف مظروف مضاف مضاف اليه الصفة والموصوف جزء الشرطية والقضية كذلك اذا كانت في ذهن المعاند الذي لا لا يذعن بواقعها الخارجي القول الخبري قالوا ومنها الخبر وهو الذي يعرض له لذاته ان يكون صادقا او كاذبا. انظر اخذ القضية الى الواقع الخارجي في دائرة الصدق والكذب. اذا القضية خارج دائرة الكذب والصادق قضية تبقى تصورية فما جيدا هذه المسألة. القضية خارجة عن الصدق والكذب. بعد تصوري. مفردة تصورية. وبالتالي الطرف المقابل العنيد والذي لا يقبل مبنى. يتصور القضية. ولكن لا يؤمن بها اذا القضية عنده تبقى في البعد التصوري الملاحظة. ومنها الخبر يعني يخبر عن واقع وهو الذي يعرض له لذاته يعني من خصوصياته ان يقبل الصدق او للكذب او ان يكون صادقا يعني مطابق لمحكييه او كاذبا لا يطابق لمحكيه. ما هو المحكي هو ما خرج عنا النظم المنطقي ايات افاقية ايات انفوسية والواجب وصفاته نعم وسائر الانواع كالاستفهام والامر والتعجب وغيرها اخص اخص بالمحاورات هذه الأمور التي لا يصدق عليها انها تكذب او تصدق هذه الامور ما عندنا علاقة بها نعم هذه الانشائيات هذه تريد ان يتحقق شيء شيء لا تحكي عن شيء. اقول هذا هو النوع الثاني من انواع المركب. يعني المعنى الذي يوصلنا الى الواقع الخارجي. وهو التركيب القظوي واخرجت اخرجنا الانشائيات تخصصا اقول هذا هو النوع الثاني من انواع المركب وهو التام يعني ايه يصح السكوت عليه? يعني هذا هذا. اذا نظرت اليه في دائرة المعاناة او انت تحمل هذه القضية ولا تؤمن بي واقعيتها. فالقضية هنا بعد تصوري اذا نظرت الى الواقع الخارجي بما هي صادقة او كاذبة هنا قضية وعلمية نعم اقول هذا النوع الثاني من انواع المركب وهو التام يعني يصح السكوت عليه وهو اما ان يكون محتملا للصدق والكذب لذاتي او لا يكون والاولى والخبر والقضية والقول الجزم الخبر لانه يخبر عن واقع القضية لأنه يحمل مضمون معرفي القول الجازم لأنه يورث اليقين او الإحتمال او الظن او الشك في فاعل المعرفي نعم كان الانسان حيوان ما قال اه حيوان ناطق. هذا تركيب تقليدي. قال الانسان حيوان. انا هذه ليست قضية لأن هادي ما زلنا في المعنى ما خرجنا عنها المعنى. قل الإنسان عالم الإنسان حي الإنسان مؤمن ان انسان مكار هكذا فانه يصح عليه توارد الصدق والكذب لذاته. ليس لامر خارجي. يعني القضية تكون صادقة او كذبة ليس بجعل جاعلين. لذاتها نعم وهذا للنوعان اعني المركب التقييدي والمركب الناقص والخبري اخص بالعلوم. اما في البعد التصوري واما في البعد التاس ضيقي. لان الاول يستعمل في الحدود والرسوم على البعد التصوري يعني تعريفات الموصلة الى التصورات. والثاني يستعمل في القياس والاستقراء والتمثيل يعني في البعد التصديقي. هذه الاليات القياس والاستقراء والتمثيل طبعا هذا هذه العبارة غير صحيحة المفروض يقول الاستنباط والاستقراء والتمثيل. لان الاستنباط قياس والاستقرار قياس وتمثيل قياس هذا هذا الخطأ الشائع في المدرسة مع الاسف. صحيح هو الاستنباط والاستقراء والتنفيذ. يعني القياس ينقسم الى استنباط استقرار تمثيل بغض الطرف عن الحجية حجية الاستنباط والتمثيل والاستقراء. لا كلها اقيس اذا قوله والثاني يستعمل في القياس والاستقراء والتمثيل خطأ الصحيح هكذا والثاني يستعمل في الاستنباط والاستقراء والتمثيل. خطأ شائع في الحقل المنطقي والثاني هو الذي لا يحتمل الصدق والكذب لذاته هذه الانشائيات التي تريد ان يتحقق شيء مع فاما ان يدل على طلب الفعل دلالة وضعية وهو الأمر ان كان مع الإستعلاء وإلا فالدعاء ان كان مع الخضوع والإلتماس ان كان مع التساوي نعم ولهذا لا تقول لصديقك اطلب منك الدعاء تقول التمس منك الدعاء وان لم يدل على طلب الفعل فهو التنبيه ويندرج فيه التمني والترجي والتعجب والقسم والنداء. هذه كلها تدرس في البلاغة وفي علوم اخرى. لا علاقة لها بالمنطق ولا بالعلوم التي تكشف عن الواقع نعم وهذه المركبات اخص بالمحاورات نعم كما يستعمل مثل هذه في الخطاب والشيعة كثيرا. واعلم ان هذه انواع قد يحتمل الصدق والكذب ايضا كيف بالدلالة الإلتزامية نعم فان من قال ليت لي مالا يتمنى نعم. يقال له صدقت او كذبت بواسطة المتمني لا لذاته يعني بالدلالة المجاعة زي نعم بدلالة تجاوزية وكذا من قال اظرب فانه يحتمل الصدق والكذب باعتبار ارادتي الظرب فبقيد قولنا لذاته تخرج هذه الانواع من عن ان تكون اخبارا من الإنشائيات ليست لذاتها تقبل الصدق والكذب بالدلالة الإلتزامية بعيدة. ولهذا قيد في التعريف يقول ومنها الخبر وهو الذي يعرض لذاته ان يكون صادقا وكاذبا. اما اه التمني والترجي والدعاء والطلب هذه يصدق عليها الصدق والكذب بالدلالة الالتزامية. يعني مضمونها الخبر البعيد. نعم كيد هذه المسائل واضحة جدا واضحة جدا. فقط مسألة كيف تكون القضية بالمعنى المنطقي عرضا ذاتيا للمعقول الثاني المنطقي الذي هو موضوع المنطق. هذه نبينها لا نسكت انهى لأن مهمة من حقك ان تسأل شيخنا بحث القضية بدون مضمون معرفي من المضمون المعرفي فلسفي فيزيائي كيميائي فلكي لا يهم المنطق مطلقا. هو يدرس هذا القالب القظوي الذي يملؤه المفكر في الفلسفة في الالهيات في الفيزياء في الكيمياء في الفلك في البيولوجية بالمعطيات الافاقية والانفسية هذا لا يهمه المنطقي المهم المنطقي يبحث هذا القالب الصوري الفارغ كمعيار يخضع له الفكر كيف تكون القضية القضية يعني هنا مفهوم القضية ليس القضية بالحمل الشاة قضية بالحمل الشائع هو الانسان عليم الله حي الحديد يتمدد بالحرارة مفهوم القضية يعني هذا المفهوم المنطقي كيف يكون من شؤونات المعقول تاني جيد ابينك المسألة خذ سلسلة من القضايا سلسلة من النقابة خذوا القضايا العقدية نعم القضايا العقائدية النبي معصوم قضية الامام معصوم قضية الله حي القضية قضية تدرس في الالهيات الله قادر بالقدرة المطلقة قضية الله خالق قضية الحديد يتمدد بالحرارة قضية الجسم ثقيل قظية الكوكب يدور حول اه محوري قضية النور منبسط قضية هذه العبارات التي ذكرتها صدق عليها عنوان القضية. قضية قضية قضية قضية. انسى هذه القضايا التكوينية الافاقية والانفسية انساها ركز فقط على عنوان هذا العنوان يقع في الرتبة الثانية من التعقل او في المرتبة الاولى. تقول لي لا يا شيخنا في الرتبة الثانية. يعني بعدما تنعقد</w:t>
      </w:r>
    </w:p>
    <w:p>
      <w:r>
        <w:t>ينعقد التركيب تقول النور منبسط الحديد يتمدد بالحرارة الله حي النبوة حق الامام حق النبي معصوم. هذه التركيبات التي تحكي ايات افاقية او ايات انفسية يعني واقعية هادي ننساها نركز على العنوان المشترك ما هو القضية. كون كل هذه التركيبات قضية قضية قضية. يعني تحتمل الصدق والكذب ركز على هذا العنوان اين هو يقع في الرتبة الاولى او الثانية? تقول في الرتبة الثانية معقول الثان معقول الثان خارجي? ام معقول الثان في افق النظم المنطقي? تقول ليس خارجيا شيخنا بالقضية عنوان بالافق الذهني يعني عنوان منطقي هذا هو مفهوم القضية اذا مفهوم قضية ما هو? تركيب خبري يحتمل الصدق وهل كذب تركيب خبري يحتمل الصدق والكذب. اذا كل تركيب يخبر ويحتمل الصدق والكذب فهو قضية. الحديد يتمدد بالحرارة تركيب تام خبري يحتمل الصدق والكذب. فهو قضية المنطقي لا يدرس هذه التركيبات الحديد يتمدد بالحرارة الله حي الامام معصوم. النبوة حق لا لا ابدا ما عنده علاقة بهذا الامر. هذه تتصل بالحقول المعرفية المتعددة. هو يدرس هذا القالب هذا المفهوم مفهوم القضية صوريا صوريا ويدرس مدى حيثياته. يدرس تشأناته اذا مفهوم القضية ليس القضية مفهوم القضية معقول ثاني منطقي قل لي شيخنا دائما تقول مفهوم القضية والقضية. القضية هو الحديد يتمدد بالحرارة والله حي الله قادر بالقدر المطلق. نعم الاستصحاب حجة في علم الاصول الخمر حرام في الفقه هذه هي القضايا القضايا المعرفية التي تدرس في حقولها التي تناسبها لا انا اركز على مفهوم القضية اه بعد صوري فارغ من اي مظمون معرفي. هذا هو الذي يدرسه المنطقي واضح الان? جيد بعدما عرفنا القضية ما هي في بعدها المنطقي تركيب تام يحتمل الصدق والكذب لذاته لذاتي لإخراج الإنشائيات والطلب تمني الدعاء لان هذه تحتمل الصدق والكذب من بعيد باعتبار مضمونها الخبري اذا بالمجاز وليس لذاتها بالعرب اجزاء القضية يأتي الى مكونات القضية نعم اقول وكل قضية تشتمل على جزئين ما يحكم عليه هذا هو الموضوع وما يحكم به وهو المحمول. انظر جاء بلفظ يحكم عليه او يحكم به. اذا في عملية عملية نفسانية تربط بين الموضوع والمحمول ببركة الحكم النتاج هو القضية المحكم عليه موضوع المحكوم به هو المحمول اقول القضية هي القول المركب الذي حوكم فيه بصدق الصدق الثاني على ما صادق عليه الأول او بمصاحبتي له او بمعاندته او بسلب ذلك. سلب ذلك انساها. هنا العلامة الحلي يأتي بالقضية الحملية والقضية الشرقية بشرقها شرطي المتصلة والشرطية المنفصلة ما رأيك في هذا التركيب الله حي تقول شيخنا آآ تركيب آآ حملي قضية حملية ما رأيك اذا في هذا? اذا طلعت الشمس فالنهار موجود. تقول شيء متوقف عليه شيء يعني في اتصال بقضية شرطية في مقدمه التالي شرط ومشروط القضية الشرطية اتصالية ما رأيك في هذا التركيب العدد اما زوجها اه فرض فيه عناد تقول هذه قضية شرطية منفصلة. دقق في العبارة القضية هي القول المركب الذي حكم فيه بصدق الثاني على ما صادق عليه الاول. هذا هذا يتناول القظية الحام هنا نقف هذه العبارة تحتاج الى حصة كاملة او حصتين والوقت انتهى. انا اشير الى مقدمة في الحصة القادمة نفصل انت عندك قضية هذه القضية هذه القضية درستها انت بمكوناتها. هنا بحث سوري بحث منطقي. ما عندنا باي قضية علاقة باي قضية معرفية اخرى هنا دراسة القانون المنطقي ثم يأتي الحقل المعرفي الفيزيائي البيولوجي الفلسفي الفلكي. مضطر ان يخضع لهذا القانون المنطقي المعياري جيد عندنا قضية متشكلة من موضوع ومحمول. الف باء نريد نفهم فلسفة هذه القضية القضية قلنا ليس في بعدها التصوري في بعدها الصدقي يعني لها علاقة مع الايات الافاقية والايات الانفسية وكذلك ما فوق الايات الافاقية والانفسية يعني الوجود الالهي و صفاته وحيثياته. اليس كذلك? نعم. لها علاقة الامور يعني لها علاقة بالواقع ونفس الامر جيد اذا الموضوع يوصلك الى مصاديقه خذ هذه القضية الوردة جميلة. الوردة تشير الى مصادرها انواع من الورود جميلة تضيق الورود الورود فقط المحيفة بالجمل جيد اين نجد الموضوع واين نجد المحمول اين اجد الوردة واين اجد الجمال اية افاقية يعني الواقع الخارجي جيد. عندنا الموضوع وهو الورد. وعندنا الجمال في تخندق الوردة غير الجمل لماذا هذا الإتصال الحكم ربطنا الموضوع بالمحمول. ربطنا الجمل بالوردة. لان المصداق هكذا الواقع الخارجي. الجمال اين تجده في الوردة? وليس في استراليا والورد في امريكا لا بمصداق واحد. اذا لباب القضية يعني فلسفة القضية ان المحمول اذا استقر في الايات الافاقية والانفسية او استقر في دائرة الصقع الربوبي المحمولة بتتكلم عن المحمول مهما كان المحمول. هنا الوردة جميلة. ممكن تكون القضية اخرى. الله حي. المحمول لا يكون له مصداق لوحدي يسري من خلال الموضوع الى مصاديق الموضوع هذا هو يعني الجمل لا تجده الا في الوردة لا تجد الجمل لوحده بواقعية مستقلة في الايات الانفسية والافاقية او في صقع الربوبية ابدا اذا المحمول يسري من خلال الموضوع الى مصاديق الموضوع هذه هي فلسفة القضية فلسفة القضية علاقة الموضوع بالمصداق ما هو? علاقة المحمول في مروره بالموضوع في المصداق ما هو علاقة الموضوع بالمصداق يسمى عقد عقد الوضع ما هي خاصيته سيأتي بيانه علاقة المحمول بالمصداق من خلال مروره بالموضوع ولماذا يجب ان يمر بالموضوع نبين هذا هو عقد الحمد هذا البيان ياتي بالتفصيل في الحصة الاتية. واللهم صل على محمد وال محمد اللهم صل على محمد وال محمد. اللهم صل على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