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اقول التأليف قسمان اول وثان. فالتعريف الاول هو المؤلف من المفردات الى اخر العبارة اذا كنا في بيان النظم المنطقي يعني وفوق المعرفة وآآ النظم الخارجي  وكيف ينتقل النظم الخارجي هو النظم الخارجي لا ينتقل لا معنى لانتقاله مفرداته وشؤونات هذه المفردات كيف تنتقل الى الذهن الانتقال هنا ليس بالمعنى الحسي بالمعنى المجازي يعني كيف تتشكل في الافق المنطقي كيانات فهمية كيانات ادراكية. في نظم جديد اذا هي ليست الكيانات الخارجية. نقول انتقال الى نشأة اخرى. ما عندك انت الوردة الخارجية هي هي تأتي الى الذهن لا ابدا مستحيل قل تأتي ادراكيا. يعني تتشكل في افق الذهن كيانا ادراكيا يخضع للنظم المنطقي لقوانين النظم المنطقي كيف تتشكل هذه الكيانات? قلت لك هذا بحث عميق له جهة ميتافيزيقية جهة نفسانية جهة معرفية وتدخل فيه الفيزيولوجية الفسلجة الفيزياء شيء معقد الى انه جميل ورائع تعرفون الى الان  ما عندنا مؤسسة اقصد العرب ما عندنا مؤسسة الى الان مؤسسة تختص بهذا الامور تغتصب تختص بالامور العقلية التي تتفرع الى اه جهات متعددة. الميتافيزيقا فلسفة الاخلاق فلسفة السياسة. فلسفة المجتمع فلسفة المنطق فلسفة المعرفة كثير من الحقول ما عندنا هكذا مؤسسة. نعم لان الايمان بهكذا مؤسسة غير موجود نعم. مع الاسف الشديد ونريد ان نقود الامم. نقود الامم بالجهل بالظلام. نعم   جيد الان تشكل هذا الكيان في الافق الذهني   الورد جميلة يقولون الوردة تتموضع ثم يحمل عليها ايه الجمال? فنقول الوردة جميلة في اللغة الفارسية يقولون جول يعني الورد جميلة اصل يأتون بالرابط  لماذا الرابط? هنا الرابط المجازي وليس الرابط الحقيقي لان الحمل الاولي ماذا يقول? يقول الوردة وردة لا زيادة ولا نقصان. بينا الفارق بين الحمل الاولي والحمل الشائع. جزاك الله خير وراجع الدروس والجمال كذلك في الحملة الأولي الجمال جمال اذا نحتاج الى من يربط الجمال بالوردة ففي العربية يقولون هو وفي الفارس يقولون اداء في البحث اللساني لا يمت بصلة الى المنطق انا اقول المسألة ليس هكذا ليس المسألة ليس هكذا في الواقع الخارجي ما عندنا الوردة والجمال ثم ربطنا لا ابدا  معناه الوردة جميلة معناه لا تلمس الجمال في الوردة في دائرة هويتها ان الهوية ما هي الوردة وردة لا زيادة ولا نقصان  اذا المس الجمال في هوية الوردة المكونة يعني في كينونتها هذا هو الحمل يعني في الواقع الخارجي يعني في الواقع الخلقي وليس في دائرة الوردة. الوردة مثالية هناك اذا دخلت عالم الخلق فهناك تلمس الجمل  هل الجمال متوقف على الخلق حتى تكون الوردة جميلة? لا ليس هكذا المسألة اين تلمس الجمال فرق بين ان اين تلمس الجمال وهل الجمال يثبت بقيد الوجود والكينونة ادي اكتب يكون راسك ملحوظة ذهبية اين اعين الزوجية للاربعة وعينها في العالم الخلقي  عندي مفردات تفاحية وهي اربع فلتنقسم الى قسمين فيزوج هل للزوجية تثبت للاربعة بقيد الكينونة ام اراها في الكينونة فرق بين الامرين ارى الزوجية في الكينونة كمناخ يساعدني الى يساعدني على فهم هذه القضية الاربعة زوج  هذا بحث زوجية للاربعة في اي في ذاتها نعم الزوجية تقتضي الاربعة بغض الطرف عن الخلق بغض الطرف عن الفهم كذلك  نعم هادي هي لوازم الماهية لا عندها علاقة لا بالوجود ولا اه الذئب يعني الاربعة اذا لم يخلقها الله تعالى لا تكون اربعة حتى يخلقها تصير زوج زوج يعني الاربع بدون خلق من دون الخلق ومن دون تعين في الادراك ليست زوجة لا تقول لي شيخنا الزوج الاربعة زوج صار ماديا فقط اين انا ما هو المناخ الذي يساعدني الى الوصول الى هذه الحقيقة المثالية الاربعة زوج اول مناخ الخلقي كمعد الوجود الوجود اصل الوجود اصل الوجود يعني انا اه انتظر عالم الخلق عن الوجود اذا لم يكن علم الخلق هو ليس حقيقة مثالية لا عالم الخلق ارضية للوصول الى هذه الحقيقة الرائعة  نعم اه اعاين الواقعيات اصل الى ذلك الوجود ثم نصنع له كيانا ادراكيا مفهوم الوجود مفهوم الوجود ثم اقول مفهوم الوجود يحكي حقيقة اوسع مما اعاينه انا هذا هو العموم المشترك المعنوي  مسائل منشأ المفاهيم انا اتصور انه علم مستقل الآن في الغرب انفصل صار علم المفاهيم. نعم  اذا ما معنى الوردة جميلة يعني عندنا حقيقة مثالية هي الوردة اعاينها جميلة في كينونتها ولهذا يقولون الحمل الشائع اتحاد مصداقية يعني الجمال تتعين به الورد واعاينها في الوجود. يعني الوردة الكائنة اه جميلة في اللغة العربية ما عندنا هكذا تركيب ننزع الكينونة يعني اللغة قوية لغة حذف تقول الوردة جميلة طبعا العربي البدوي الاعرابي يفهم ان الورد الوردة المكونة الوردة الكينونة الذي اعينها في البستان نعم جميلة او في البادية الجميلة هذا هو الحمل الشائع هذا هو لحم الشعر يعني المحمول الذي هو الجمال يثبت للوردة واعاينه في الواقعة الخارجية فاذا قلت قول يشير الى هذه الحقيقة. يعني الجمال المسه في الجول يعني الوردة في كينوناتها وليس في هوية فيها بهويتها نعم هذا هو مدلول القضية اذا كنت في الهدية البسيطة يعني في التعين الوجودي تقول له ربما موجودة الوردة موجودة هذا تعين اذا ليس له كينونة كينونة لمن? يعني في الواقع الخارجي كينونة للوردة. يعني الوردة دخلت الوجود ان شاء الله  ثبوت الورد وليس ثبوت الوجود للوردة هذا يكتبها جيدا اذا دخلت الدراسات العميقة تكون واضحة في ذهنك. انا في تصوري من يدرس هكذا علم المنطق يدخل الى العلم الكلام والفلسفة وحتى الفلسفة الغربية نعم وحتى علم الاصول والعلوم الاخرى يدخل قويا مسلحا نعم   اذا الورد جميلة يعني الوردة في دائرة الكينونة جميل هذا هو الحمل الشائع نعم العلامة الحلي يقول اقول التأليف قسمان تأليف حملي تأليف شرط قسمان اول وفاء. فالتأليف الاول يشير الى التأليف الحملي وهو المؤلف من المفردات ليس من القضايا القضايا الشرطية متصلة منفصلة متشكلة من قضايا نعم لانه اول تأليف يقع في القضايا مع ذواء التأليف الحملي والثاني هو المؤلف من القضايا مؤلفة من مفردات او غيرها. يعني هذه القضايا مؤلفة من مفردات او غيرها قد تكون متألفة اه من قضايا اخرى فالأول وهو المؤلف من المفردات التامة يعني تركيب خبري تام اخرجنا التركيبات التقليدية يعني التعريفات انها بعد تصوري اه الجمل الناقصة كالصفة والموصوف اه المضاف المضاف اليه الجزء الشرطية  غيرها من الامور التي ذكرناها فيما سبق وهو اما اسمان او اسم محكوم عليه وفعل محكوم به كقولنا الانسان حيوان</w:t>
      </w:r>
    </w:p>
    <w:p>
      <w:r>
        <w:t>مفردتان نعم تبوت الحيوان لكينونة الانسان. يعني للانسان في كينونته ولهذا الايراني ما عنده هذا الحذف يقول انسان حيوان اص. يأتي بهذا اصل. حتى يشير الى ان الحيوانية ثابتة في كينونة الانسان. من قال بالحمل الشاعر انا اقول للإنسان حيوان حمل اولي اصل لا معنى لها. والانسان يكتب لو قال الانسان عالم احسن. هذا هو التركيب الحملي. الانسان الحيوان هذا في التركيب التقييدي والانسان يكتب فعل جملة فالانسان وهو احد جزئي هذا التأليف يعني مفردة من القضية الحملية وهو المحكوم عليه يسمى موضوعان ما هو المبرر? انت تجيب ما هو المبرر? ما هو مبرر حمل الموضوعية على الانسان? هل الانسان الخارجي طهى موظوع تقول لها يا شيخنا هذا نظم تحققي. نحن الان في النظم المنطقي بالنظام المنطقي ما عنا لا طه عندنا انسان نعم انسان عالم انسان عالم لان الانسان وقع في التركيب تام قضوي قضية حملية وقع موظوعا يعني اكتسب شأنا في النظم المنطقي. كونه موظوعا يعني شأن يعني تعنون بعنوان الموضوع في حيثية اخرى تسمى مفهوم الموضوع ما هو مفهوم الموضوع كونه شيء وقع في قضية في مرتبة خاصة هذا الشعب اذا تشأن الانسان بهذا الشأن ينقلب موضوعا ولا يتشائم الا في قضية ويجب ان يكون اسما نعم لاستحالة الاخبار عن معنى الافعال والحروف بمجرد ذكرها نعم والحيوان وهو جزء ثان يسمى المحمول ما هو مبرر المحمولية? تقول الحيوان في النظر المنطقي تشأن بتشأن هو عنوان المحمولية ما هو محكوم به محمول على غيره  نعم والحيوان وهو جزء ثان في القضية الحاملية يعني في هذا التركيب التام او التأليف التام يسمى المحمول. لماذا? لانه تشأن بعنوان المحمولية. وهو قد يكون اسما وقد يكون فعلا لصحة الاخبار بالقسمين. تقول انسان عالم الانسان آآ يكتب كما في مثال ورابط يربط المحمول بالموضوع هذا الرابط لاننا في النظم المنطقي وصلنا اليه لاننا في النظم المنطقي طبيعة النظم المنطقي يفصل ويخندق نيسان لوحده والعلم لوحده لماذا? لان الانسان جوهر والعلم عرف ما علاقة هذا بهذا اذا نحتاج الى ملاك يربط الى شيء يربط الانسان العلم هذا يسمى الرابط ورابط يربط المحمول بالموضوع هنا الربط ليس الربط العرفي نعم معناه يعني العلم متواجد في دائرة الانسان ما هي هذه الدائرة? الهوية ام في دائرة الكينونة? يعني اين نلمس المحمول? في ذات الهوية ام في ذات الكينونة? لا ليس في ذات الهوية. الهوية انسان هو انسان. فداءة الكينونة. هناك نلمس هذه الحيثية حيثية الكاشفية  ورابط يربط المحمول في مثالنا يعني الانسان عالم يعني العلم بالموضوع وهو الانسان وهو الجزء الثالث وهو هذا راجع الى الرابط. وهو الجزء الثالث للقضية. يعني مفردة الموضوع المحمول ومفردة الرابط وهي الثالثة. وهو الجزء الثالث قضية وهو الجزء السوري  نعم صرم معناه ما معنى الصوم? يعني ليس له كينونا ليس له كينونة ما عندك انت في الواقع الانسان ككينونة ثم العلم ككينونة ثم هذا الرابط ككينونة. لا هذه خرافة كبيرة جدا وهي ان اعني الرابط قد تكون قد تكون مذكورة في الرابطة عن الرابطة قد تكون مذكورة في اللاف فتسمى القضية ثلاثية لاشتمالها على الاجزاء الثلاثة كقولنا الانسان هو كاتب باللغة الفارسية انسان كاتب عصب فان اللفظة هو رابط بين الموضوع المحمول. وقد تحذف للعلم بها كقولنا الانسان كاتب. وتسمى القضية ثنائية نعم وهذا في لغة العرب وقد يجب ذكر الرابطة في بعض اللغات كالفارسية مع عدم العطف  واللغة الفرنسية كذلك جاك ايه دوبو كيف ينكتب? كيف تكتب كانت في الماضي اصل جاك هكذا في الحقيقة نفس اصل الفارسية لان لغات مشتقة من اللغة آآ اللغة العارية لغة الحضارة الهندية القديمة. لان حتى الفرس جاءوا من شمال كبت الفورس انتقلوا من شمال التبت الى هذه المنطقة نعم هو فرع من الاريين هم والترك والالمان  فلغتهم اصلها لغة عارية. نعم. فيحتاجون الى هذا الاصل. فتقول جول زي باست يعني الوردة جميلة اصل. نعم اذا هذه امور تحليلية. لاحظتم المنهجية التحليلية والترتيبية هي الحاكمة. منهجية عامة اذا وفقنا الله تعالى نخصص مجموعة من الدروس لهذه المنهجية العامة. غير المنهجية الخاصة. فيزيائي عنده منهجية خاصة. الكيميائي الفلكي. وفيه منهجية عامة تطال جميع العلوم وهي المنهجية التحليلية والتركيبية ما هي مكوناتها? ما هي مفرداتها? سنخصص لها جلسات لانها مهمة جدا نعم نأتي الان الى القضية الحملية اقسام القضية الحملية. قال والمؤلفة هذا التأليف من مفردتين اسم واسم او اسم وفعل ورابطة تسمى الحملية نعم من العملية عملية الحمل والمؤلفة هذا التأليف الذي مر علينا حملة يعني تسمى قضية حاملية اما موجبة يعني تقول وردة جميلة او سالبة تقول وردة ليست قبيحة نعم يحكم فيها في هذه القضية بكون المحمول مقولا على ما يقال عليه الموضوع هذا البحث بدأت فيه فيما مر وتوقفت لانه موجود هنا نعم اما موجب يحكم فيها. بكون المحمول اذا قلت الف باء باء هو المحمول مقولا مقولة يعني محمولا يقال على الانسان انه عالم يعني يحمل عليه انه عالم على ما يقال عليه الموضوع. سواء   وضع وظع ذات وحدها او مع صفة ليس صفة محمول صفات تركيب تقييدي ناقص غير مشبع اذا قلت للمخاطب الوردة الجميلة يبقى ينتظر بعد انما على غير مشبع يعني لسنا لسنا في تركيب تام اما اذا قلت له الوردة الجميلة قطفت ووعدتو يخرج من من العمل بستان جميل في المؤسسة فيه وردة جائمة وردة جميلة دائما يلتذ برؤيتها بابصارها هناك في هذا البستاني مهتم بالبستان. يسأله اين الوردة؟ يقولو الوردة الجميلة لا الوردة الجميلة يقول نعم نعرف انها جميلة صفة وموصوف لا ما حدث ماذا حدث لها? قطفت الوردة الجميلة ما في اشباع. قطفت تم الخبر. نعم  اذا ليست صفة صفة هنا بمعنى المحمول  قاعدة التظمين اللغة العربية ضمن الصفة هنا بمعنى المحمول يعني جملة تامة كقولنا الانسان  كاتب او الضاحك كاتب. يعني اما الانسان في دائرة ذاته تعين في كينونته بالكتابة او لا? الانسان صاحب الصفة نشتاق له المشتق ثم نقول الظاحك كاتب يعني الانسان بحيثية الضحك حملنا عليه الكاتب معقول تقول انسان كاتب او الضاحك كاتب نعم او سالبة كقولنا الانسان ليس بكاتب والظاحك ليس بكاتب  نعم خليني انا اطبق على كلام العلام الحلي ثم نخصص الجلسة الاتية بتحليل المتن بطريقة عميقة جدا لان مورد العمق هنا هذا ليس شرح الشمسية هذا الجوهرا النضيل. ممكن الطالب العزيز لا يدرس متنا منطقيا اخر. الا اذا درس برهان الشفاء اقول من العلامة الحلي القضية المؤلفة هذا التأليف يعني التأليف الحمري من مفردتين اعني الثنائي الأول تسمى حملية الثنائي الاول يعني اذا قسمت القضية اما باعتبار البدء او باعتبار التوقف باعتبار توقف يعني شيء يتوقف عنه شي شرطية البت يعني ليست شرطية قضية حاملية. يقول اعني الثنائي الاول. في القسمة الثنائية</w:t>
      </w:r>
    </w:p>
    <w:p>
      <w:r>
        <w:t>تسمى حمليا نعم قضية حاملية   الانسان عالم عملها بين قوسين قضية حملية فوصلت الى مفردتين منطقيتين. مفهوم القضية ومفهوم الحملية نعم وهي اما موجبة او سالبة وصلت الى مفهومين منطقيين مفهوم الايجابي ومفهوم السلبي. لحد هذه المفاهيم المنطقية. يعني المعقول الثاني المنطقي يتشأن بشؤونات هذه الشؤونات ترتب الترتيب المنطقي. تسمى ابواب المنطوق ابواب الكليات الخمس والشؤونات في الكليات الخمس ابواب التعريف وشؤونات التعريف ابواب القسمة وشؤونات القسمة ابواب القضية وشؤونات القضية ابواب القياس وشؤونات القياس ابواب المغالطات وشؤونات المغالطات ابواب الخطابة والجدل والشعر وو ومن هذه الامور ما يسمى بالصناعات الخمس هذا هو تشأن موضوع المنطق الذي هو المعقول الثاني في النظم المنطقي بشؤوناته. هو هو بنحو هو هو بنحو هذا هو ايه الحقل المنطقي  فالموجبة هي التي يحكم فيها بكون المحمول مقولا على ما يقال عليه الموضوع. هذه خليها بعد التطبيق ابينها لماذا قال على ما يقال عليه الموضوع قاليها في اخر اه اخر البيان او في الحصة القادمة لان انتهى الوقت فالموجبة هي التي يحكم فيها بكون المحمول اذا قلت الف باء المحمول هو باء مقول على ما يقال عليه الموضوع. الف له مصديق يسري فيها صدقا فيسري المحمول ببركة سريان العنوان الموضوعي في المصادق يسري بتبعه. هذا هو معنى العبارة. الانسان عالمون. الانسان يسرف في طه في ليلة في رقية في بلال في علي المصاديق يسر السريان الصدقي. اذا تحدثنا باصالة الماهية يسري السريان الصدقي. فتقول طه انسان صدق الانسان على طه رقية انسان صدق الانسان على رقية علي انسان صدق علي صدق الانسان على علي. رباح انسان صدق الانسان على رابح. اذا صدق الانسان على هذه المصاديق يتبعه المحمول يعني جروا المحمول معه طه عالم علي عالم رقية عالمة وهكذا دقق جيدا في العبارة الموجبة هي التي يحكم فيها بكون المحمول باء مقول على ما يقال عليه الموضوع يعني يقال على مصابيق الف. سواء كان الموضوع هو الذات نعم او الذات مع الصفة تقول الظاحك كاتبون يعني هذا المصداق الذي تعين بالضحك نعم يسري اليه كذلك عنوان المحمول وهو الكاتب المثال الأول قولنا هنا تنظير فقط التنظير يعني التمثيل الانسان كاتب فان معناه ان ما يقال عليه الانسان يعني كل ما صادق عليه الانسان في السريان الصدقي المصداقي يقال عليه كاتب. اذا طه كيف وصل اليه عنوان الكتابة تقول لوصول عنوان الانسان اليه لكن الانسان يقال على نفسه تقول الانسان صدقا على طه. يعني طه هو انسان في حقيقة لانه نفس الذات لا صفة خارجة عنه المثال الثاني قولون الظاحك كاتب. الظاحك يعني الانسان المتعين بالضحك المتجلي في طه تسري الكتاب لطه نعم فان معناه ان ما يقال عليه ما يقال عليه يعني ما يصدق عليه في السريان الصدقي. الظاحك كطه يقال عليه انه كاذب اذا انتهى ببركة الظحك صار كاتبا. لكن الظاحك صفة مقولة على الانسان لا نفس الانسان. طبعا مش اشتقاق. اشتقاق. والسالبة سلب هذا المواصفات. والسالبة هي التي يحكم فيها. يحكم او سلب كسر الحكم كسر الحكم. يحكم هنا يحكم يعني تجاوز مجاز. بسلب المحمول عما يقال عليه الموضوع. يعني اذا انت سلبت على الحمار الانسانية تسلب عنه ماذا? الكتابة. نعم. سواء فكان الموضوع النفس الذات كقولنا الانسان ليس بكاتب. انا مثلت لك بالحمار قد تقول الانسان ليس بكاتب يا علي طه الانسان ليس له اه محمول الكتابة او صفة خارجة عنه كقولنا الظاحك ليس بكاتب. بيناها. انتهى البيان ان شاء الله في الحصة القادمة نحلل فلسفة هذا الحديث. واللهم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